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банковская пластиковая карта ПАО «Сбербанк» № MOMENTUM R, срок действия которой заканчивается 08/19;</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свидетельство о регистрации № №, выданное ДД.ММ.ГГГГ, согласно которого собственником транспортного средства DAEWOO NEXIA г.р.з. &lt;***&gt;, паспорт ТС &lt;адрес&gt;, является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страховой полис ООО СК «Московия» серия ЕЕЕ №, согласно которого транспортное средство DAEWOO NEXIA паспорт &lt;адрес&gt; владельцем которого является ФИО3, ДД.ММ.ГГГГ г.р.з. застраховано на срок с 14 часов 07 минут ДД.ММ.ГГГГ по 24 ч. 00 минут ДД.ММ.ГГГГ;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мобильный телефон марки «Honor» в корпусе черного цвета. Корпус телефона защищен съемным пластиковым чехлом. В левом нижнем углу на стекле имеется повреждение в виде разбитого стекла и его частичное отсутствие. При включении для разблокировки телефон запрашивает код. Введена комбинация цифр &lt;***&gt;, указанная ФИО3 при задержании. При попытке входа в приложении «Telegramm» запрошен пароль. Введена комбинация цифр № указанная ФИО3 при задержании и в ходе допроса. В приложении «Telegramm» имеется переписка ФИО3 с неустановленным лицом, который обозначен как David. ДД.ММ.ГГГГ в 12:37 от David ФИО44 поступило сообщение с фотоснимком: «&lt;адрес&gt; Ск 0,5/40 Ск0,5/40 Для того что бы найти место тебе понадобиться приложение maps.me это безопасная оффлайн карта. Она не требует никаких регистраций. В поиске вводишь цифры которые в начале сообщения. И эти цифры приведут на точное место. Клад в желтом скотче под рельсой. Заходишь с &lt;адрес&gt; как на фото считай 5 шпал бетонных на углу под рельсом за шпалой прокопан клад там еще старый фантик у шпалы лежит». Как следует из материалов дела ДД.ММ.ГГГГ в период с 14 часов 50 минут до 15 часов 10 минут ФИО26 и ФИО27 забрали из тайника, оборудованного под шпалой железнодорожного пути, проходящего вблизи &lt;адрес&gt;. После чего в период времени с 15.59 часов до 16.40 часов ДД.ММ.ГГГГ ФИО3 оправил контакту David фотоснимки совершенных им закладок с наркотическими средствами с подробным описанием: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«&lt;адрес&gt; напротив него кусты как на фото в кустах лежит 0.5 ск»;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«&lt;адрес&gt; напротив него столб под столбом в траве лежит 0.5 ск»;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«&lt;адрес&gt; напротив него красный гараж у правого его угла под лопухом лежит 0.5 ск»;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«&lt;адрес&gt; подним лежит 0.5 ск»;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«&lt;адрес&gt; на напротив него желтая трава под ней 0.5 ск»;</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&lt;адрес&gt; в ггороде большой куст под ним лежит 0.5 ск»;</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«&lt;адрес&gt; справа стороне за одну главу сзади дома как на фото в траве лежит 0.5 ск»;</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«&lt;адрес&gt; угол дома с торца дома в траве лежит 0.5 ск»;</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«&lt;адрес&gt; заднего левого угла дома столб возле него дерево под ним в траве лежит 0.5 ск»;</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«&lt;адрес&gt; напротив правого угла дома метрах в 20 дерево с белой табличкой в траве лежит 0.5 ск»;</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«&lt;адрес&gt; напротив дома столб под ним в траве лежит 0.5 ск»;</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«&lt;адрес&gt; стоять спиной к подъезду идешь налево в правом торцу над ним синие надписи под ней в траве лежит 0.5 ск»;</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«&lt;адрес&gt; до конца забора возле большого белого камня в траве лежит 0.5 ск»;</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«Переулок вагонный 1 на углу дома столб под ним в траве лежит 0.5 ск». Помимо указанных сообщений в этот период времени ФИО3 оправил контакту David более двадцати фотоснимков с описанием совершенных им закладок с наркотическими средствами. Изучив контакты и переписку в приложении, следствием установлена связь ФИО3 с гр-ном ФИО2, который значится в его контактах как «Milky Way» с абонентским номером №. С ДД.ММ.ГГГГ года ФИО2 и ФИО3 ведут активную переписку, где отправляют друг другу снимки с описанием совершенных ими на территории &lt;адрес&gt; закладок с наркотическими средствами. Также следует, что в данный период времени, они, встречаясь, совершают совместные закладки с наркотиками на территории &lt;адрес&gt;. ( т.5, л.д. 11- 31) и постановлением о признании и приобщении к уголовному делу вещественных доказательств от ДД.ММ.ГГГГ : банковская пластиковую карту ПАО «Сбербанк» № MOMENTUM; мобильный телефон марки «Honor»; свидетельство о регистрации № №; страховой полис ООО СК «Московия» серия ЕЕЕ №.( т. 5, л.д. 32-33) - протоколом осмотра предметов (документов) от ДД.ММ.ГГГГ, в соответствии с которым следователем по ОВД отдела СЧ СУ УМВД России по &lt;адрес&gt; ФИО20 в присутствии понятых в служебном кабинете УМВД России по &lt;адрес&gt; по адресу: &lt;адрес&gt; осмотрены предметы, изъятые в ходе личного досмотра гр-на ФИО2 ДД.ММ.ГГГГ года и в ходе обыска по месту жительства ФИО2 по адресу: &lt;адрес&gt;, произведенного 04.07. 2017 года: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банковская пластиковая карта ПАО «Сбербанк» № на имя ФИО48, срок действия которой заканчивается 02/19. На карте имеются множественные трещины, частично с двух сторон она оклеена липкой лентой скотч.</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мобильный телефон марки «Honor» в корпусе золотистого цвета. Корпус телефона защищен съемным пластиковым чехлом. В слоте имеется сим-карта Билайн. При включении для разблокировки телефона сканер запрашивает отпечаток пальца. Однако, ДД.ММ.ГГГГ при задержании ФИО2 отпечатком своего пальца разблокировал изъятый у него телефон, предоставив его содержимое сотрудникам полиции. Сотрудниками полиции были сделаны снимки переписки в приложении «Telegramm» за ДД.ММ.ГГГГ ФИО2 с неустановленным лицом, который обозначен как ФИО46. Из переписки следует, что ДД.ММ.ГГГГ в период с 16.00 до 16.40 ФИО2 оправил контакту ФИО47 фотоснимки совершенных им закладок с наркотическими средствами с подробным описанием: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«&lt;адрес&gt;&lt;адрес&gt; напротив левого угла дома строение на его углу кустах лежит 0.5 ск»;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«&lt;адрес&gt;&lt;адрес&gt; напротив левого торца дома Красный гараж на левом углу гаража в кустах лежит 0.5 ск»;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«&lt;адрес&gt; 16 с левой стороны от дома столб под ним лежит 0.5 ск»;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«&lt;адрес&gt; левый задний угол дома напротив него дерево под деревом лежит о.5 ск»;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&lt;адрес&gt; напротив правого угла дома на углу забора труба под ней лежит 0.5 ск»;</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&lt;адрес&gt; Левый торец дома напротив него куст под ним лежит 0.5 ск»;</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«&lt;адрес&gt;&lt;адрес&gt; от подъезда справа у забора в кустах лежит 0.5 ск»;</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«&lt;адрес&gt;&lt;адрес&gt; на правом углу дома гараж на правом торце куст под ним лежит 0.5 ск»;</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«ДД.ММ.ГГГГ обходишь дом сзади на углу в кустах лежит 0.5 ск»;</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«&lt;адрес&gt; правый угол дома у Красного забора лопух под ним лежит 0.5 ск»;</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«&lt;адрес&gt; с правой стороны ворота гаража справа от них в кустах лежит 0.5 ск»;</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&lt;адрес&gt; напротив калитки справа под кустом лежит 0.5 ск». Также, с мобильного телефона сотрудниками полиции были сделаны переписки ФИО2 с неустановленным лицом, который обозначен как ФИО49 в приложении «Telegramm» за период с ДД.ММ.ГГГГ по ДД.ММ.ГГГГ, исходя из которой следует, что в указанный период ФИО2 неоднократно отправлял контакту ФИО50 фотоснимки совершенных им закладок с наркотическими средствами на территории &lt;адрес&gt; с подробным описанием, а также получал от неустановленного лица сообщения о месте нахождения крупных партий расфасованного наркотического средства на территории &lt;адрес&gt;. ( т. 5, л.д. 34-36) и постановлением о признании и приобщении к уголовному делу вещественных доказательств от ДД.ММ.ГГГГ : банковская пластиковая карта № на имя ФИО51; мобильный телефон марки «Honor» с сим-картой Билайн. ( т. 5, л.д. 37); - протоколом осмотра и прослушивания фонограммы от ДД.ММ.ГГГГ, в соответствии с которым следователем по ОВД отдела СЧ СУ УМВД России по &lt;адрес&gt; ФИО20 в присутствии понятых в помещении кабинета № здания УМВД России по &lt;адрес&gt; по адресу: &lt;адрес&gt; осмотрен и прослушан компакт-диск, на котором хранятся аудиозаписи прослушивания телефонных переговоров ФИО2, произведенные на основании постановления № от ДД.ММ.ГГГГ Калужского областного суда. На записи фонограммы имеются фрагменты разговоров ФИО2, использующего мобильный телефон №, ФИО3, использующего мобильный телефон № и разговор ФИО2 с неустановленной женщиной, использующей мобильный телефон №, В протоколе осмотра приведено содержание 7 фрагментов разговора и их содержание. Из разговора в фрагменте № от ДД.ММ.ГГГГ, время разговора в 09:15 ФИО2 интересуется у ФИО3 спит ли он, получив ответ, что последний не спит, предлагает ему работать., на что ФИО3 сообщает, что чтобы работать, надо сделать машину, у которой печка потекла, узнав, что ФИО2 находится дома, предлагает подходить к нему. Во фрагменте №, датированным ДД.ММ.ГГГГ, время 13:50 ФИО2, разговаривая с ФИО3 и сообщает ему, что подходит к Пятерочке. Но ФИО3 отвечает ему, что уехал уже работать. Ждал ФИО2 два часа, интересуется у него забрал ли он. На что ФИО2 отвечает, что ему еще который у него надо сделать. ФИО3 обращает внимание ФИО2 на плохое состояние погоды, а ФИО2 спрашивает : работаем или чего? На что ФИО44 ему отвечает: сейчас я свой заберу и работаем и говорит ФИО43: иди в сторону низа Козинки- как раз тут начнем. Во фрагменте 3, дата ДД.ММ.ГГГГ, время 13.59 ФИО3 сообщает ФИО2, что ему прислали адрес, ни одного объяснения, фото-зелень. На вопрос ФИО2 а куда ему идти, уточняет : Козинка, самые последние дома за Салтыковкой. Я походу нашел. Фрагмент №; дата ДД.ММ.ГГГГ; время: 17:34 ФИО2 (Ц) с абонентского номера № разговаривал с ФИО44 (Т) При этом ФИО3 предлагает ему : «мы можем пойти сегодня твой кинуть, а ты мне завтра поможешь. ФИО2 соглашается:» в принципе, да.» ФИО3 уточняет: Я на завтра короче сотню прошу. ФИО43 уточняет-« да, да, мне не стоит писать? Или тоже написать?» На что ФИО3 отвечает: « ну я не знаю, ты напиши сколько ты сможешь завтра.. ФИО2 говорит, «что по сотне вообще было бы.» ФИО3 отвечает : - «получается, ты мне двадцаточку завтра поможешь и мне два надо будет кинуть. Пиши, тоже сотку, чего. Во фрагменте №; дата: ДД.ММ.ГГГГ; время: 12:42 ФИО2 (Ц) с абонентского номера № разговаривал с ФИО44 (Т) ФИО44 сообщает ФИО2 : слышишь, он короче дал 80. ФИО2 уточняет: это как типа, обоим или что? На что ФИО3 отвечает: вот, он говорит, короче.. я ему говорю, еще есть? Он мне говорит, что у ФИО1 есть еще 80, ну а смысл, вы это не сделаете за сегодня. ФИО2 отвечает: скажи, пусть держит за нами, сделаем все. ФИО3 ему предлагает: или давай хотя бы 40 возьмем еще? Получается у тебя 40, ну и получится по 80. ФИО2 соглашается :- ну давай хотя бы так. Во фрагменте 6, дата ДД.ММ.ГГГГ, время 13.15 ФИО3 предлагает ФИО2 подъезжать в гараж, отсюда сразу на машине поедем. ФИО2 отвечает, что вызывает машину. Во фрагменте №, дата ДД.ММ.ГГГГ, время 14638 ФИО2 со свонго телефона № разговаривает с женщиной( №) и сообщает ей, что бабки на карте, все нормально. Также сообщает, что у ФИО8 карта такая же как и у женщины и у него. Он ФИО8 дал нал. Женщина интересуется:»Вы опять куда-то собираетесь ехать?» ФИО2 отвечает: «у нас где оно, думаешь, в сухом каком-то месте?» Прослушиванием установлено, что ДД.ММ.ГГГГ и ДД.ММ.ГГГГ ФИО2 неоднократно созванивался с ФИО3 и неустановленным лицом, в процессе общения с которыми они, фразами, сообщают друг другу, о количестве «80» и «40» (как следует из материалов дела это количество свертков, которые ФИО43 и ФИО44 получили от неустановленного лица тайниковым способом с целью дальнейшего совместного незаконного сбыта). ( т. 5, л.д. 38-42) и постановлением о признании и приобщении к угололвному делу вещественных доказательств от ДД.ММ.ГГГГ - CD-R диск с записью оперативно-розыскного мероприятия «прослушивание телефонных переговоров» в отношении ФИО2( т. 5, л.д. 43) - протоколом осмотра предметов (документов) от ДД.ММ.ГГГГ, в соответствии с которым следователем по ОВД отдела СЧ СУ УМВД России по &lt;адрес&gt; ФИО20 в присутствии понятых осмотрен CD-R диск, на котором хранятся сведения о детализированных переговорах с указанием базовых станций абонентского номера № который находился в пользовании ФИО2 за период с 00.01 час. ДД.ММ.ГГГГ до 24.00 час. ДД.ММ.ГГГГ. Осмотром установлено: на диске имеются файлы с детализированными переговорами абонента № с указанием базовых станций. Указанный номер абонента принадлежит ФИО2, ДД.ММ.ГГГГ г.&lt;адрес&gt; представленным сведениям, ДД.ММ.ГГГГ на указанный номер поступали следующие звонки от абонента № который, согласно материалам уголовного дела, находился в пользовании ФИО3: в 12:42:17 продолжительностью 37 секунд; в 13:15:59 продолжительностью 39 секунд; в 13:48:55 продолжительностью 16 секунд. После чего указанный абонент в период с 14:20:41 часов ДД.ММ.ГГГГ до 15:32:26 часов ДД.ММ.ГГГГ находился в зоне базовых станций, установленных по адресу: &lt;адрес&gt;, что подтверждается актом наблюдения, согласно которого ДД.ММ.ГГГГ в период, примерно, с 14.50 часов до 15.10 часов ФИО2 с ФИО3 находились в районе &lt;адрес&gt;, где из тайника-закладки получили клад с наркотическим средством. Затем, до 15 часов 35 минут ДД.ММ.ГГГГ оба находились на &lt;адрес&gt;. Также, исходя из представленных сведений следует, что в период с 16:12:18 часов до 17:09:41 часов ДД.ММ.ГГГГ абонент № находился в зоне базовых станций, установленных по адресам: &lt;адрес&gt;, что подтверждается материалами ОРМ и показаниями ФИО2, поскольку ДД.ММ.ГГГГ в период с 16.00 часов до 16.40 часов он, находясь в мкр. Малинники &lt;адрес&gt;, совместно с ФИО3, совершил закладки с наркотическими средствами. (т. 5 л.д. 48-50) и постановлением о признании и приобщении к уголовному делу вещественных доказательств от ДД.ММ.ГГГГ : CD–R диск, на котором хранятся сведения о детализированных переговорах абонентского номера №, который находился в пользовании ФИО2 ( т. 5 л.д. 51); - протоколом осмотра предметов (документов) от ДД.ММ.ГГГГ, в соответствии с которым следователем по ОВД отдела СЧ СУ УМВД России по &lt;адрес&gt; ФИО20 в присутствии понятых в служебном кабинете УМВД России по &lt;адрес&gt; по адресу: &lt;адрес&gt; осмотрены сведения о детализации по телефонному номеру № представлены ПАО «МТС» на CD-R диске, упакованном в бумажный конверт. Диск извлечен из конверта и вставлен в дисковод компьютера. Установлено: на диске имеются файлы с детализированными переговорами абонента № с указанием базовых станций. Указанный номер абонента принадлежит ФИО3, ДД.ММ.ГГГГ года рождения. Согласно представленным сведениям, ДД.ММ.ГГГГ с указанного номера совершались следующие звонки на №, который, согласно материалам уголовного дела, находился в пользовании ФИО2: 12:42:17 продолжительностью 36 секунд; 13:15:59 продолжительностью 39 секунд; 13:48:55 продолжительностью 16 секунд. После чего указанный абонент в период с 13:48 часов ДД.ММ.ГГГГ до 15:31 часов ДД.ММ.ГГГГ находился в зоне базовых станций, установленных по адресам: &lt;адрес&gt;; &lt;адрес&gt;; &lt;адрес&gt;, что подтверждается актом наблюдения, согласно которого ДД.ММ.ГГГГ в период, примерно, с 14.50 часов до 15.10 часов ФИО2 с ФИО3 находились в районе &lt;адрес&gt;, где из тайника-закладки получили клад с наркотическим средством. Затем, до 15 часов 35 минут ДД.ММ.ГГГГ оба находились на &lt;адрес&gt;. Также, исходя из представленных сведений следует, что в период с 15:43:14 часов до 17:25:23 часов ДД.ММ.ГГГГ абонент № находился в зоне базовых станций, установленных по адресам: &lt;адрес&gt;, пер Малинники, &lt;адрес&gt;; &lt;адрес&gt;; &lt;адрес&gt;; &lt;адрес&gt;, что подтверждается материалами ОРМ и показаниями ФИО3, поскольку ДД.ММ.ГГГГ в период с 16.00 часов до 16.40 часов он, находясь в &lt;адрес&gt;&lt;адрес&gt;, совместно с ФИО2 совершили закладки с наркотическими средствами. Кроме того, находясь в зоне указанных базовых станций, с мобильного телефона ФИО3 в период с 15:43 часов до 17:25 часов ДД.ММ.ГГГГ и далее осуществлялся обмен данными без использования голосовых каналов (GPRS сессия). ( т. 5, л.д. 57-69) и постановлением о признании и приобщении к уголовному делу вещественных доказательств от ДД.ММ.ГГГГ : CD–R диск, на котором хранятся сведения о детализированных переговорах абонентского номера №, который находился в пользовании ФИО3 ( т. 5, л.д. 70) - показаниями свидетеля Свидетель №3 в судебном заседании о том, что в конце июня 2017 года в отдел поступила информация о преступной деятельности гр. Республики Молдова ФИО2, связанной с незаконным оборотом наркотических средства на территории &lt;адрес&gt;. Поскольку он являлся инициатором разработки, им было принято решение о проведении ОРМ «наблюдение». ДД.ММ.ГГГГ пост наблюдения был выставлен рядом с &lt;адрес&gt;, где проживал ФИО2 Примерно в 14 часов ФИО2 вышел из подъезда дома и сел в машину такси «Хендай Солярис» и улицами города проехал на ул. &lt;адрес&gt; в гаражный кооператив «Омега», зашел в один из гаражей, после ФИО2 вышел совместно с ФИО3, оба сели в машину марки «Дэу Нексия» гос. номера № принадлежащей ФИО3 Из ПТП им было известно, что ФИО2 и ФИО3 тесно общались. До того как ФИО2 приехал в гаражный бокс, они знали о ФИО3, на ФИО3 также поступала информация. За рулем машины «Дэу Нексия» гос. номера № ФИО3, проехали они на &lt;адрес&gt; к &lt;адрес&gt;, припарковав авто, они вышли и проследовали по старой железнодорожной линии, расположенной рядом с домом, где ФИО2 и ФИО3 начали что-то искать в растительности, после они снова вернулись в машину. Поехали в кафе «Шашлычный дворик» на &lt;адрес&gt;, а &lt;адрес&gt;. После оба на машине ФИО3 проследовали на &lt;адрес&gt; к &lt;адрес&gt;, где припарковали машину, а сама пошли пешком по улицам города, а именно по &lt;адрес&gt;, Врубовая, Шахтеров, пер. Вагонный, по улицам они шли не спеша, осматривая территорию. Он не сразу понял, что они уже начали делать «закладки» наркотика, поскольку они не останавливались и клали наркотик, а метали его в растительность, по ходу движения они фотографировали место «закладки». Как только они поняли, что ФИО2 и ФИО3 делают «закладки», было принято решение их задержать. При задержании у ФИО2 в карманах одежды были обнаружены свертки с порошкообразным веществом, как потом стало известно, это был наркотик «соль», изъяты телефоны. При осмотре телефона ФИО2, было установлено, что ФИО2 переписывался с гр. под ником «Давид» через приложение «Телеграмм» и отправлял ему снимки, с подробным описанием мест «закладки» наркотика на территории &lt;адрес&gt;. Кто проводил беседу с ФИО2 после задержания, не помнит, может быть и он. Сразу после задержания ФИО2 давал признательные показания показания, способствовал раскрытию преступлений. ФИО2 сразу отправлял снимки «закладок» наркотика «Давиду» после из совершения. Если только 1 «закладку» не нашли, так как было много растительности, остальные нашли. Содействие ФИО43 полиции выразилось в том, что он раскрыл свою тактику, с помощью чего был выявлен ряд преступлений. Также в жилище ФИО43 проводился обыск, но без его участия Телефон открывал ФИО2, так как на нем был пароль – отпечаток пальца. На все вопросы сотрудников ФИО2 отвечал добровольно, сопротивления не было. Пояснял о ФИО26 Известно в какое время были отправлены ФИО2 снимки с «закладками» «Давиду», время автоматически отображается в приложении «Телеграмм», указывается дата и время отправки сообщений. Организованная преступность, подтвердилась тем, что ФИО3 и ФИО2 использовали приложение «Телеграмм» для общения между собой и «Давидом», преступления были ими тщательно спланированы, лица не входили в прямой контакт. ФИО2 и ФИО3 не продавали наркотик на прямую, а через оператора, то есть соблюдали меры конспирации. Не клали наркотик, а метали его, делая по ходу движения снимки мест «закладок». Также присутствовала финансовая заинтересованность участников группы. У ФИО2 изымалась карта «Сбербанка», была проверена транзакция денежным средств, все имеется в материалах уголовного дела, в настоящее время он не помнит, суммы поступающие на карту ФИО2 Они находили закладки со смайликами. Адвокат ФИО3 сообщил ему, что ФИО3 обладает информацией, которая поможет задержать курьера из &lt;адрес&gt;. Им было принято решение передать эту информацию в отдел полиции, на сколько ему известно, сведения, о которых сообщил ФИО3 были действительны, и курьер из &lt;адрес&gt; по имени ФИО52 была задержана сотрудниками полиции, она действительно клеила смайлики на «закладки». После оглашения его показаний на предварительном следствии подтвердил их правильность . - показаниями свидетеля Свидетель №3 от ДД.ММ.ГГГГ, оглашенными в порядке ст. ч. 3 УПК РФ о том, что он является заместителем начальника отдела УНК УМВД России по &lt;адрес&gt;. В период времени с ДД.ММ.ГГГГ по ДД.ММ.ГГГГ сотрудниками УНК УМВД в соответствии с Федеральным законом «Об оперативно-розыскной деятельности» проводились оперативно-розыскные мероприятия по документированию преступной деятельности гражданина Молдовы ФИО2, ДД.ММ.ГГГГ года рождения и гражданина РФ ФИО3, ДД.ММ.ГГГГ года рождения, которые, действуя в составе организованной группы с неустановленными лицами, занимаются незаконными операциями с наркотическими средства на территории &lt;адрес&gt;. Так, ДД.ММ.ГГГГ он /Свидетель №3/, совместно со старшим оперуполномоченным по ОВД УНК УМВД России по &lt;адрес&gt; капитаном полиции Свидетель №6 и оперуполномоченным по ОВД УНК УМВД России по &lt;адрес&gt; майором полиции Свидетель №4 в соответствии с Федеральным Законом «Об оперативно-розыскной деятельности» проводилось оперативно-розыскное мероприятие «наблюдение» за гр. ФИО2 и гр. ФИО28 ДД.ММ.ГГГГ в 12 часов 00 минут пост наблюдения был выставлен рядом с домом № по &lt;адрес&gt;. Около 13 часов 55 минут из подъезда &lt;адрес&gt; вышел гр. ФИО2, который сел в автомобиль такси марки «Хендай Солярис» и улицами города проследовал в сторону ул. &lt;адрес&gt;, где около 14 часов 20 минут гр. ФИО2 вышел из автомашины такси и проследовал в гаражный кооператив «Омега», расположенный на ул. &lt;адрес&gt;. Там ФИО2 зашел в гаражный бокс №, рядом с которым была припаркована автомашина «Дэу Нексия» серебристого цвета государственный регистрационный знак № Около 14 часов 50 минут ФИО2 вышел из гаражного бокса № вместе с ФИО3, далее оба сели в автомашину «Дэу Нексия» государственный регистрационный знак №, за руль которой сел ФИО3, после чего оба на автомобиле проследовали к дому № по &lt;адрес&gt;, где наблюдаемые вышли из автомашины и по старой железнодорожной линии, расположенной рядом с указанным домом, проследовали в сторону &lt;адрес&gt;, где, пройдя около 300 метров, наблюдаемые остановились и стали что-то искать в растительности рядом с железнодорожной линией. Около 15 часов 10 минут ФИО2 и ФИО3 вернулись в автомобиль проехали к кафе «Шашлычный дворик», расположенном в &lt;адрес&gt;, где купили продукты питания. Около 15 часов 35 минут ФИО2 и ФИО3 вышли из указанного кафе, сели в автомобиль «Дэу Нексия» государственный регистрационный знак № и улицами города проследовали к дому № по &lt;адрес&gt;. Около 16 часов 05 минут ФИО2 и ФИО3 припарковав свой автомобиль у &lt;адрес&gt; вышли из автомобиля, осмотрелись по сторонам и пешком проследовали улицами города проходя мимо домов: &lt;адрес&gt;&lt;адрес&gt;&lt;адрес&gt; по пер. Вагонный &lt;адрес&gt;, где около каждого дома, наблюдаемые останавливались и что-то фотографировали на свои телефоны, после чего ФИО3 подошел к дому № по пер. Вагонный &lt;адрес&gt; и с торца дома у забора за белый камень положил сверток, после чего сфотографировал место тайника на свой мобильный телефон, а ФИО2, подойдя к дому № по &lt;адрес&gt;&lt;адрес&gt;, положил в кусты у металлического забора сверток, после чего сфотографировал место тайника на свой мобильный телефон. После чего около 16 часов 40 минут гр. ФИО2 и гр. ФИО3, находясь у &lt;адрес&gt; были задержаны сотрудниками полиции. ФИО2 был доставлен в здание УНК УМВД России по &lt;адрес&gt;, расположенное по адресу: &lt;адрес&gt;, &lt;адрес&gt;, где ДД.ММ.ГГГГ в период с 18 часов 35 минут до 18 часов 55 минут, находясь в помощении кабинета № а указанного здания, им в присутствии понятых был произведен личный досмотр ФИО2, в ходе которого в карманах брюк, надетых на него были обнаружены и изъяты двадцать восемь свертков из фрагментов фольги, в каждом из которых находился полимерный пакет с порошкообразным веществом внутри. Со слов ФИО2, в свертках находится наркотическое средство, которое он, совместно с ФИО3Вю приготовили к дальнейшему незаконному сбыту тайниковым способом на территории &lt;адрес&gt;. Вышеуказанные свертки были упакованы в прозрачный полимерный пакет, горловину которого перевязали нитью, свободные концы нити опечатаны бумажной биркой с оттиском печати « № Для пакетов». Также у ФИО2 был обнаружен и изъят мобильный телефон марки « Honor» в корпусе золотистого цвета с сим-картой Билайн. Изучив содержимое телефона, ими была обнаружена переписка ФИО2 с неустановленным лицом под именем David в приложении « Telegramm». В переписке имелись фотоснимки мест на территории &lt;адрес&gt; с подробным описанием, где ДД.ММ.ГГГГ ФИО3 и ФИО2 совершили закладки с наркотическим средством. По окончании был составлен соответствующий протокол, где все присутствующие поставили подписи. При осуществлении оперативно-розыскных мероприятий в отношении ФИО2 и ФИО3 было установлено, что осуществляя свою переступню деятельность, действуя в составе организованной группы с неустановленными лицами ФИО2, согласно отведенной ему преступной роли в организованной группе, связывался с неустановленным лицом и, действуя совместно с ФИО3, получив от него информацию о местонахождении тайника-закладки с крупной партией расфасованного наркотического средства, действуя совместно с ФИО3 забирал через оборудованные на территории &lt;адрес&gt; тайники крупные партии расфасованных наркотических средств, после чего, они незаконно перевозили их от места получения к местам дальнейшего незаконного сбыта, совершая тайниковым способом закладки с расфасованными наркотическими средствами на территории &lt;адрес&gt;, тем самым осуществляя незаконный сбыт наркотических средств. Члены организованной группы, в которую входили ФИО2 и ФИО3, в целях конспирации преступной деятельности, предотвращения их разоблачения и исключения утечки информации о совершаемых ими преступлениях и зашифровки передаваемой информации, в общении между собой и с покупателями наркотических средств использовали приложение Глобальной сети Интернет. Организованная и руководимая неустановленным лицом группа, характеризовалась следующими признаками, которые выражались: высокой степенью организованности, которая выражалась в четком распределении обязанностей в группе и ролей при совершении преступления; взаимной материальной заинтересованностью: преступным доходом организованной группы являлись денежные средства в неустановленной сумме, полученные от незаконного сбыта потребителям наркотического средства; тщательном планировании совершения преступлений, а также взаимном оповещении с целью координации преступных действий соучастников, посредством приложений Глобальной сети Интернет; наличием способов сокрытия преступления – в целях конспирации преступной деятельности, предотвращения их разоблачения и исключения утечки информации, использование в обороте кодовых слов и фраз, имеющих смысл и значение только для членов ОПГ, осуществление незаконных сбытов наркотического средства тайниковым способом; наличием технических средств, а именно сотовых телефонов с установленными приложениями Глобальной сети Интернет для обеспечения конспирации и осуществления своей преступной деятельности, связанной с незаконным сбытом наркотических средств на территории &lt;адрес&gt;.( т. 4, л.д. 156-159); -показаниями свидетеля Свидетель №5 в судебном заседании о том, что он работает оперуполномоченным УНК УМВД России по &lt;адрес&gt;. В его должностные обязанности входит выявление, предупреждение, пресечение и раскрытие преступлений в сфере незаконного оборота наркотических средств, а также выявление лиц, их совершивших, изобличение и документирование преступной деятельности указанных лиц. ДД.ММ.ГГГГ проводилось ОРМ «наблюдение», после которого ФИО43 и ФИО44 были задержаны и доставлены в УНК УМВД России по &lt;адрес&gt;. Данные граждане были задержаны в ходе оперативно-розыскного мероприятия «наблюдение».При личном досмотре у ФИО44 обнаружен и изъят мобильный телефон, в котором была переписка с гражданином под ником «Давид». В изъятом телефоне была переписка с «Давидом», там же были фотографии мест и адреса. Они выехали по данным адресам, это были &lt;адрес&gt;, там в период времени с 19:45 до 19:55 они провели «обследование участка местности» в 10 метрах от угла дома, в ходе которого был изъят сверток с наркотическим средством. В присутствии понятых все было упаковано, опечатано, составлялась пояснительная записка, все участники расписались. После чего, с 20:26 до 20:33 там же, в трех метрах, от того места был изъят еще один сверток с наркотическим средством, который был упакован, опечатан, составлена пояснительная записка, все расписались. Тогда же, ДД.ММ.ГГГГ, в период времени с 20:26 до 20:33 проводилось ОРМ «обследование участка местности» у этого же дома у железобетонного столба в трех метрах от угла дома, где был изъят еще один сверток с наркотическим средством- порошкообразное светлое вещество. Оно также было изъято и упаковано.При обнаружении и изъятии данных свертков, каждый раз составляли отдельный протокол. Потом с 20 часов 57 минут до 21 часа 04 минут в ходе ОРМ « обследование участка местности» у &lt;адрес&gt; в присутствии понятых у дерева, в одном метре от дома был обнаружен и изъят сверток с порошкообразным веществом белого цвета. В период с 21:34 до 21:42 часов производилось «обследование участка местности» возле &lt;адрес&gt;, в ходе проведения данного ОРМ был обнаружен сверток, у дерева, в пяти метрах справа от дома, который был упакован и опечатан. С 22:06 до 22:14 они были на &lt;адрес&gt;, там, у металлического забора был обнаружен и изъят сверток, все опечаталось, все расписались. После чего они проследовали к дому № по &lt;адрес&gt;, там в период времени с 22:53 до 23:03 с торца дома был обнаружен и изъят сверток с наркотическим средством, были сделаны все те же действия, все расписались. Последнее «обследование участка местности» они провели по &lt;адрес&gt; период с 23 часов 52 минут до 23 часов 59 минут, там так же был обнаружен сверток у металлического забора с торца этого дома, его они изъяли, упаковали, все присутствовавшие расписались. В дальнейшем проводилась экспертиза, установлено, что это были свертки с наркотическим средством. «обследование участков местности» проводили группами. По указанным адресам он работали группами. Из оперативных сотрудников именно по вышеуказанным адресам он следовал один, но с ним было двое понятых. Когда искали данные «закладки», они изначально переписали адреса, телефона с ними не было. Осмотреть телефон ФИО3 они смогли, поскольку он сказал пароль. Позже ему стало известно, что ФИО3 и ФИО2 вместе делали «закладки» с наркотическим средством. Ему это известно от сотрудников, которые вели » наблюдение» и в ходе следствия стало известно. - показаниями свидетеля Свидетель №4 в судебном заседании о том, что он работает оперуполномоченным по особо важным делам УНК УМВД России по &lt;адрес&gt;, В его должностные обязанности входит выявление, предупреждение, пресечение и раскрытие преступлений в сфере незаконного оборота наркотических средств, а также выявление лиц, их совершивших, изобличение и документирование преступной деятельности указанных лиц. В конце июня 2017 года поступила информация о том, что некие лица, среди которых ФИО43 и ФИО44, используя Интернет и сайт «Добро-Ко» для получения наркотических средств, занимаются сбытом наркотических средств путем «закладок». В связи с этим было принято решение о проведении ОРМ «наблюдение». Пост наблюдения был выставлен в 12 часов 00 минут ДД.ММ.ГГГГ возле дома ФИО2 по &lt;адрес&gt;. Он был с Свидетель №3 и Свидетель №6. В 13:55 из дома вышел ФИО43 и сел в ожидавшее его такси марки «Хендай солярис». Улицами города они направились на &lt;адрес&gt;, там около гаражного бокса № стоял автомобиль марки «Део некси», принадлежащий ФИО3, ФИО2 вышел из такси и зашел в указанный гараж. Примерно через 30 минут ФИО43 и ФИО44 вместе вышли из гаража, сели в машину и проследовали на &lt;адрес&gt;, там, около железной дороги, они зашли в кусты, что- то там нашли и через пять минут вернулись в машину. Что у них было в руках, он не видел.. Они отправились на &lt;адрес&gt;, остановились около магазина с продуктами, зашли в шашлычную, заказали еду, беседовали там минут 30, затем отправились на &lt;адрес&gt;, припарковали автомобиль возле &lt;адрес&gt;, затем пошли пешком дворами и улицами города. По пути они останавливались, осматривались, фотографировали участки местности, бросали закладки. Потом ФИО3 подошел к большому белому камню и кинул за него «закладку». ФИО2, в свою очередь, бросил «закладку» в кусты по переулку Тракторный &lt;адрес&gt;. После этого примерно в 16:20 у &lt;адрес&gt; они были задержаны. ФИО2 сразу увезли. Они провели личный досмотр ФИО3, в ходе которого было обнаружено и изъято наркотическое средство, телефон, в котором была переписка между ФИО3 и гражданином под ником «Давид» с адресами «закладок». При личном досмотре ФИО2 он не присутствовал. Адреса « закладок»:&lt;адрес&gt;; &lt;адрес&gt;, &lt;адрес&gt;; &lt;адрес&gt;, &lt;адрес&gt;; &lt;адрес&gt; Всего было изъято 20 «закладок», все эти адреса были указаны в телефоне. При задержании ФИО3 и ФИО2 вели себя спокойно, скрыться не пытались. При личном досмотре у ФИО3 были обнаружены наркотические средства « соль».После оглашения его показаний на предварительном следствии, указал, что он их давал и подтвердил, что все записано верно. Указал, что в телефоне ФИО3 время было настроено неверно, спешило на полчаса. С ФИО2 работал Свидетель №3. Понятых пригласил кто-то из сотрудников, это были юноши- студенты. Сначала не было понятно, что ФИО44 и ФИО43 совершают сбыт наркотических средств, поскольку не всегда было видно, что они конкретно делают, но они осматривались. Не нагибались, бросали стоя. - показаниями свидетеля Свидетель №4 от ДД.ММ.ГГГГ, оглашенными в порядке ст. ч. 3 УПК РФ о том, что он является оперуполномоченным отдела по ОВД УНК УМВД России по &lt;адрес&gt;. В период времени с ДД.ММ.ГГГГ по ДД.ММ.ГГГГ сотрудниками УНК УМВД в соответствии с Федеральным законом «Об оперативно-розыскной деятельности» проводились оперативно-розыскные мероприятия по документированию преступной деятельности гражданина Молдовы ФИО2, ДД.ММ.ГГГГ года рождения и гражданина РФ ФИО3, ДД.ММ.ГГГГ года рождения, которые, действуя в составе организованной группы с неустановленными лицами, занимаются незаконными операциями с наркотическими средства на территории &lt;адрес&gt;. Так, ДД.ММ.ГГГГ он, совместно со старшим оперуполномоченным по ОВД УНК УМВД России по &lt;адрес&gt; капитаном полиции Свидетель №6 и заместителем начальника отдела УНК УМВД России по &lt;адрес&gt; подполковником полиции Свидетель №3 в соответствии с Федеральным Законом «Об оперативно-розыскной деятельности» проводили оперативно-розыскное мероприятие «наблюдение» за гр. ФИО2 и гр. ФИО28 ДД.ММ.ГГГГ в 12 часов 00 минут пост наблюдения был выставлен рядом с домом № по &lt;адрес&gt;. Около 13 часов 55 минут из подъезда &lt;адрес&gt; вышел гр. ФИО2, который сел в автомобиль такси марки «Хендай Солярис» и улицами города проследовал в сторону ул. &lt;адрес&gt;, где около 14 часов 20 минут гр. ФИО2 вышел из автомашины такси и проследовал в гаражный кооператив «Омега», расположенный на ул. &lt;адрес&gt;. Там ФИО2 зашел в гаражный бокс №, рядом с которым была припаркована автомашина «Дэу Нексия» серебристого цвета государственный регистрационный знак №. Около 14 часов 50 минут ФИО2 вышел из гаражного бокса № вместе с ФИО3, далее оба сели в автомашину «Дэу Нексия» государственный регистрационный знак № за руль которой сел ФИО3, после чего оба на автомобиле проследовали к дому № по &lt;адрес&gt;, где наблюдаемые вышли из автомашины и по старой железнодорожной линии, расположенной рядом с указанным домом, проследовали в сторону &lt;адрес&gt;, где, пройдя около 300 метров, наблюдаемые остановились и стали что-то искать в растительности рядом с железнодорожной линией. Около 15 часов 10 минут ФИО2 и ФИО3 вернулись в автомобиль проехали к кафе «Шашлычный дворик», расположенном в &lt;адрес&gt;, где купили продукты питания. Около 15 часов 35 минут ФИО2 и ФИО3 вышли из указанного кафе, сели в автомобиль «Дэу Нексия» государственный регистрационный знак № и улицами города проследовали к дому № по &lt;адрес&gt;. Около 16 часов 05 минут ФИО2 и ФИО3 припарковав свой автомобиль у &lt;адрес&gt; вышли из автомобиля, осмотрелись по сторонам и пешком проследовали улицами города проходя мимо домов: &lt;адрес&gt; по пер. Вагонный &lt;адрес&gt; по пер. Вагонный &lt;адрес&gt;, где около каждого дома, наблюдаемые останавливались и что-то фотографировали на свои телефоны, после чего ФИО3 подошел к дому № по пер. Вагонный &lt;адрес&gt; и с торца дома у забора за белый камень положил сверток, после чего сфотографировал место тайника на свой мобильный телефон, а ФИО2, подойдя к дому № по пер. Тракторный &lt;адрес&gt;, положил в кусты у металлического забора сверток, после чего сфотографировал место тайника на свой мобильный телефон. После чего около 16 часов 40 минут гр. ФИО2 и гр. ФИО3, находясь у &lt;адрес&gt; были задержаны сотрудниками полиции. После чего, ДД.ММ.ГГГГ в период с 17 часов 20 минут до 17 часов 45 минут, находясь у &lt;адрес&gt;, был произведен личный досмотр ФИО3, в ходе которого у него был изъят мобильный телефон марки «Honor», изучив содержимое которого, была обнаружена переписка ФИО3 с неустановленным лицом под именем David в приложении «Telegramm». В переписке имелись фотоснимки мест на территории &lt;адрес&gt; с подробным описанием, где ДД.ММ.ГГГГ ФИО3 и ФИО2 совершили закладки с наркотическим средством. Изучив переписку, сотрудниками УНК УМВД России по &lt;адрес&gt; было принято решение проследовать по адресам, указанным в приложении и изъять свертки с наркотическими средствами, что и было сделано в присутствии понятых, составлены соответствующие акты. Наркотические средства были обнаружены в виде свертков с прошком белого цвета у &lt;адрес&gt; на участке местности рядом с гаражным боксом, расположенным в 10 метрах от угла &lt;адрес&gt;, также на участке местности в кустах, расположенных в 5-ти метрах от правого подъезда &lt;адрес&gt;, в трех метрах справа от торца &lt;адрес&gt;, у металлической трубы, расположенной в 1 метре от торца &lt;адрес&gt;, на участке местности в трех метрах с торца &lt;адрес&gt;, у железобетонного столба в 2-х метрах от &lt;адрес&gt; по &lt;адрес&gt;&lt;адрес&gt;, в трех метрах от &lt;адрес&gt; по &lt;адрес&gt;&lt;адрес&gt; у металлического забора.. Данные свертки были изъяты, упакованы в прозрачные полимерные пакеты, горловины которых перевязаны нитью, свободные концы нити опечатаны бумажной биркой с оттиском печати « 15 Для пакетов»По окончании составлены соответствующие актвы, где все присутствующие поставили подписи. Также он пояснил, что согласно справке ОРМ «наблюдение» около 16 часов 05 минут ФИО2 и ФИО3 припарковали свой автомобиль у &lt;адрес&gt; и пешком отправились совершать закладки с наркотическим средством в районе Малинников, однако, в изъятом у ФИО3, в ходе личного досмотра телефоне, обнаружена его переписка с неустановленным лицом ФИО53, согласно которой первое сообщение ФИО3 неустановленному лицу David,о совершенной им закладке было отправлено в 15 часов 59 минут. Данное несоответствие связано с неточными настройками при установке времени в мобильном телефоне ФИО3 ( т. 4, л.д. 165-169); - показаниями свидетеля Свидетель №6 в судебном заседании о том, что он работает оперуполномоченный по особо важным делам УНК УМВД России по &lt;адрес&gt;. В его должностные обязанности входит выявление, предупреждение, пресечение и раскрытие преступлений в сфере незаконного оборота наркотических средств, а также выявление лиц, их совершивших, изобличение и документирование преступной деятельности указанных лиц. С ДД.ММ.ГГГГ до ДД.ММ.ГГГГ в отношении ФИО2 и ФИО3 проводилось ОРМ, поскольку поступила информация, что они занимаются сбытом наркотических средств путем «закладок». В этой связи, он, Свидетель №4 и Свидетель №3 участвовали в проведении оперативно-розыскного мероприятия «наблюдение». Пост наблюдения был выставлен по месту жительства ФИО2 по адресу: &lt;адрес&gt;. Через некоторое время ФИО2 вышел из дома и сел в ожидавшее его такси марки «Хендай солярис», улицами города он прибыл по адресу &lt;адрес&gt;, вышел из такси и зашел в гаражный бокс №, около которого стоял автомобиль ФИО3 Через некоторое время ФИО2 и ФИО3 вместе вышли из гаражного бокса, сели в стоящий рядом автомобиль, ФИО3 сел за руль, ФИО2 на переднее пассажирское сиденье, &lt;адрес&gt;. По приезду на данный адрес, они припарковали автомобиль и пешком отправились по железнодорожным путям в направлении &lt;адрес&gt;, там в растительности они остановились и что-то искали. Вернувшись в автомобиль, они поехали на &lt;адрес&gt;, остановились там, купили продукты питания, поехали дальше. Затем они вышли на &lt;адрес&gt;, прошли мимо домов, шли &lt;адрес&gt;, Шахтеров, Врубовая, Переулок Вагонный. Во время этого они фотографировали участки местности, у &lt;адрес&gt; переулка Вагонный ФИО3 с торца дома около забора за большим белым камнем кинул сверток, сделал фотографию данного места, затем на переулке Тракторном ФИО2 бросил в кусты сверток и так же сделал фотографию местности. После этого у &lt;адрес&gt; они были задержаны, ФИО2 был доставлен в УНК УМВД России по &lt;адрес&gt; по адресу: &lt;адрес&gt;. Там в одном из кабинетов был проведен его личный досмотр, в ходе которого было обнаружено и изъято: 28 свертков из фольги с порошкообразным веществом светлого тона, данные свертки были упакованы и опечатаны, все присутствующие расписались. У ФИО2 был обнаружен и изъят телефон, в котором была переписка с гражданином под ником «Давид», в которой указаны адреса и фотографии закладок. В последующем изъятые свертки отправлены на исследование. Также хочет указать, что ДД.ММ.ГГГГ он участвовал в проведении обыска дома у ФИО2, где была найдена банковская карта. Наблюдение началось около 12 часов, это точно был день. ФИО2 и ФИО3 бросали «закладки», но это выяснялось позже, они делали все это быстро, они не успевали это фиксировать. ФИО2 при личном досмотре все добровольно показывал, может назвать это сотрудничеством. При задержании все сразу рассказал.Он сам открыл свой телефон. В телефоне у него была обнаружена переписка в приложении «Телеграмм» с гражданином под ником «Давид». Была сделана фото-таблица. У ФИО3 тоже была такая переписка, но фотографировали они оба. Их действия были согласованными они были в метре друг от друга. Страховали друг друга. Сколько всего было изъято закладок он затрудняется ответить, т. к. их не изымал. Они их нашли по адресам, указанным в телефоне. Кто поднял сверток на железной дороге он не видел. После оглашения его показаний на предварительном следствии, подтвердил их правильность. -показаниями свидетеля Свидетель №6 от ДД.ММ.ГГГГ, оглашенными в порядке ст. ч.3 УПК РФ, который пояснил что является старшим оперуполномоченным по ОВД отдела УНК УМВД России по &lt;адрес&gt;. С ДД.ММ.ГГГГ по ДД.ММ.ГГГГ сотрудниками УНК УМВД в соответствии с Федеральным законом «Об оперативно-розыскной деятельности» проводились оперативно-розыскные мероприятия по документированию преступной деятельности гражданина Молдовы ФИО2, ДД.ММ.ГГГГ года рождения и гражданина РФ ФИО3, ДД.ММ.ГГГГ года рождения, которые, действуя в составе организованной группы с неустановленными лицами, занимаются незаконными операциями с наркотическими средства на территории &lt;адрес&gt;. Так, ДД.ММ.ГГГГ он, совместно с оперуполномоченным по ОВД УНК УМВД России по &lt;адрес&gt; майором полиции Свидетель №4 и заместителем начальника отдела УНК УМВД России по &lt;адрес&gt; подполковником полиции Свидетель №3 в соответствии с Федеральным Законом «Об оперативно-розыскной деятельности» проводили оперативно-розыскное мероприятие «наблюдение» за гр. ФИО2 и гр. ФИО28 ДД.ММ.ГГГГ в 12 часов 00 минут пост наблюдения был выставлен рядом с домом № по &lt;адрес&gt;. Около 13 часов 55 минут из подъезда &lt;адрес&gt; вышел гр. ФИО2, который сел в автомобиль такси марки «Хендай Солярис» и улицами города проследовал в сторону ул. &lt;адрес&gt;, где около 14 часов 20 минут гр. ФИО2 вышел из автомашины такси и проследовал в гаражный кооператив «Омега», расположенный на ул. &lt;адрес&gt;. Там ФИО2 зашел в гаражный бокс №, рядом с которым была припаркована автомашина «Дэу Нексия» серебристого цвета государственный регистрационный знак &lt;***&gt;. Около 14 часов 50 минут ФИО2 вышел из гаражного бокса № вместе с ФИО3, далее оба сели в автомашину «Дэу Нексия» государственный регистрационный знак &lt;***&gt;, за руль которой сел ФИО3, после чего оба на автомобиле проследовали к дому № по &lt;адрес&gt;, где наблюдаемые вышли из автомашины и по старой железнодорожной линии, расположенной рядом с указанным домом, проследовали в сторону &lt;адрес&gt;, где, пройдя около 300 метров, наблюдаемые остановились и стали что-то искать в растительности рядом с железнодорожной линией. Около 15 часов 10 минут ФИО2 и ФИО3 вернулись в автомобиль проехали к кафе «Шашлычный дворик», расположенном в &lt;адрес&gt;, где купили продукты питания. Около 15 часов 35 минут ФИО2 и ФИО3 вышли из указанного кафе, сели в автомобиль «Дэу Нексия» государственный регистрационный знак № и улицами города проследовали к дому № по &lt;адрес&gt;. Около 16 часов 05 минут ФИО2 и ФИО3 припарковав свой автомобиль у &lt;адрес&gt; вышли из автомобиля, осмотрелись по сторонам и пешком проследовали улицами города проходя мимо домов: &lt;адрес&gt;&lt;адрес&gt;&lt;адрес&gt; по пер. Вагонный &lt;адрес&gt;, где около каждого дома, наблюдаемые останавливались и что-то фотографировали на свои телефоны, после чего ФИО3 подошел к дому № по пер. Вагонный &lt;адрес&gt; и с торца дома у забора за белый камень положил сверток, после чего сфотографировал место тайника на свой мобильный телефон, а ФИО2, подойдя к дому № &lt;адрес&gt;&lt;адрес&gt; положил в кусты у металлического забора сверток, после чего сфотографировал место тайника на свой мобильный телефон. После чего около 16 часов 40 минут гр. ФИО2 и гр. ФИО3, находясь у &lt;адрес&gt; были задержаны сотрудниками полиции. ФИО2 был доставлен в здание УНК УМВД России по &lt;адрес&gt; расположенное по адресу: &lt;адрес&gt;, &lt;адрес&gt;, где ДД.ММ.ГГГГ в период с 18 часов 35 минут до 18 часов 55 минут, находясь в помещении кабинета №а указанного здания, в присутствии понятых, был произведен личный досмотр ФИО2, в ходе которого в карманах брюк, надетых на него были обнаружены и изъяты двадцать восемь свертков из фрагментов фольги, в каждом из которых находился полимерный пакет с порошкообразным веществом внутри. Со слов ФИО2, в свертках находится наркотическое средство, которое он, совместно с ФИО3 приготовили к дальнейшему незаконному сбыту тайниковым способом на территории &lt;адрес&gt;. Вышеуказанные свертки были упакованы в прозрачный полимерный пакет, горловину которого перевязали нитью, свободные концы нити опечатали бумажной биркой с оттиском печати «№ Для пакетов». Также у ФИО2 был обнаружен и изъят мобильный телефон марки «Honor» в корпусе золотистого цвета с сим-картой Билайн. Изучив содержимое телефона, была обнаружена переписка ФИО2 с неустановленным лицом под именем ФИО54 в приложении «Telegramm». В переписке имелись фотоснимки мест на территории &lt;адрес&gt; с подробным описанием, где ДД.ММ.ГГГГ ФИО3 и ФИО2 совершили закладки с наркотическим средством. По окончании был составлен соответствующий протокол, где все присутствующие поставили свои подписи. Затем, ДД.ММ.ГГГГ в период с 02 часов 45 минут до 02 часов 59 минут на основании постановления следователя был проведен обыск по месту жительства ФИО2 по адресу: &lt;адрес&gt;, в ходе которого, в присутствии понятых, была обнаружена и изъята пластиковая карта «Сбербанк» на имя ФИО2 Номера карты он /Свидетель №6/ уже не помнит, но на момент ее изъятия все данные были занесены в протокол, где все присутствующие, поставили свои подписи. ( т. 4, л.д. 180-183); - показаниями свидетеля Свидетель №7 в судебном заседании о том, что он работает старший оперуполномоченный УНК УМВД России по &lt;адрес&gt;. Он участвовал в проведении ОРМ в отношении ФИО2 и ФИО3 Поступила информация, что данные граждане занимаются незаконным сбытом наркотических средств. В связи с этим, они были задержаны ДД.ММ.ГГГГ по адресу: &lt;адрес&gt;. Он досматривал ФИО3 и его транспортное средство. В ходе досмотра из автомобиля гражданина ФИО3 были изъяты свертки с наркотическим средством. Около 16 часов 40 минут при личном досмотре ФИО3 обнаружены и изъяты 28 свертков с наркотическим средством, упакованные в фольгу и один сверток из изоленты со смайликом, в правом кармане шорт был изъят мобильный телефон, в котором обнаружена переписка с ником «Давид», где указывались адреса. Также хочет указать о том, что до 19 часов 05 минут проводился досмотр машины, припаркованной около &lt;адрес&gt;, в ней обнаружен сверток с изолентой, в данном свертке было еще 40 расфасованных свертков с полоской фиксатором, в последующем ему стало известно, что это наркотическое средство. Затем он участвовал в «обследовании участка местности» у &lt;адрес&gt;&lt;адрес&gt;, по всем адресам, в присутствии понятых, были изъяты «закладки» с наркотическим средством. Также при обыске у ФИО28 была изъята банковская карта и свидетельство на автомобиль. Всего им было изъято шесть закладок в присутствии понятых. Сколько остальными, т.к. они работали группами, он не знает. Он составлял акт обследования местности. Адреса «закладок» совпадали с адресами, указанными в переписке, найденной в мобильном телефоне. Задержанный пояснял, откуда в его машине наркотическое средство и что оно было предназначено для дальнейшего сбыта. Были ли отправлены снимки, точно не помнит, скорее всего да. После оглашения его показаний на предварительном следствии в связи с имеющимися противоречиями, подтвердил их правильность и указал, что возможно, пару «закладок» были сделаны по адресам, указанным в телефоне ФИО2, просто у них был один список, некоторые адреса были из переписки ФИО2 Был сверток со смайликом, это считается бонусом, дополнением, чтобы потребители могли попробовать новый вид наркотического средства, и, возможно потом смогли заказывать его. -показаниями свидетеля Свидетель №7 на предварительном следствии, оглашенными в порядке ст. ч. 3 УПК РФ о том, что он является старшим оперуполномоченным отдела УНК УМВД России по &lt;адрес&gt;. В период времени с ДД.ММ.ГГГГ по ДД.ММ.ГГГГ сотрудниками УНК УМВД в соответствии с Федеральным законом «Об оперативно-розыскной деятельности» проводились оперативно-розыскные мероприятия по документированию преступной деятельности гражданина Молдовы ФИО2, ДД.ММ.ГГГГ года рождения и гражданина РФ ФИО3, ДД.ММ.ГГГГ года рождения, которые, действуя в составе организованной группы с неустановленными лицами, занимаются незаконными операциями с наркотическими средства на территории &lt;адрес&gt;. В ходе оперативно-розыскного мероприятия «наблюдение», ДД.ММ.ГГГГ около 16 часов 40 минут, находясь у &lt;адрес&gt;, ФИО2 и ФИО3 были задержаны сотрудниками полиции. После чего, ДД.ММ.ГГГГ в период с 17 часов 20 минут до 17 часов 45 минут, находясь у &lt;адрес&gt;, он в присутствии понятых, которым были разъяснены их права и обязанности, произвел личный досмотр ФИО3, в ходе которого в кармане шорт, надетых на него, были обнаружены и изъяты двадцать восемь свертков из фрагментов фольги, внутри каждого из которых находился прозрачный полимерный пакет с порошкообразным веществом и один сверток из изоленты черного цвета с рисунком в виде смайлика зеленого цвета с прозрачным полимерным пакетом внутри, в котором находилось порошкообразное вещество светлого цвета. Изъятые свертки были упакованы в прозрачный полимерный пакет, горловину которого перевязали нитью, свободные концы нити опечатали бумажной биркой с оттиском печати «№ Для пакетов». Согласно справке об исследовании, вещества, которые были изъяты в ходе личного досмотра ФИО3, являются наркотическим средством – производным N-метилэфедрона. Со слов ФИО3, данное наркотическое средство он, действуя в составе организованной преступной группы с ФИО2 и неустановленными лицами, приготовили к дальнейшему незаконному сбыту тайниковым способом на территории &lt;адрес&gt;. Также, в ходе личного досмотра ФИО3 в правом кармане шорт, надетых на него был обнаружен и изъят мобильный телефон марки «Honor» в корпусе черного цвета с механическом повреждением в левом нижнем углу. При включении, были просмотрено содержимое телефона, в том числе переписка ФИО3 с неустановленным лицом под именем ФИО55 в приложении «Telegramm». При входе в приложение был установлен код «№ который ФИО3 сообщил. В переписке за ДД.ММ.ГГГГ имелись фотоснимки мест на территории &lt;адрес&gt; с подробным описанием, где ФИО3 и ФИО2 совершили закладки с наркотическим средством. Были сделаны фотоснимки приложения с перепиской. После изъятия, телефон не упаковывался. По окончании был составлен соответствующий протокол, где все присутствующие поставили свои подписи. Изучив переписку, сотрудниками УНК было принято решение проследовать к месту, где были задержаны ФИО2 и ФИО3 и на основании снимков, имевшихся в приложении «Telegramm», произвести выемку наркотических средств из тайников-закладок, а также произвести досмотр автомобиля марки «Daewoo Nexia» государственный регистрационный знак &lt;***&gt;, принадлежащего ФИО3 Так, ДД.ММ.ГГГГ в период с 18 часов 35 минут до 19 часов 05 минут, в присутствии понятых и ФИО3, был произведен досмотр автомобиля марки «Daewoo Nexia» государственный регистрационный знак № припаркованного у &lt;адрес&gt;, в ходе которого, в бардачке указанного автомобиля был обнаружен и изъят сверток из изоляционной ленты белого цвета, на котором имелся рукописный текст «40 0,75 СК». В свертке находился прозрачный полимерный пакет с полосой-фиксатором, внутри которого находились сорок свертков из изоляционной ленты белого цвета, в каждом из которых находился прозрачный полимерный пакетик с порошкообразным веществом светлого цвета внутри. Изъятые свертки были упакованы в прозрачный полимерный пакет, горловину которого перевязали нитью, свободные концы нити опечатали бумажной биркой с оттиском печати «№ Для пакетов». Согласно справке об исследовании, вещества, которые были изъяты в ходе досмотра автомобиля ФИО3, являются наркотическим средством – производным N-метилэфедрона. Со слов ФИО3, свертки с наркотическими средствами он приготовил к дальнейшему незаконному сбыту тайниковым способом на территории &lt;адрес&gt;. Также, в бардачке автомобиля были обнаружены и изъяты страховой полис на автомобиль «Daewoo Nexia» на имя ФИО3 Серию и номер полиса он, уже не помнит, но на момент изъятия, его данные были занесены в протокол, где все присутствующие поставили свои подписи. После изъятия полис не упаковывался. По окончании был составлен соответствующий протокол, где все присутствующие поставили свои подписи. После досмотра автомобиля они, уже без ФИО3 проследовали к месту, указанному на снимке в приложении « Telegramm» в телефоне, изъятом у ФИО3 по адресам &lt;адрес&gt; где в период с 20 часов 17 минут до 20 часов 24 минут в ходе ОРМ « обследование помещений, зданий, сооружений, участков местности», на участке возле гаражного бокса, расположенного в 10 м от угла &lt;адрес&gt; им в присутствии понятых был обнаружен и изъят сверток, в котором находилиось порошкообразное вещество белого цвета. Указанный сверток был упакован в прзрачный полимерный пакет и опечатан По окончании составлен соответствующий акт, где все присутствующие расписались. Также были обнаружены и изъяты наркотические средства рядом с железобетонным столбом в 4 метрах от &lt;адрес&gt;, в трех метрах от крайнего подъезда &lt;адрес&gt;, в 7-метрах от &lt;адрес&gt;, на участке местности сзади &lt;адрес&gt;&lt;адрес&gt;&lt;адрес&gt; в цветочной клумбе, у &lt;адрес&gt;&lt;адрес&gt;&lt;адрес&gt; у железобетонного столба в 5-ти метрах от указанного дома. Составлены соответствующие акты, где все понятые расписались. Затем, ДД.ММ.ГГГГ в период с 05 часов 25 минут до 05 часов 48 минут на основании постановления следователя им был проведен обыск по месту жительства ФИО3 по адресу: &lt;адрес&gt;, в ходе которого в присутствии понятых им были обнаружены и изъяты : пластиковая карта» Сбербанк» и свидетельство о регистрации ТС марки «Дэу Нексия» государственный регистрационный знак №, принадлежащего ФИО3 ( т. 4, л.д. 192-196); - показаниями свидетеля Свидетель №8 в судебном заседании, о том, что в ДД.ММ.ГГГГ года, точной даты не помнит, он участвовал при досмотре ФИО2 Из карманов его одежды были изъяты свертки, замотанные или изолентой или пакетом, более 10 штук, что в них было, он не помнит и телефон. Раскрывали ли сотрудники свертки, он не помнит. Еще он принимал участие в обследовании местности В районе Малинники &lt;адрес&gt;. Нашли 20 закладок, сделанных ФИО2 Пару закладок не нашли. Находили разные свертки, часть были черные, со смайлами. Он подписывал акт обследования. После оглашения его показаний на предварительном следствии полностью подтвердил свои показания. Сотрудники полиции, когда ходили по адресам, то им были известны адреса из телефона ФИО2 Точно там был пароль, какой не помнит. На ФИО2 давление со стороны сотрудников полиции не оказывалось. Он все добровольно выдавал, активно отвечал на вопросы следователя, давление на него не оказывалось. - показаниями свидетеля Свидетель №8 от ДД.ММ.ГГГГ , оглашенными в судебном заседании в порядке ст. ч. 3 УПК РФ о том, что ДД.ММ.ГГГГ в период с 18 часов 35 минут до 18 часов 55 минут он находился в помещении кабинета №а здания УНК УМВД России по &lt;адрес&gt;, расположенном по адресу &lt;адрес&gt;, ул. С._Щедрина &lt;адрес&gt;, где в качестве понятого присутствовал при производстве личного досмотра гр-на ФИО2, его личных вещей и предметов одежды. Вместе с ним в качестве понятого участвовал ФИО6. Перед началом производства действий, были разъяснены права и обязанности понятого, после чего сотрудник полиции произвел личный досмотр гражданина, в ходе которого в боковом кармане штанов, надетых на ФИО43, были обнаружены и изъяты девятнадцать свертков из фольги, в каждом из которых находился полимерный пакет с полосой-фиксатором с веществом кремового цвета внутри. В верхнем кармане брюк, надетых на ФИО43, были обнаружены и изъяты девять свертков из фольги, в каждом из которых находился полимерный пакет с полоской-фиксатором с веществом кремового цвета внутри. Со слов ФИО43, свертки он хотел сбывать тайниковым способом, совершая закладки на территории &lt;адрес&gt;. Вышеуказанные свертки в количестве 28 штук были упакованы сотрудниками полиции в прозрачный полимерный пакет, горловина которого перевязана нитью, свободные концы нити опечатаны бумажной биркой с оттиском печати «№ Для пакетов УМВД России по &lt;адрес&gt;». Также в верхнем кармане был обнаружен и изъят мобильный телефон марки « Ноnor» в корпусе золотистого цвета с сим-картой оператора Билайн. Телефон не упаковывался. По окончании был составлен соответствующий протокол, где все присутствующие в том числе и он. расписались. После чего, выйдя из ддания УНК УМВД России по &lt;адрес&gt; на оперативном автомобиле они проследовали к &lt;адрес&gt;, где ДД.ММ.ГГГГ в период с 19 часов 45 минут до 19 часов 55 минут в ходе проведения оперативно-розыскного мероприятия « обследование помещений, зданий, сооружений, участков местности…, находясь на участке местности слева от кирпичного сооружения, расположенного в 10 –ти метрах от угла &lt;адрес&gt; сотрудником УНК, в присутствии понятых был обнаружен и изъят сверток, в котором находилось порошкообразное вещество белого цвета. Изъятый сверток был упакован в прозрачный полимерный пакет, горловину которого перевязали нитью, свободные концы нити опечатаны бумажной биркой с оттиском печати» № Для пакетов». По окончании был составлен соответствующий акт, где все присутствующие расписались. Затем, ДД.ММ.ГГГГ в период с 20 часов 05 минут до 20 часов 15 минут, в ходе ения оперативно - розыскного мероприятия «обследование помещений, зданий, ений. участков местности...», находясь на участке местности рядом с гаражным боксом, ложенным в 10-ти метрах от угла &lt;адрес&gt;, сотрудником в присутствии понятых, был обнаружен и изъят сверток, в котором находилось ообразное вещество белого цвета. Изъятый сверток был упакован в прозрачный полимерный пакет, горловину которого перевязали нитью, свободные концы нити опечатали (ной биркой с оттиском печати «№ Для пакетов». По окончании был составлен соответствующий акт, где все присутствующие поставили свои подписи. Затем, ДД.ММ.ГГГГ в период с 20 часов 17 минут до 20 часов 24 минут, в ходе проведения оперативно - розыскного мероприятия «обследование помещений, зданий ужений, участков местности...», находясь на участке местности возле гаражного бокса, расположенного в 10-х метрах от угла &lt;адрес&gt;, сотрудником в присутствии понятых, был обнаружен и изъят сверток, в котором находилос порошкообразное вещество белого цвета. Изъятый сверток был упакован в прозрачный полимерный пакет, горловину которого перевязали нитью, свободные концы нити опечатал бумажной ной биркой с оттиском печати «№ Для пакетов». По окончании был составлен соотствующий акт, где все присутствующие поставили свои подписи. Потом. ДД.ММ.ГГГГ в период с 20 часов 26 минут до 20 часов 33 минут, в ходе проведения оперативно - розыскного мероприятия «обследование помещений, зданий, ужений, участков местности...», находясь на участке местности, у железобетонного столба, расложенного в 3-х метрах от угла &lt;адрес&gt;, сотрудником УНК. в присутствии понятых, был обнаружен и изъят сверток, в котором находилось порошкообразное вещество белого цвета. Изъятый сверток был упакован в прозрачный полимерный пакет, горловину которого перевязали нитью, свободные концы нити опечатали бумажной биркой с оттиском печати «№ Для пакетов». По окончании был составлен соответствующий акт, где все присутствующие поставили свои подписи. После чего, ДД.ММ.ГГГГ в период с 20 часов 37 минут до 20 часов 44 минут, в ходе проведения оперативно - розыскного мероприятия «обследование помещений, зданий, сооружений, участков местности...», находясь на участке местности, в кустах, расположенных в 5-ти метрах от первого подъезда &lt;адрес&gt;, сотрудником УНК. В присутствии понятых, был обнаружен и изъят сверток, в котором находилось порошкообразное щество белого цвета. Изъятый сверток был упакован в прозрачный полимерный пакет, горловину которого перевязали нитью, свободные концы нити опечатали бумажной биркой с оттиском печати «№ Для пакетов». По окончании был составлен соответствующий акт. где все присутствующие поставили свои подписи. Далее, пешком,они проследовали к дому № по &lt;адрес&gt;, где ДД.ММ.ГГГГ в период с 20 часов 47 минут до 20 часов 54 минут, в ходе проведения оперативно -розыскного мероприятия «обследование помещений, зданий, сооружений, участков местности...», находясь на участке местности рядом с железобетонным столбом, расположенным в 4-х метрах от &lt;адрес&gt;, сотрудником УНК в присутствии понятых был обнаружен и изъят сверток, в котором находилось порошкообразное вещество белого цвета. Изъятый сверток был упакован в прозрачный полимерный пакет горловину которого перевязали нитью, свободные концы нити опечатали бумажной биркой с оттиском печати «№ Для пакетов». По окончании был составлен соответствующий акт. гд( ке присутствующие поставили свои подписи. Затем, ДД.ММ.ГГГГ в период с 20 часов 57 минут до 21 часов 04 минут, в ходе проведения оперативно - розыскного мероприятия «обследование помещений, зданий. :ооружений, участков местности...», находясь на участке местности, у дерева, расположенного в 1--ом метре от &lt;адрес&gt;, сотрудником УНК, в присутствии понятых, был обнаружен и изъят сверток, в котором находилось порошкообразное вещество белого цвета. цвета. Изъятый сверток был упакован в прозрачный полимерный пакет, горловину которого перевязали нитью, свободные концы нити опечатали бумажной биркой с оттиском «№ Для пакетов». По окончании был составлен соответствующий акт, где все присутствующие поставили свои подписи. Далее, они проследовали к дому № по &lt;адрес&gt;, где ДД.ММ.ГГГГ в период с 21 часов 07 минут до 21 часов 13 минут, в ходе проведения оперативно – розыскного мероприятия «обследование помещений, зданий, сооружений, участков местности.. .», находясь у дерева, расположенного на участке местности в 3-х метрах справа от &lt;адрес&gt;&lt;адрес&gt; по &lt;адрес&gt;, сотрудником УНК в присутствии понятых, был обнаружен и изъят сверток, в котором находилось порошкообразное вещество белого цвета. Данный сверток был упакован в прозрачный полимерный пакет, горловину которой перевязали нитью, свободные концы нити опечатали бумажной биркой с оттиском печати «№ Для пакетов». По окончании был составлен соответствующий акт. где все присутствующие поставили свои подписи. Затем, ДД.ММ.ГГГГ в период с 21 часов 24 минут до 21 часов 31 минут, в ходе проведения оперативно - розыскного мероприятия «обследование помещений, зданий сооружений, участков местности...», находясь на участке местности, расположенном в 3-х метрах от крайнего подъезда &lt;адрес&gt;, сотрудником УНК в присутствиии понятых был обнаружен и изъят сверток, в котором находилось порошкообразное вещество белого цвета. Изъятый сверток был упакован в прозрачный полимерный пакет, горловину которого перевязали нитью, свободные концы нити опечатали бумажной биркой иском печати «№ Для пакетов». По окончании был составлен соответствующий акт, где присутствующие поставили свои подписи. Далее, они проследовали к дому &lt;адрес&gt; по &lt;адрес&gt;, где ДД.ММ.ГГГГ в период с 21 часов 34 минут до 21 часов 42 минут, в ходе проведения оперативно – розыскного мероприятия «обследование помещений, зданий, сооружений, участков местности...», находясь на участке местности, у дерева, расположенного в 5-ти метрах справа от &lt;адрес&gt;, сотрудником УНК, в присутствии понятых, был обнаружен и изъял сверток, в котором находилось порошкообразное вещество белого цвета. Изъятый сверток был упакован в прозрачный полимерный пакет, горловину которого перевязали нитью, свободные концы нити опечатали бумажной биркой с оттиском печати «№ Для пакетов». По окончании был составлен соответствующий акт, где все присутствующие поставили свои подписи. Затем, ДД.ММ.ГГГГ в период с 21 часов 45 минут до 21 часов 52 минут, в ходе проведения оперативно - розыскного мероприятия «обследование помещений, зданий сооружений, участков местности...», находясь на участке местности, у металлической трубы, расположенной в одном метре от торца &lt;адрес&gt;, сотруднике УНК в присутствии понятых, был обнаружен и изъят сверток, в котором находилось порошкообразное вещество белого цвета. Изъятый сверток был упакован в прозрачнй полимерный пакет, горловину которого перевязали нитью, свободные концы нити опечатаны бумажной биркой с оттиском печати «№ Для пакетов». По окончании был составлен соответствующий акт, где все присутствующие поставили свои подписи. Далее, они проследовали к дому № по &lt;адрес&gt;, где ДД.ММ.ГГГГ в период с 21 часов 55 минут до 22 часов 03 минут, в ходе проведения оперативно- розыскного мероприятия «обследование помещений, зданий, сооружений, участков местности.. .», находясь на участке местности, у железобетонного столба, расположенного в 7-ми метрах от &lt;адрес&gt;, сотрудником УНК в присутствии понятых был обнаружен и изъят сверток, в котором находилось порошкообразное вещество белого цвета. Изъятый сверток был упакован в прозрачный полимерный пакет, горловина которого перевязали нитью, свободные концы нити опечатали бумажной биркой с оттиском печати «№ Для пакетов». По окончании был составлен соответствующий акт,. где все присутствующие поставили свои подписи. Далее, они проследовали к дому &lt;адрес&gt;&lt;адрес&gt;, где ДД.ММ.ГГГГ в период с 22 часов 06 минут до 22 часов 14 минут, в ходе проведения оперативно – розыскного мероприятия « обследование помещений, зданий, сооружений, участков местности «, находясь на участке местности у металлического забора, расположенного в 15-ти метрах от &lt;адрес&gt; по ул.. Врубовая &lt;адрес&gt;, сотрудником УНК, в присутствии понятых, был обнаружен и изъят сверток, в котором находилось порошкообразное вещество белого цвета. Изъятый сверток был упакован в прозрачный полимерный пакет, горловину которого перевязали нитью, свободные концы нити опечатали бумажной биркой с оттиском печати «№ Для пакетов». По окончании составлен соответствующий акт, где все присутствующие поставили свои подписи. Далее они проследовали к дому № по &lt;адрес&gt;, где ДД.ММ.ГГГГ период с 22 часов 25 минут до 22 часов 33 минут, в ходе проведения оперативно – розыскного мероприятия «обследование помещений, зданий, сооружений, участков местности...», находясь на участке местности, расположенном в 3-х метрах с торца &lt;адрес&gt; в кустах, сотрудником УНК, в присутствии понятых, был обнаружен и изъят сверток, в котором находилось порошкообразное вещество белого цвета. Изъятый сверток был упакован в прозрачный полимерный пакет, горловину которого перевязали нитью, свободные концы нити опечатали бумажной биркой с -оттиском печати «№ Для пакетов». По окончании бьл составлен соответствующий акт, где все присутствующие поставили свои подписи. Затем, ДД.ММ.ГГГГ в период с 22 часов 53 минут до 23 часов 03 минут, в ходе проведения оперативно - розыскного мероприятия «обследование помещений, зданий, сооружений, участков местности...», находясь на участке местности, под окном, расположенном с торца &lt;адрес&gt;, сотрудником УНК, в присутствии понятых был обнаружен и изъят сверток, в котором находилось порошкообразное вещество белого цвета. Изъятый сверток был упакован в прозрачный полимерный пакет, горловину которого перевязали нитью, свободные концы нити опечатали бумажной биркой с оттиском яати «№ Для пакетов». По окончании был составлен соответствующий акт, где все присутствующие поставили свои подписи. Далее, они проследовали к дому № по &lt;адрес&gt;, где ДД.ММ.ГГГГ в период с 23 часов 07 минут до 23 часов 15 минут, в ходе проведения оперативно – розыскного мероприятия «обследование помещений, зданий, сооружений, участков местности...», находясь на участке местности сзади &lt;адрес&gt; по пер. Вагонному &lt;адрес&gt; в цветочной клумбе выполненной из автомобильной покрышки, сотрудником УНК в присутствии понятых, был обнаружен и изъят сверток, в котором находилось порошкообразное вещество белого цвета. Изъятый сверток был упакован в прозрачный полимерный пакет, горловину которого перевязали нитью, свободные концы нити опечатали бумажной биркой с оттиском печати «№ Для пакетов». По окончании был составлен соответствующий акт, где все присутствующие постатавили свои подписи. Далее они проследовали к дому № &lt;адрес&gt;&lt;адрес&gt;, где ДД.ММ.ГГГГ в период с 23 часов 24 минут до 23 часов 31 минут, в ходе проведения оперативно - розыскного мероприятия «обследование помещений, зданий, сооружений, участков местности...», находясь на участке местности у железобетонного столба, расположенного в 2-х метрах от &lt;адрес&gt;&lt;адрес&gt;&lt;адрес&gt;, сотрудником УНК, в присутствии понятых, был обнаружен и изъят сверток, в котором находилось порошкообразное вещество белого цвета. Изъятый сверток бьл упакован в прозрачный полимерный пакет, горловину которого перевязали нитью, свободные концы нити опечатали бумажной биркой с оттиском печати «№ Для пакетов». По окончании был составлен соответствующий акт, где все присутствующие поставили свои подписи. Далее, они проследовали к дому № по &lt;адрес&gt;&lt;адрес&gt;, где ДД.ММ.ГГГГ в период с 23 часов 33 минут до 23 часов 39 минут, в ходе проведения оперативно - розыскного мероприятия «обследование помещений, зданий, сооружений, участков естности...», находясь на участке местности, расположенном в 3-х метрах от &lt;адрес&gt;&lt;адрес&gt;&lt;адрес&gt;, у металлического забора сотрудником УНК, в присутствии понятых, был обнаружен и изъят сверток, в котором находилось порошкообразное вещество белого цвета. Изъятый сверток был упакован в прозрачный полимерный пакет, горловину которого перевязали нитью, свободные концы нити опечатали бумажной биркой с оттиском печати « № Для пакетов». По окончании был составлен соответствующий акт, где все присутствующие поставили свои подписи. Далее, они проследовали к дому № по &lt;адрес&gt;, где ДД.ММ.ГГГГ в период с 23 часов 42 минут до 23 часов 50 минут, в ходе проведения оперативно - розыскного « мероприятия «обследование помещений, зданий, сооружений, участков местности...», находясь на участке местности, у железобетонного столба, расположенного в 5-ти метрах от &lt;адрес&gt; по &lt;адрес&gt;&lt;адрес&gt;, сотрудником УНК, в присутствии понятых, был обнаружен и изъят сверток. в котором находилось порошкообразное вещество белого цвета. Изъятый сверток был упакован в прозрачный полимерный пакет, горловину которого перевязали нитью, свободные концы нити опечатали бумажной биркой с оттиском печати «№ Для пакетов». По окончании составлен соответствующий акт, где все присутствующие поставили свои подписи. После чего они проследовали к дому № по пер. Вагонному &lt;адрес&gt;, где ДД.ММ.ГГГГ в в период с 23 часов 52 минут до 23 часов 59 минут, в ходе проведения оперативно - розыскного мероприятия «обследование помещений, зданий, сооружений, участков местности...», находясь на участке местности, у металлического забора, расположенного с торца &lt;адрес&gt;&lt;адрес&gt;&lt;адрес&gt;, сотрудником УНК, в присутствии понятых, был наружен и изъят сверток, в котором находилось порошкообразное вещество белого цвета, изъятый сверток был упакован в прозрачный полимерный пакет, горловину которого обвязали нитью, свободные концы нити опечатали бумажной биркой с оттиском печати «№ Для пакетов». По окончании был составлен соответствующий акт, где все присутствующие поставили свои подписи. Также пояснил, что на данный момент уже не помнит точные адреса всех мест, где сотрудниками УНК УМВД России по &lt;адрес&gt; были изъяты свертки, а также точное время изъятия каждого свертка. В ходе допроса следователем ему предъявлены акты обследований участков местности с его участием, которые были составлены ДД.ММ.ГГГГ в момент изъятий свертков из тайников. В каждом акте обследования участка местности он узнает свои подписи. Акты были составлены ДД.ММ.ГГГГ на момент изъятия свертков. (. 4 л.д. 185-190); - показаниями обвиняемого ФИО3, допрошенного в судебном заседании с участием защитника ФИО29 показал, что в 2015 года познакомились в общей компании с ФИО2, между вами сложились приятельские отношения. Какое-то время они не общались, а потом пересеклись. Он подрабатывали водителем такси, Цыбукляк попросил его подвезти на пустырь, там он что-то искал, потом сел в машину и он спросил у ФИО2 чем он занимается. ФИО2 рассказал ему, что работает курьером, платят ему хорошо. Потом он отвез его домой или куда-то еще, точно не помнит. Потом через какое-то время он перезвонил ФИО2, попросил рассказать ему про работу. Пояснил ему, что нужны деньги. Потом ФИО2 ему все объяснил про работу. Сказал при этом, что не нужно ему этим заниматься, но он настоял, потому как у него было тяжелое материальное положение. Рассказал, что как курьер раскладывает так называемую «соль». О том, что это наркотические средства он в полной мере осознал уже в СИЗО. Его трудоустройство произошло следующим образом : ФИО2 написал человеку, сообщил, что его приятель хочет устроиться на работу и дал его контактные данные. Человек ему написал и дальше с ним он и работал в итоге. ДД.ММ.ГГГГ, так получилось в тот день, что они с ФИО2 договорились и пошли вместе,он я не знал о том, делает ли он эти закладки. Он свои закладки делал сам,. фотографировал тоже сам. Он не знал, делает ли он закладку. Перед этим он созванивался с ФИО43.Почему они вместе хотели заказать наркотическое средство уже не помнит, т. к. прошло много времени. После оглашения его показаний в качестве подозреваемого от ДД.ММ.ГГГГ с участием защитника, указал, что он подписал показания не читая своих показаний. Наркотик они забрали вместе, а раскладывали отдельно. После оглашения его показаний в качестве подозреваемого и обвиняемого, подтвердил указанные показания. Он делал закладки сам, ФИО43 делал сам. В телефонных переговорах не было достоверно указанно, о чем они разговаривают, так же не было достоверно указанно о том, что речь идет о закладках. Они с ФИО43 тогда общались тесно и много времени проводили вместе. Клад в районе Киевки он искал один и один его забрал. О том, что у ФИО43 при себе имеется наркотическое средство, не знал. Возможно он предположил,т.к. не знал, откуда у него появились свои наркотики в этот день. Он может пояснить только за те наркотические средства, которые были у него. По поводу оглашенных телефонных переговоров 02-ДД.ММ.ГГГГ пояснил, что они хотели, чтобы было поровну, чтобы не было споров у кого больше денег у кого меньше. - показаниями подозреваемого ФИО3 от ДД.ММ.ГГГГ с участием защитника ФИО29, оглашенными в порядке ст. ч. 1 п. 1 УПК РФ о том, что в ФИО1 он приехал ДД.ММ.ГГГГ. В Калуге он проживал на съемных квартирах. В пользовании имеет телефон пароль &lt;***&gt;, пароль на Telegram 1158. Незаконным оборотом наркотических он начал заниматься примерно 2-2,5 месяца назад, переписка имеется в изъятом у него телефоне в программе Telegram. Изначально он просто ходил с ФИО2, который делал закладки с наркотическим средством, ФИО43 давал ему деньги за то, что он присутствуют, сам он ничего не делал, спустя 1,5-2 недели, они стали делать закладки вместе, он клал закладку, а ФИО43 фотографировал и давал описание. Наркотик ФИО43 доставал через лицо под кликом «David» в программе Telegram. Затем, точное время не помнит «David» по рекомендациям ФИО43 написал ему в Telegram, и он согласился работать самостоятельно. Сбытом они с ФИО43 занимались вместе, каждый из них получал адрес с закладкой (от 20 и более пакетиков) с «СК», «СП», «КР». Денежные средства ему поступали от неизвестного ему лица из расчета 200 рублей (первые 1,5 недели) и 250 рублей в последствии за закладку. Адреса с закладками он начал отправлять лицу под ником «David» самостоятельно. ДД.ММ.ГГГГ он вместе с ФИО43 на его автомобиле Деу Нексия забрал большую закладку (в ней было 80 доз) на 2-м Киевском переулке &lt;адрес&gt; около 14-15 часов, после чего разделили ее пополам получилось по 40 штук и поехали в район &lt;адрес&gt;&lt;адрес&gt;, где начали делать закладки. Первую закладку он сделал на &lt;адрес&gt; возле левого угла дома, 2-ю закладку сделал с левого торца дома, 3-ю на &lt;адрес&gt; возле левого угла дома возле красного гаража, 4-ю на &lt;адрес&gt; напротив угла дома под кустом, 5-ую на &lt;адрес&gt;, в траве, 6-ю на &lt;адрес&gt; справа под кустом, 7-ю на &lt;адрес&gt;, справа под кустом, 8-ю на &lt;адрес&gt;, левый угол дома с торца в траве, 9-ю на &lt;адрес&gt;, напротив заднего левого угла столба, рядом с деревом, под ним, 10-ю на &lt;адрес&gt; напротив правого угла дома в 20 метрах дерево, под деревом в траве, 11-ю на пер. Вагонный, &lt;адрес&gt;, в траве под столбом, 12-ю на &lt;адрес&gt;, если стоять спиной к подъезду идти налево к торцу дома, в траве, 13-ю пер. Вагонный.&lt;адрес&gt;, до забора возле большого камня в траве, 14-ю пер. Вагонный, &lt;адрес&gt;, в траве под столбом на углу дома. Все это время ФИО43 находился рядом с ним, делал закладки. Около 16 часов 40 минут на &lt;адрес&gt;, около &lt;адрес&gt;, они были задержаны сотрудниками полиции. После чего в присутствии понятых был произведен личный досмотр, в результате которого у него изъяли 29 свертков с наркотиком. В ходе досмотра автомобиля Деу Нексия г.н. №, принадлежащего ему, в бардочке сотрудники полиции изъяли сверток с 40 свертками, которые он и ФИО43 должны были сбыть на территории &lt;адрес&gt; тайниковым способом. Большой сверток в количестве 80 штук они заказывали вместе, но на его имя. Данное преступление он совершил ввиду тяжелого материального положения, его мама не работает, является инвалидом, есть младший брат, и он хотел помочь материально. Вину признает полностью, в содеянном раскаивается. ( т. 6, л.д. 32-37); - показаниями обвиняемого ФИО3 от ДД.ММ.ГГГГ в присутствии защитника ФИО29, оглашенными в судебном заседании в порядке ст. ч. 1 п. 1 УПК РФ о том, что ДД.ММ.ГГГГ он заказал в мобильном приложении «Телеграмм» у пользователя David 80 свертков с наркотическим средствами, содержащими в своем составе N-метилэфедрон. ДД.ММ.ГГГГ ему на телефон в программу Телеграмм поступило сообщение от пользователя David, в котром было указано место закладки наркотического средства. Указанные свертки находились по адресу: &lt;адрес&gt;, &lt;адрес&gt; (под шпалой железной дороги), которая находится в 100-150 метрах от &lt;адрес&gt; было найдено по фотографии. После того, как сверток с крупной партией расфасованного наркотика был обнаружен, он и ФИО43, на автомобиле марки «Daewoo Nexia» государственный регистрационный знак №, принадлежащем ФИО3, поехали в &lt;адрес&gt; для раскладки в тайники. Несмотря на то, что он заказал крупную партию наркотика, раскладывали они с ФИО43 свертки с наркотиком вместе, при этом, каждый из них делал самостоятельно закладки и самостоятельно отсылал, каждый со своего телефона, снимки с тайником пользователю David в приложении Телеграмм. Сколько ФИО43 совершил закладок ДД.ММ.ГГГГ он не знает. Сам он сделал в этот день 14 закладок, адреса которых он называл при допросе в качестве подозреваемого. Около 16 часов 40 минут он был задержан сотрудниками полиции, был произведен его личный досмотр, в ходе которого были изъяты 29 свертков с наркотическими средствами. В содеянном раскаивается. Преступление совершил ввиду тяжелого материального положения, нужны были деньги на лечение матери.( т. 6, л.д. 44-47); - показаниями обвиняемого ФИО3 от ДД.ММ.ГГГГ в присутствии защитника ФИО29, оглашенными в порядке ст. ч. 1 п. 1 УПК РФ о том, что который пояснил, что обвинение ему понятно, свою вину признает. С ДД.ММ.ГГГГ постоянно проживает в &lt;адрес&gt;, куда прибыл из &lt;адрес&gt; по программе переселения. С момента приезда постоянно работал- таксовал. С ФИО2 познакомился в ДД.ММ.ГГГГ года в компании общих друзей. После этого, до апреля 2017 года с ним практически не общался и отношения не поддерживал. В апреле-мае 2017 года, точно не помнит, он находился у &lt;адрес&gt;, где случайно встретил ФИО2, который попросил подвезти его по делам. По дороге в разговоре ФИО43 сказал, что едет забирать клад, с чем, не пояснил, но он сам догадался, что клад с наркотиком. ФИО43 сказал, что его работа хорошо оплачивается, затем, прибыв на место ФИО43 забрал клад, после чего они расстались. Примерно через неделю он сам обратился к ФИО43 из-за возникших трудностей с финансами, поскольку его матери необходима была операция в областной больнице, нужны были деньги на съем жилья и содержание младшего брата. К тому же, он взял кредит на покупку автомобиля, чтобы работать в такси. ФИО43 объяснил схему, как связаться с работодателем и по его просьбе ФИО43 передал его контакты для связи работодателю.Через непродолжительное время ему в приложении Телеграмм написало неизвестное лицо под ником David. С этого момента он был принят на работу и стал забирать закладки с расфасованным наркотиком. Сам он никогда не расфасовывал наркотик и не упаковывал, поскольку получал крупные партии уже расфасованного порошка. За работу ему платили из расчета 200-250 рублей за одну совершенную закладку. ДД.ММ.ГГГГ в дневное время они с ФИО2 находилсь в одном из заведений &lt;адрес&gt;, когда каждому из них, одновременно, на телефоны пришли сообщения в приложении «Телеграмм» от пользователя ФИО56 с указанием мест закладок крупных партий расфасованного наркотического средства. Поскольку тайники находились в непосредственной близости друг от друга, они с ФИО43 на автомобиле марки «Daewoo Nexia» государственный регистрационный знак № принадлежащем ФИО3, проследовали в указанном направлении, где в районе Киевки, каждый из них забрал свою закладку с расфасованным наркотиком. Затем они вернулись в автомобиль, где каждый посмотрел содержимое своего свертка, у каждого было примерно по 40 пакетиков, так называемых доз. Дальше они поехали в район Малинников, где на &lt;адрес&gt; оставили свой автомобиль и пешком пошли по укзанному району, где он /ФИО44/ совершил около 10 закладок с наркотическим средством, точные адреса мест закладок уже не помнит, но момент задержания, они указаны в объяснении. Что в этот момент делал ФИО43, он /ФИО44/ не знает. Сам он закладкисовершал в произвольно выбранных местах, ни с кем не согласовывая. Совершав каждую закладку он фотографировал ее на камеру своего телефона, но в этот день не успел отправить снимки с описанием в приложении «Телеграмм» пользователю ФИО57 После того, как совершил около 10 закладок, был задержан сотрудниками полиции, сопротивления не оказывал и добровольно указал все совершенные им закладки. Оставшиеся свертки с наркотическим средством были изъяты у него при личном досмотре. Изъятый в его автомобиле наркотик принадлежит ему. В ходе допроса обвиняемому ФИО3 предъявлен диск с видеозаписью ОРМ «наблюдение», проводимого ДД.ММ.ГГГГ в отношении ФИО2 и ФИО3 Диск извлекался из конверта, вставлялся в дисковод компьютера и воспроизводился. По окончании просмотра ФИО3 пояснил, что на диске с видеозаписью ОРМ «наблюдение» он узнает себя и ФИО2 в момент встречи. Возможно это было ДД.ММ.ГГГГ, но сейчас точно сказать не может. Место, где проходила встреча на видеозаписи не узнает. Вину свою признает, в содеянном раскаивается, преступления совершил ввиду тяжелого материального положения. ( т. 6, л.д. 171-174); - показаниями подозреваемого ФИО2 от ДД.ММ.ГГГГ, данными в присутствии защитника ФИО30, оглашенными в судебном заседании в порядке ст. ч. 1 п. 1 УПК РФ о том, что читать и писать по-русски умеет, значение слов понимает, в услугах переводчика не нуждается. Наркотики никогда не потреблял, зависимости от наркотических средств не испытывает. В Калуге имеет регистрацию по адресу: &lt;адрес&gt;. Последние два месяца снимает квартиру вместе со своей сожительницей по адресу: &lt;адрес&gt;. До задержания неофициально работал продавцом-консультантом в магазине обуви «Франческо Донни» на &lt;адрес&gt;. В январе 2017 года на его страницу в социальной сети «В Контакте» пришло сообщение от неизвестного ему лица с предложением о работе курьера с заработной платой 30 000 рублей в неделю, для чего необходимо было списаться в приложении «Телеграмм» с ником «Vesna». Он списался с ним, тот попросил прислать ему видео с его паспортными данными и сказал, что надо будет делать закладки с курительными смесями на территории &lt;адрес&gt; и отправлять ему адреса закладок с фотоснимками в приложении. После чего он прошел так называемое обучение, то есть по указанию этого человека, он отправил ему пять мест с адресами и фотоснимками в приложении, где не было наркотика. Затем, лицо, с которым он списывался перевел его на оператора под ником «David» в мобильном приложении «Телеграмм», и он стал ждать дальнейших указаний. Спустя примерно неделю David прислал сообщение с местом закладок так называемых курительных смесей на территории &lt;адрес&gt;, которые он должен был забрать и разложить на улицах города в тайники-закладки. Он забирал закладки в разных местах на территории &lt;адрес&gt;: на Киевке, на &lt;адрес&gt; представляли собой полимерный пакет, перемотанный лентой скотч, внутри находились уже расфасованные дозы белого порошка. Количество пакетиков в каждой закладке было разным. После того, как он забирал закладку с крупной партией расфасованное порошка, в этот же день раскладывал ее маленькие дозы на территории &lt;адрес&gt;. Места выбирал сам произвольно. После того, как совершал закладки, тут же отправлял в приложении «Телеграмм» David описание места закладки с её фотоснимком. За одну совершенную закладку сначала ему платили 200 рублей, после отработанных двух недель стали платить 250 рублей за одну совершенную закладку. Деньги приходили ему на карту «Сбербанк», оформленную на его имя еще до того, как ему предложили работу. В день он делал примерно по 40 закладок, деньга за работу ему переводили каждый четверг общей суммой. У него есть знакомый ФИО3, который в марте 2017 года обратился к нему с просьбой помочь трудоустроиться, поскольку у него были проблемы с финансами, а с его слов ФИО44 приблизительно знал чем он занимается. Он /ФИО43/ списался в приложении «Телеграмм» с ником David и предложил кандидатуру ФИО8 в качестве закладчика. Через неделю ФИО59 дал свое согласие. После чего ему позвонил ФИО44 и сказал, что неизвестное лицо списалось с ним в приложении «Телеграмм» и предложило работу закладчиком смесей, он согласился, и его приняли на работу закладчиком. Его и ФИО8 общение с лицом, которое предложило работу и с которым они взаимодействовали, происходило исключительно в приложении «Телеграмм», никогда с ним не созванивались и не разговаривали, только списывались.. С ФИО44 вместе ездили забирать на территории &lt;адрес&gt; крупные партии с расфасованным порошком, после чего совершали тайники-закладки на территории &lt;адрес&gt;. Сам он наркотик никогда не расфасовывал. ДД.ММ.ГГГГ около 16 часов 00 минут он вместе с ФИО44 на его автомобиле марки Дэу Нексиа забрали крупную партию расфасованного порошка в районе Киевки, в котором находилось 80 пакетиков. Они эту партию разделили пополам по 40 штук каждому и проехали в район Малинников &lt;адрес&gt;, где приехали на &lt;адрес&gt;, вышли из автомобиля и стали делать закладки. Он сделал закладки на &lt;адрес&gt; и &lt;адрес&gt;&lt;адрес&gt;. Все это время ФИО44 шел рядом и делал такие же закладки, они их фотографировали и снимки с описанием отправляли нику ФИО58 приложении Телеграмм. Около 16 часов 40 минут на &lt;адрес&gt; они с ФИО44 были задержаны ( т. 5, л.д. 81-87);. - показаниями обвиняемого ФИО2 от ДД.ММ.ГГГГ в присутствии защитника ФИО30, оглашенными в порядке ст. ч. 1 п. 1 УПК РФ о том, что свою вину в совершении преступления, предусмотренного ч. 3 ст. , п. г ч. 4 ст. . 1 УК РФ признает Показания данные им в качестве подозреваемого подтверждает, Добавить ничего не желает. Давать показания отказался, пожелав воспользоваться правом, предусмотренным ст. 51 Конституции РФ. ( т. 5, л.д. 92-95); - показаниями обвиняемого ФИО2 от ДД.ММ.ГГГГ в присутствии защитника ФИО15, оглашенными в порядке ст. ч. 1 п. 1 УПК РФ о том, что на территорию РФ из Молдовы первый раз прибыл около 4-х лет назад, тогда же прибыл в Калугу. В течение двух лет с момента приезда периодически покидал пределы области и возвращался. Это было связано с получением вида на жительство. Последний раз прибыл на территорию &lt;адрес&gt; 1,5 -2 года назад и пределы ее больше не покидал. На территории &lt;адрес&gt; проживал по адресу: &lt;адрес&gt; вместе с ФИО60, которая приходится ему сожительницей и ФИО61, их общей знакомой. Последние два года неофициально работал в магазине «Франческо Донни» на &lt;адрес&gt; и имел постоянный заработок, в деньгах не нуждался. В апреле 2017 года в сети «В Контакте» ему пришло сообщение от неизвестного лица с предложением работы курьером с заработной платой в 50 000 рублей в неделю. Он согласился, не подозревая, на тот момент, что деятельность курьера связана с незаконным оборотом наркотических средств. По указанию неустановленного лица в его обязанности входило забирать клад на территории &lt;адрес&gt;, после чего частями раскладывать его в произвольно выбранных местах на территории &lt;адрес&gt;, совершив закладку, фотографировать место и снимок отправлять в приложении «Телеграмм» нику ФИО63». Лично он на территории &lt;адрес&gt; по указанию оператора около 10 раз забирал клады с крупными партиями расфасованного порошка, который состоял из свертков, обмотанных изолентой с порошком внутри. Что было в свертках, ему неизвестно, поскольку сам он никогда их не разворачивал. Впоследствии стал догадываться, что скорее всего, в данных свертках находятся наркотические средства. В день получения клада он раскладывал все находившиеся в нем свертки, себе ничего не оставлял. Зарплату он получал еженедельно, сумма полученных им денежных средств зависела от количества совершенных закладок. По месту проживания свертки, полученные из клада, никогда не хранил и сам никогда, ничего не расфасовывал. С ФИО3 он познакомился около 1, 5 лет назад на территории &lt;адрес&gt; в компании общих знакомых. Работает ли тот официально, ему неизвестно, но, знает точно, что ФИО44 занимается частным извозом. В конце апреля- начале мая 2017 года, точную дату не помнит, он в очередной раз направился забирать клад и на переулке Пестеля встретил случайно ФИО44, который находился возле принадлежащего ему автомобиля марки «Деу Нексия». Он попросил ФИО44 подвезти его. ФИО44 довез его до адреса, который он указал, он /ФИО43/ вышел из автомобиля и один проследовал к месту, где забрал из тайника клад. ФИО44 в это время находился в автомобиле. Забрав клад из тайника он вернулся к ФИО44 в автомобиль и они поехали. По дороге ФИО44 поинтересовался, зачем он приезжал на пустырь, он ответил, не вдаваясь в подробности, что работает курьером, совершает закладки со свертками, за что получает около 50 000 рублей в неделю, что находится в свертках он ФИО44 не говорил, а тот и не спрашивал. ФИО44 спросил, где он нашел такую работу. Он рассказал схему и способ поиска в приложении «В Контакте». В этот момент он еще не знал, что раскладывает наркотики. На следующий день ФИО44 позвонил ему и попросил встретиться. При встрече он более тщательно расспросил его о работе. Он рассказал и они расстались. Через несколько дней ФИО44 сообщил, что его приняли на такую же работу. ДД.ММ.ГГГГ, в тот момент они с ФИО44 находились вместе, каждому на телефон в приложении «Телеграмм» пришли сообщения от оператора с указаниями мест нахождений кладов-тайников его и ФИО44. Поскольку клады находись по описанию вблизи друг от друга – в районе &lt;адрес&gt;, точное место не помнит, они с ФИО44 на его автомобиле марки «Дэу Нексия» проследовали по указанному в приложении адресу. После получения кладов из тайников они с ФИО44 на его автомобиле проехали в район Малинников &lt;адрес&gt;, где каждый из них, произвольно выбирая места, совершали закладки со свертками, каждый из своего клада. Лично он совершил в районе Малинников ДД.ММ.ГГГГ не более 10 закладок, оставшиеся свертки в количестве 28 штук хранились у него в карманах его одежды, которые впоследствии были изъяты у него при личном досмотре. В каких именно местах совершал закладки ФИО44, он не видел. Никакого предварительного сговора у них с ФИО44 ДД.ММ.ГГГГ о совершении закладок не было. Каждый из них в этот день совершал закладки только из своего клада, никакой помощи друг другу они не оказывали. В момент задержания у него был изъят мобильный телефон, доступ к содержимому которого осуществляется только с помощью отпечатка его пальца. В целях содействия сотрудниками полиции он открыл доступ к содержимому телефона и в приложении «В Контакте» показал фотоснимки с местами совершенных им закладок. ДД.ММ.ГГГГ он сфотографировал места совершенных им закладок, но оператору не успел отправить. Кому принадлежат наркотики, изъятые в автомобиле, точно сейчас не помнит. ( т. 5, л.д. 102-107); - показаниями обвиняемого ФИО2 от ДД.ММ.ГГГГ, в присутствии защитника ФИО15, оглашенными в порядке ст. ч. 1 п. 1 УПК РФ о том, что свою вину в совершении преступлений, предусмотренных п. «а» ч. 4 ст. 228.1 , п. «а» ч. 4 ст. 228.1 , п. «а» ч. 4 ст. 228.1 , п. «а» ч. 4 ст. 228.1 , п. «а» ч. 4 ст. 228.1 , п. «а» ч. 4 ст. 228.1 , п. «а» ч. 4 ст. 228.1 , п. «а» ч. 4 ст. 228.1 , п. «а» ч. 4 ст. 228.1 , п. «а» ч. 4 ст. 228.1 , п. «а» ч. 4 ст. 228.1 , п. «а» ч. 4 ст. 228.1 , п. «а» ч. 4 ст. 228.1 , п. «а» ч. 4 ст. 228.1 , п. «а» ч. 4 ст. 228.1 , п. «а» ч. 4 ст. 228.1 , п. «а» ч. 4 ст. 228.1 , п. «а» ч. 4 ст. 228.1 , п. «а» ч. 4 ст. 228.1 , п. «а» ч. 4 ст. 228.1 , ч. 3 ст. , п. «а, г» ч. 4 ст. 228.1 УК РФ признает. Ранее данные показания подтверждает. Хочет сообщить, что ДД.ММ.ГГГГ он совместно с ФИО3 поехали по адресу, точное место не помнит, где каждый из них забрал клад, предназначенный для последующего сбыта с расфасованными наркотическими средствами. В каждом кладе, его /ФИО43/, в том числе, было 40 свертков. Сколько свертков было в кладе ФИО44, не знает. Затем, в это же день они с ФИО44 поехали в мкр. Малинники &lt;адрес&gt;, где он решил разложить все находившиеся в его кладе пакеты в тайники. Когда он совершал закладки со свертками, за действиями ФИО44 не следил. Всего он совершил в этот день около 10 закладок со свертками с порошкообразным веществом и хотел продолжить раскладывать дальше, но был задержан сотрудниками полиции. Оставшаяся часть расфасованного наркотика была изъята у него при личном досмотре. Кому принадлежат наркотики, изъятые в автомобиле ФИО44, ему неизвестно. ДД.ММ.ГГГГ снимки с описанием совершенных им закладок он никому не отправлял. Вполне возможно, что во время совершения закладок, он с кем-то общался в Интернете. Сразу после задержания он добровольно открыл доступ к содержимому своего телефона сотрудникам полиции. ( т. 5, л.д. 231-233); Согласно заключения комиссии экспертов № от ДД.ММ.ГГГГ года, года ФИО2 хроническим психическим расстройством, слабоумием, либо иным болезненным состоянием психики, в том числе наркоманией не страдал и не страдает при совершении правонарушений, в которых его обвиняют и подозревают, и по своему психическому состоянию мог в полной мере осознавать фактический характер и общественную опасность своих действий и руководить ими при совершении деяний, в которых он обвиняется и подозревается. Во время содеянного, подэкспертный в каком-либо временном болезненном психическом расстройстве не находился, о чем свидетельствуют целенаправленность и последовательность его действий при отсутствии бреда, галлюцинаций, симптомов расстроенного сознания и иных психопатических расстройств. В настоящее время, подэкспертный также может осознавать фактический характер своих действий и руководить ими, участвовать в судебно-следственном делопроизводстве, самостоятельно осуществлять процессуальные действия, направленные на защиту своих интересов. Психическое состояние подеэкспертного не связано с возможностью причинения им иного существенного вреда, либо с опасностью для себя или других лиц. В применении принудительных мер медицинского характера, предусмотренных ст. ст. - 104 УК РФ ФИО2 не нуждается. Признаков психического расстройства в связи с употреблением наркотических веществ у подэкспертного нет. Единичное потребление подэкспертным наркотических средств группы каннабиоидов не свидетельствует о наличии у него синдрома зависимости от наркотиков и, поэтому, в применении ст. 72.1 УК РФ , предусатриваемой лечение от наркомании, ФИО2 также не нуждается ( т. 4 л.д. 94-100) Указанное заключение экспертов является обоснованным и мотивированным, сомнений у суда не вызывает и в отношении содеянного ФИО2 надлежит считать вменяемым. Допрошенная по личности по ходатайству защиты свидетель ФИО31. показала, что ФИО2 её племянник. Она его воспитывала, нянчила. В Молдавии они жили недалеко. Потом по программе переселения в 2012 году она с семьей переехала в Россию, купили квартиру. Она стала «подтягивать» сюда семью ФИО2 В 2013-2014 годах семья ФИО2 приехала сюда. ФИО2 сразу устроился работать в клиринговую компанию, подрабатывал в автомойке, расположенной на &lt;адрес&gt;. ФИО2 не закончил учебу в школе, так как помогал маме. У него еще есть младший брат. Учась в школе, ФИО2 подрабатывал, приносил деньги в дом. ФИО2 хотел финансово помочь маме. В 2015 году у его мамы была операция, которую сделали в железнодорожной больнице &lt;адрес&gt;. Было 95% того, что она не выживет, так как была язва желудка. В настоящее время мать ФИО2 является гражданкой России. И ФИО2 стоит в списке получения гражданства. Он помогал маме, оплачивал ей квартиру, выполнял тяжелую работу, покупал каждую неделю матери еду, помогал младшему брату. Они устроили его к ней на работу в магазин «Франческо Донни» продавцом обуви. В начале 2017 года уволился. Сказал, что нашел другую работу, на Правом берегу &lt;адрес&gt;, в кафе-ресторане, куда устроился работать официально. На его новой работе она не была, т. к. ФИО2 противился этому. По какой причине ФИО43 стал заниматься бизнесом, связаннм с наркотиками, не знает. Может быть, из-за легкой добычи денег. После оглашения её показаний на предварительном следствии, подтвердила их правильность в полном объёме Указала, что 2-3 раза видела ФИО3: 1 раз он приходил к ним в магазин к ФИО2, 1 раз – вечером он пришел к её сестре. До июня 2017 года ФИО2 приходил к ней, кушал у неё, и она ему давала деньги на сигареты. Затем он стал жить с ФИО42, она его оберегала, покупала ему сигареты. ФИО2 говорил, что у него хорошие чаевые. Он купил старый скутер за 10 000 рублей, катал их на работе. Она не замечала, что у них много денег. - показаниями свидетеля ФИО31 от ДД.ММ.ГГГГ, данные в ходе предварительного следствия и оглашенными в порядке ст. ч. 3 УПК РФ (т.7 л.д.1-3) о том, что ФИО2 приходится ей племянником. До 2012 года она проживала в Модове с семьей, затем они переехали в &lt;адрес&gt; на постоянное место жительства по программе переселения. В 2013-2014 году, к ним переехал ФИО2 с матерью Ниной-её сестрой и младшим братом. Все они жили в её квартире на &lt;адрес&gt; время ФИО2 устроился работать в клининговую компанию, еще подрабатывал на автомойке на &lt;адрес&gt;, несколько раз он покидал пределы РФ, возвращался в Молдавию, это было связано с миграционными вопросами для получения необходимых документов Мать ФИО2 с момента переезда в Калугу работала в ТРЦ « Московский» уборщицей. В феврале 2015 года матери ФИО43 была сделана сложная операция на брюшной полости, диагноз язва желудка, ей удалили часть желудка и кишки. В конце 2015 года они сняли квартиру на &lt;адрес&gt;. Для оформления документов на гражданство ФИО64 мать ФИО2 устроилась работать уборщицей в « Алекс Парк». В это время она устроила ФИО2 работать в магазин обуви « Франческо Донни» продавцом-консультантом, где работала сама. Нареканий со стороны руководства к к его работе не было. Работал он с графиком два через два, выходил на работу, если надо было подменить кого-то, работу свою выполнял исправно и продолжал подрабатывать на других работах. На ФИО7 они прожили около полугода, затем, когда денег на аренду жилья перестало хватать, они съехали в дом напротив её дома на Баррикад, точного адреса не помнит. В период работы в магазине ФИО2 познакомился с ФИО9, у них завязались романтические отношения, сняли квартиру на &lt;адрес&gt; и стали жить вместе. ФИО10 состояла в отношениях с ФИО3, так они познакомились в общей компании. До того, как ФИО2 стал жить с ФИО66, они с ФИО44 некоторое время снимали на двоих квартиру на Калуга-1, поскольку к тому моменту уже были знакомы, ФИО44 занимался частным извозом. До того, как ФИО2 стал жить с ФИО65 он часто занимал мелкие суммы денег до 1000 рублей, всегда отдавал после зарплаты. Когда начал жить с ФИО9, деньги занимать перестал. Матери своей он постоянно помогал финансово и привозил сумки с продуктами после каждой зарплаты. В начале 2017 года ФИО2 сказал, что удачно устроился на работу офиц3иантом на Правом берегу в кафе, название не говорил. Она обещала приехать к нему, посмотреть, он не отказывал, говорил только, что надо заранее предупредить. Особого достатка в последнее время она у него не замечала, крупных покупок он не совершал, одевался по-прежнему. О том. что ФИО2 задержан по подозрению в сбыте и хранении наркотиков ей стало известно ДД.ММ.ГГГГ. Для неё и её семьи это было полной неожиданностью Никаких предпосылок к этому не было, поскольку с момента приезда в Калугу в 2013 году и до момента задержания его жизненный уклад и его поведение никак не менялось. ФИО2 она знает с рождения, он рос ответственным и добрым человеком. Жажды большой наживы и стремления заработать еще больше денег, она за ним не замечала. Принимая решение по делу, суд исходит из того, что в контексте ст. 228.1 УК РФ под сбытом понимаются любые способы распространения наркотических средств- продажа, дарение, обмен, дача взаймы и т.п. В результате этих действий другое лицо становиться обладателем наркотических средств или веществ. Форма передачи наркотика в фактическое обладание другого лица не влияет на правовую квалификацию содеянного, точно также как и то, была ли эта передача возмездной или безвозмездной. То есть под сбытом наркотических средств понимаются любые способы их возмездной или безвозмездной передачи лицу, которому они не принадлежат. В соответствии с ч. 3 ст. 35 УК РФ преступление признается совершенным организованной группой, если оно совершено устойчивой группой лиц, заранее объединившихся для совершения одного или нескольких преступлений. Доводы защиты о непричастности ФИО2 к деятельности ФИО3 по незаконному сбыту наркотиков в составе организованной группы, суд отвергает, как недостоверные, которые полностью опровергаются вышеизложенными доказательствами- показаниями свидетелей Свидетель №3, Свидетель №5, Свидетель №4, Свидетель №6 Свидетель №7, обвиняемого ФИО3, а также показаниями самого ФИО2 в качестве подозреваемого, письменными материалами дела, исследованными в суде, результатами оперативно-розыскных мероприятий. Вышеуказанные доказательства виновности подсудимого в совершении преступлений согласуются между собой, не содержат противоречий, позволяющих усомниться в виновности подсудимого в совершении вышеуказанных преступлений. На момент совершения преступлений трудовой деятельностью, приносящей легальный доход, ФИО2 не занимался, поэтому работа по закладке наркотиков в &lt;адрес&gt; носила характер своего рода преступного промысла и являлась источником его дохода. Незаконные операции с наркотическими средствами ФИО2 совместно с неустановленными лицами совершал без вмешательства сотрудников правоохранительных органов и ранее в 2017 году вплоть до ДД.ММ.ГГГГ, что следует из показаний ФИО2 на предварительном следствии, что объективно следует из исследованных судом детализаций телефонных переговоров, движения денежных средств по банковской карте ФИО43, а также протокола осмотра его сотового телефона. Это позволяет сделать вывод, что умысел подсудимого был направлен на распространение, т.е. сбыт наркотиков и сформировался независимо от деятельности сотрудников полиции. В судебном заседании установлено, что в ходе незаконной деятельности по распространению наркотических средств имело место определенное распределение ролей между соучастниками ФИО43, ФИО44 и другими лицами, их действия носили согласованный характер, между ними существовала постоянная связь, имели место специфические методы деятельности по подготовке и совершению преступных деяний, преступная деятельность осуществлялась на протяжении длительного времени. Сложные групповые действия ФИО2, ФИО3 и других неустановленных лиц при сбыте наркотических средств неопределенному кругу потребителей наркотиков, использование мер конспирации, исключение непосредственного контакта между членами организованной группы, использование технических средств и глобальной сети « Интернет», в частности приложения «Телеграмм» при совершении преступлений, профессионализм и устойчивость свидетельствуют о совершении преступлений в составе организованной группы. Вопреки доводов защиты, из переписки, установленной при осмотре сотовых телефонов ФИО2 и ФИО3 следует, что они использовали специфические приложения для ориентирования на местности, при переписке с «Давидом» указывали специфические соеращения 0,5 ск, понятные только указанным лицам. Показания подсудимого ФИО2 на предварительном следствии в качестве подозреваемого, а также показания допрошенных и оглашенных свидетелей суд находит правдивыми и достоверными, поскольку они логичны, носят подробный последовательный характер, дополняют друг друга и не содержат противоречий относительно существенных для квалификации действий подсудимого обстоятельств, согласуются между собой и с другими письменными доказательствами, исследованными в судебном заседании, а также с учтановленными судом фактическими обстоятельствами дела. Судебные экспертизы по уголовному делу проведены квалифицированными экспертами, обладающими достаточным опытом работы и стажем экспертной деятельности, поэтому сомнений выводы экспертов у суда не вызывают, в связи с чем суд признает их достоверными. Наркотическое средство - «N-метилэфедрон» и его производные, за исключением производных, включенных в качестве самостоятельных позиций в перечень, включен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ДД.ММ.ГГГГ №, и отнесен к наркотическим средствам,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1 перечня, раздел "Наркотические средства"). Согласно списку 1 вышеуказанного Перечня, в него включены «все смеси, в состав которых входят наркотические средства и психотропные вещества данного списка, независимо от их количества». Согласно Постановления Правительства РФ от ДД.ММ.ГГГГ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масса наркотического средства – смеси, содержащей в своём составе химическое вещество: 1-фенил-2-пирролидин-1-илпентан-1-он, которое является производным наркотического средства: N-метилэфедрон, массой свыше 0,2 грамма, является значительным размером, массой свыше 1 г до 200 г является крупным размером. Вид и размеры наркотических средств, в отношении которых осуществлялись незаконные операции, достоверно установлены в результате проведения химических исследований и экспертиз, с учетом количества вещества, израсходованного на проведение исследований. Оснований ставить под сомнение психическую полноценность ФИО2 не имеется и суд признает его вменяемым по отношению к содеянному. Согласно заключению судебной амбулаторной психиатрической экспертизы ФИО2 психическим расстройством не страдал и не страдает, не обнаруживает он и признаков какого-либо временного психического расстройства, которые могли бы указывать на то, что, несмотря на достижение биологического возраста совершеннолетия, он по своему психическому развитию не достиг этого возраста. Эти данные, таким образом, не свидетельствуют о наличии оснований для применения в отношении ФИО2 положений ст. 96 УК РФ . Не дают оснований для применения этой нормы закона и характер совершенных ФИО2 преступлений, а также фактические обстоятельства их совершения, свидетельствующие о полном осознании осужденным характера и последствий своих действий, а также образ жизни подсудимого ФИО2, на момент совершения преступлений, имеющего сожительницу. Доводы защиты о том, что действия его подзащитного должны квалифицироваться одним эпизодом, так как данное преступление является продолжаемым, а также считающего излишне вмененным ФИО2 по эпизодам преступной деятельности ФИО3, а также эпизод покушения на сбыт наркотических средств, обнаруженных в автомобиле ФИО3, так как из переписки ФИО3 с оператором следует, что ДД.ММ.ГГГГ именно ему оператор передал тайниковым способом 80 пакетов с наркотическим средством. Об отсутствии совместной деятельности наркотических средств между ФИО3 и ФИО2, по мнению защитника, свидетельствует тот факт, что денежные средства за сбыт наркотического средства перечислялись ФИО3 и ФИО2 на банковские карты раздельно. Также защитник указывает, что не установлено, отправил ли ФИО2 ДД.ММ.ГГГГ со своего телефона в приложении «Телеграмм» неустановленному лицу фотоснимки мест совершенных им закладок с наркотиком. Однако доводы защиты суд находит не состоятельными по следующим основаниям. Последовательность совершенных виновным юридически однородных действий, направленных на один и тот же объект и охватываемыъ единым умыслом виновного, может образовывать продолжаемое преступление. В отличие от длящегося преступления, исполнение продолжаемого преступления является дискретным: отдельные преступные деяния в таком преступлении совершаются не непрерывно, а периодически с небольгшими интервалами. Продолжаемое преступление является оконченным, с момента совершения последнего из задуманных обвиняемым действий. Поскольку ст. 228.1 УК РФ в качестве квалифицирующего признака не допускает множественность совершения, по каждому факту сбыта возбуждается уголовное дело. В соответствии с Постановлением Пленума Верховного суда Российской Федерации от ДД.ММ.ГГГГ № ( в редакции от ДД.ММ.ГГГГ №) под незаконным сбытом наркотических средств, психотропных веществ или их аналогов, растений, содержащих наркотические вещества, либо их частей содержащих наркотические средства или психотропные вещества, следует понимать незаконную деятельность лица, направленную на их возмездную либо безвозмездную реализацию( продажа, дарение, обмен, уплата долга, дача взаймы и т.д. ) другому лицу( приобретателю). При этом сама передача лицом реализуемых средств, веществ, растений приобретателю может быть осуществлена любыми способами, в том числе непосредственно, путем сообщения о месте их хранения приобретателю, проведения закладки в обусловленном с ним месте. Обвинение ФИО2 предъявлено по количеству совершенных им закладок- сбытов наркотического средства. При этом из показаний как самого подсудимого ФИО32 и на предварительном следствии и в судебном заседании следует, что он действуя в составе организованной группы с ФИО3 и неустановленными лицами, в отношении которых уголовное дело выделено в отдельное производство, имели умысел на систематический сбыт наркотического средства тайниковым способом неустановленному кругу лиц, что нашло подтверждение в судебном заседании, а также показаниями ФИО2 от ДД.ММ.ГГГГ в качестве подозреваемого, из которых следует, что общение с неустановленным лицом его и ФИО3 происходило исключительно путем списывания в приложении «Телеграмм» установленному у каждого из них в мобильном телефоне. Вместе с ФИО3 они ездили забирать из тайников на территории &lt;адрес&gt; крупные партии наркотических средств. ДД.ММ.ГГГГ они вместе с ФИО3 в районе &lt;адрес&gt;а &lt;адрес&gt; забрали из закладки крупную партию наркотического средства, в которой находилось 80 свертков с наркотиком. Эту партию расфасованного наркотического средства они поделили между собой пополам по 40 свертков каждому, после чего в этот же день ДД.ММ.ГГГГ7 года частично разложили свертки в районе Малинников &lt;адрес&gt;. Как следует из показаний оперативных работников Свидетель №3, Свидетель №6, Свидетель №4, все время пока ФИО2 совершал закладки с наркотическими средствами, ФИО3 находился рядом и также совершал тайники- закладки со своими свертками. Действия их были согласованными, они страховали друг друга. Снимки с местами совершения закладок ФИО2 и ФИО3 делали на свои мобильные телефоны и с подробным описанием отправляли их в приложении « Телеграмм» неустановленному лицу под именем David. Изучив в ходе судебного следствия переписку в приложении « Телеграмм», установленному в мобильном телефоне ФИО2 следует, что 03. 07. 2017 года в период с 16.00 по 16.40 ФИО2 отправил контакту « а david_ kraken » фотоснимки совершенных им закладок с наркотическими средствами с подробным описанием, о чем свидетельствуют иллюстрационные таблицы, прилагаемые к протоколу осмотра телефона, изъятого у ФИО2 Несмотря на то, что часть закладок ДД.ММ.ГГГГ совершил ФИО3, действия ФИО2 и ФИО3 были согласованными, поскольку из протокола осмотра телефонных переговоров ФИО2 следует, что они совместно заказывали наркотические средства у неустановленного лица и совместно их незаконно сбывали на территории &lt;адрес&gt;, а неустановленному лицу это было известно и он сомневался, смогут ли ФИО2 и ФИО3 разложить 80 пакетов за один день. Тот факт, что их действия были совместными, также подтверждается справкой о проведении оперативно-розыскного мероприятия «наблюдение» за ДД.ММ.ГГГГ и детализацией с позиционированием телефонных переговорв ФИО43 и ФИО3, подтверждающих их нахождение в одном месте. Дальнейшее изменение показаний подсудимым ФИО43 суд находит не состоятельными, поскольку из телефонных переговоров следует, что ДД.ММ.ГГГГ он не заказывал наркотического средства, а как пояснял сам подсудимый, он все что получал от неустановленного лица, старался разложить за один день, ничего себе не оставлял. Органами предварительного следствия ФИО2 предъявлено обвинение с 1 по 20 эпизод включительно в совершении в составе организованной группы незаконного сбыта наркотических средств, т. е. преступлений, предусмотренных п. «а» ч. 4 ст. 228.1 Уголовного кодекса Российской Федерации. Вместе с тем, судом установлено, что ФИО2, действуя в составе организованной преступной группы, с целью сбыта наркотического средства, разместил в тайниках наркотические вещества, о местах которых было сообщено оператору, который в свою очередь должен был сообщить сведения о данных местах потенциальным потребителям после получения после получения оплаты за наркотические средства. Однако по незавиящим от ФИО2 и оператора обстоятельствам, их преступный умысел, направленный на сбыт наркотических средств, не был доведен до конца, так как ФИО2 и ФИО3 были задержаны, а тайники обнаружены и их содержимое изъято сотрудниками полиции. При таких обстоятельствах суд квалифицирует действия подсудимого ФИО2 с 1 по 20 эпизод включительно по каждому эпизоду по ст. ч. 3 ст. . ч. 4 п. «а» Уголовного кодекса Российской Федерации, как покушение на преступление, то есть умышленные действия лица, непосредственно направленные на совершение незаконного сбыта наркотических средств, совершенного организованной группой, в значительном размере, если при этом преступление не было доведено до конца по не зависящим от этого лица обстоятельствам. Суд квалифицирует действия подсудимого ФИО2 по 21 эпизоду по ст. ч. 3 ст. 228.1 ч. 4 п. «а, г» Уголовного кодекса Российской Федерации как покушение на преступление, то есть умышленные действия лица, непосредственно направленные на совершение незаконного сбыта наркотических средств, совершенного организованной группой, в крупном размере, если при этом преступление не было доведено до конца по не зависящим от этого лица обстоятельствам. При назначении вида и размера наказания подсудимому ФИО2, суд учитывает характер и степень общественной опасности совершенных преступлений, данные о личности виновного, а также обстоятельства, смягчающие наказание, влияние назначенного наказания на его исправление и условия жизни его семьи. Суд учитывает также вид и размер наркотических средств, в отношении которых подсудимый проводил незаконные операции. ФИО2 ранее не судим, совершил двадцать одно особо тяжкое преступление, вину признал, активно способствовал раскрытию и расследованию преступлений ( предоставил пароль от телефона и «Телеграмм», написал явку с повинной и дал объяснения до возбуждения уголовного дела ( т. 1, л.д. 170, т. 5, л.д. 253), является иностранным гражданином, по месту содержания под стражей характеризуется удовлетворительно ( т. 5 л.д. 248), по месту жительства удовлетворительно ( т. 5, л.д. 250) на учете у врачей нарколога и психиатра не состоит ( т. 5 л.д. 246, 249 ), его мать страдает хроническим заболеванием и в семье тяжелое материальное положение, и с учетом проведенной судебной психиатрической экспертизы в отношении содеянного суд признает его вменяемым. Обстоятельством, смягчающим наказание ФИО2 в соответствии с п. «и» ст. 61 УК РФ являются явка с повинной, активное способствование раскрытию и расследованию преступлений., молодой возраст, условия жизни его семьи и болезнь матери. Обстоятельств, отягчающих наказание подсудимого ФИО2 в соответствии со ст. 63 УК РФ , не имеется., в связи с чем суд назначает наказание ФИО2 в соответствие с ч. 1 ст. 62 УК РФ . Также суд назначает подсудимому ФИО2 наказание по всем эпизодам преступной деятельности в соответствии с ч. 3 ст. 66 УК РФ . Учитывая вышеуказанные смягчающие наказание обстоятельства, материальное положение подсудимого и его семьи, суд не назначает подсудимому ФИО2 дополнительное наказание, предусмотренное ч. 4 ст. 228.1 УК РФ . Учитывая особую тяжесть и социальную опасность незаконного сбыта наркотических средств, вышеуказанные сведения о личности подсудимого ФИО2, суд считает, что предусмотренные ч. 2 ст. 43 УК РФ цели наказания- исправление подсудимого, предупреждение совершения новых преступлений, возможно достичь лишь в условиях изоляции от общества. Окончательное наказание подсудимому ФИО2 подлежит назначению по правилам ст. ч. 2 УК РФ по совокупности преступлений путем поглощения менее строгого наказания более строгим. Применение к подсудимому условного наказания в соответствии со ст. 73 УК РФ , невозможно. Исключительных обстоятельств для назначения наказания в соответствии со ст. 64 УК РФ , суд не усматривает. В соответствити с п. «в» ч. 1 ст. 58 УК РФ наказание ФИО2 надлежит отбывать в исправительной колонии строгого режима. Оснований для изменения категории преступления на менее тяжкую, предусмотренных ч. 6 ст. 15 УК РФ с учетом большого количества совершенных преступлений, не имеется До вступления приговора в законную силу избранная в отношении ФИО2 мера пресечения в виде заключения под стражу, отмене или изменению не подлежит. Срок наказания по настоящему приговору исчислять ФИО2 с момента его фактического задержания ДД.ММ.ГГГГ сотрудниками полиции. Решая вопрос о вещественных доказательствах, суд руководствуется положениями ст. , 82 УПК РФ . На основании изложенного и руководствуясь ст. - 309 УПК РФ , суд ПРИГОВОРИЛ: Признать ФИО2 виновным в совершении преступлений, предусмотренных ст. ч. 3 ст. 228.1 ч. 4 п. «а», ст. ч. 3 ст. 228.1 ч. 4 п. «а», ст. ч. 3 ст. 228.1 ч.4 п.»а», ст. ч. 3, ст. 228.1 ч.4 п. «а», ст. ч. 3 ст. 228.1 ч. 4 п. «а», ст. ч. 3 ст. 228.1 ч. 4 п. «а», ст. ч. 3 ст. 228.1 ч.4 п. «а», ст. ч. 3 ст. 228.1 ч. 4 п.»а», ст. ч. 3 ст. 228.1 ч. 4 п. «а», ст. ч. 3 ст. 228.1 ч. 4 п. «а», ст. ч. 3 ст. . ч. 4 п.»а», ст. ч. 3 ст. 228.1 ч. 4 п. «а», ст. ч. 3 ст. 228.1 ч. 4 п. «а», ст. ч. 3 ст. 228.1 ч. 4 п. «а», ст. ч. 3 ст. 228.1 ч. 4 п. «а», ст. ч. 3 ст. 228.1 ч. 4 п. «а», ст. ч. 3 ст. 228.1 ч. 4 п. «а», ст. ч. 3 ст. 228.1 ч. 4 п. «а», ст. ч. 3 ст. 228.1 ч. 4 п. «а», ст. ч. 3 ст. 228.1 ч. 4 п. «а», ст. ч.3 ст. 228.1 ч. 4 п. «а, г» Уголовного кодекса Российской Федерации и назначить ему наказание с применением ст. ч. 3, ст. ч. 1 Уголовного кодекса Российской Федерации по каждой статье: ст. ч. 3 ст. 228.1 ч. 4 п. «а» Уголовного кодекса Российской Федерации ( по 1 эпизоду) в виде семи лет лишения свободы; ст. ч. 3 ст. 228.1 ч. 4 п. «а» Уголовного кодекса Российской Федерации( по 2 эпизоду) в виде восьми лет лишения свободы; ст. ч. 3 ст. 228.1 ч.4 п.»а» Уголовного кодекса Российской Федерации( по 3 эпизоду) в виде восьми лет лишения свободы; ст. ч. 3, ст. 228.1 ч.4 п. «а» Уголовного кодекса Российской Федерации( по 4 эпизоду) в виде восьми лет лишения свободы; ст. ч. 3 ст. 228.1 ч. 4 п. «а» Уголовного кодекса Российской Федерации( по 5 эпизоду) в виде восьми лет лишения свободы; ст. ч. 3 ст. 228.1 ч. 4 п. «а» Уголовного кодекса Российской Федерации( по 6 эпизоду) в виде восьми лет лишения свободы; ст. ч. 3 ст. 228.1 ч.4 п. «а» Уголовного кодекса Российской Федерации( по 7 эпизоду) в виде восьми лет лишения свободы; ст. ч. 3 ст. 228.1 ч. 4 п.»а» Уголовного кодекса Российской Федерации( по 8 эпизоду) в виде восьми лет лишения свободы; ст. ч. 3 ст. 228.1 ч. 4 п. «а» Уголовного кодекса Российской Федерации( по 9 эпизоду) в виде восьми лет лишения свободы; ст. ч. 3 ст. 228.1 ч. 4 п. «а» Уголовного кодекса Российской Федерации( по 10 эпизоду) в виде восьми лет лишения свободы; ст. ч. 3 ст. . ч. 4 п.»а» Уголовного кодекса Российской Федерации( по 11 эпизоду) в виде восьми лет лишения свободы; ст. ч. 3 ст. 228.1 ч. 4 п. «а», Уголовного кодекса Российской Федерации( по 12 эпизоду) в виде восьми лет лишения свободы; ст. ч. 3 ст. 228.1 ч. 4 п. «а» Уголовного кодекса Российской Федерации( по 13 эпизоду) в виде восьми лет лишения свободы; ст. ч. 3 ст. 228.1 ч. 4 п. «а» Уголовного кодекса Российской Федерации (по 14 эпизоду) в виде восьми лет лишения свободы; ст. ч. 3 ст. 228.1 ч. 4 п. «а» Уголовного кодекса Российской Федерации( по 15 эпизоду) в виде восьми лет лишения свободы; ст. ч. 3 ст. 228.1 ч. 4 п. «а» Уголовного кодекса Российской Федерации( по 16 эпизоду) в виде восьми лет лишения свободы; ст. ч. 3 ст. 228.1 ч. 4 п. «а» Уголовного кодекса Российской Федерации( по 17 эпизоду) в виде восьми лет лишения свободы; ст. ч. 3 ст. 228.1 ч. 4 п. «а» Уголовного кодекса Российской Федерации( по 18 эпизоду) в виде восьми лет лишения свободы; ст. ч. 3 ст. 228.1 ч. 4 п. «а» Уголовного кодекса Российской Федерации ( по 19 эпизоду ) в виде восьми лет лишения свободы ст. ч. 3 ст. 228.1 ч. 4 п. «а» Уголовного кодекса Российской Федерации( по 20 эпизоду) в виде восьми лет лишения свободы; ст. ч.3 ст. 228.1 ч. 4 п. «а, г» Уголовного кодекса Российской Федерации( по 21 эпизоду) виде девяти лет лишения свободы. На основании ст. ч. 2 Уголовного кодекса Российской Федерации по совокупности преступлений путем поглощения менее строгого наказания более строгим окончательно к отбытию назначить ФИО2 наказание в виде девяти лет лишения свободы с отбыванием наказания в исправительной колонии строгого режима. Меру пресечения ФИО2 до вступления приговора в законную силу оставить прежнюю- заключение под стражу. Срок отбытия наказания ФИО2 исчислять с ДД.ММ.ГГГГ, зачесть в срок отбытия наказания ФИО2 время содержания под стражей с момента фактического задержания сотрудниками полиции ДД.ММ.ГГГГ по ДД.ММ.ГГГГ включительно. Вещественные доказательства по уголовному делу: по вступлении приговора в законную силу наркотические средства, сданные на хранение в камеру вещественных доказательств УМВД России по &lt;адрес&gt;, а именно: - наркотическое средство - смесь, содержащая в своём составе химическое вещество – 1-фенил-2-пирролидин-1-илпентан-1-он (или: a-пирролидиновалерофенон, 2-пирролидиновалерофенон, a-пирролидинопентиофенон, PVP, a-PVP), которое является производным наркотического средства - N-метилэфедрона, упакованное в полимерный пакет с идентификационным номером «А 00110717»; - наркотическое средство - смесь, содержащая в своём составе химическое вещество – 1-фенил-2-пирролидин-1-илпентан-1-он (или: a-пирролидиновалерофенон, 2-пирролидиновалерофенон, a-пирролидинопентиофенон, PVP, a-PVP), которое является производным наркотического средства - N-метилэфедрона, упакованное в полимерный пакет с идентификационным номером «А 00110714»; - наркотическое средство - смесь, содержащая в своём составе химическое вещество – 1-фенил-2-пирролидин-1-илпентан-1-он (или: a-пирролидиновалерофенон, 2-пирролидиновалерофенон, a-пирролидинопентиофенон, PVP, a-PVP), которое является производным наркотического средства - N-метилэфедрона, упакованное в полимерный пакет с идентификационным номером «А 00110694»; - наркотическое средство - смесь, содержащая в своём составе химическое вещество – 1-фенил-2-пирролидин-1-илпентан-1-он (или: a-пирролидиновалерофенон, 2-пирролидиновалерофенон, a-пирролидинопентиофенон, PVP, a-PVP), которое является производным наркотического средства - N-метилэфедрона, упакованное в полимерный пакет с идентификационным номером «А 00110697»; - наркотическое средство - смесь, содержащая в своём составе химическое вещество – 1-фенил-2-пирролидин-1-илпентан-1-он (или: a-пирролидиновалерофенон, 2-пирролидиновалерофенон, a-пирролидинопентиофенон, PVP, a-PVP), которое является производным наркотического средства - N-метилэфедрона, упакованное в полимерный пакет с идентификационным номером «А 00110699»; - наркотическое средство - смесь, содержащая в своём составе химическое вещество – 1-фенил-2-пирролидин-1-илпентан-1-он (или: a-пирролидиновалерофенон, 2-пирролидиновалерофенон, a-пирролидинопентиофенон, PVP, a-PVP), которое является производным наркотического средства - N-метилэфедрона, упакованное в полимерный пакет с идентификационным номером «А 00110715»; - наркотическое средство - смесь, содержащая в своём составе химическое вещество – 1-фенил-2-пирролидин-1-илпентан-1-он (или: a-пирролидиновалерофенон, 2-пирролидиновалерофенон, a-пирролидинопентиофенон, PVP, a-PVP), которое является производным наркотического средства - N-метилэфедрона, упакованное в полимерный пакет с идентификационным номером «А 00110718»; - наркотическое средство - смесь, содержащая в своём составе химическое вещество – 1-фенил-2-пирролидин-1-илпентан-1-он (или: a-пирролидиновалерофенон, 2-пирролидиновалерофенон, a-пирролидинопентиофенон, PVP, a-PVP), которое является производным наркотического средства - N-метилэфедрона, упакованное в полимерный пакет с идентификационным номером «А 00110713»; - наркотическое средство - смесь, содержащая в своём составе химическое вещество – 1-фенил-2-пирролидин-1-илпентан-1-он (или: a-пирролидиновалерофенон, 2-пирролидиновалерофенон, a-пирролидинопентиофенон, PVP, a-PVP), которое является производным наркотического средства - N-метилэфедрона, упакованное в полимерный пакет с идентификационным номером «А 00110698»; наркотическое средство - смесь, содержащая в своём составе химическое вещество – 1-фенил-2-пирролидин-1-илпентан-1-он (или: a-пирролидиновалерофенон, 2-пирролидиновалерофенон, a-пирролидинопентиофенон, PVP, a-PVP), которое является производным наркотического средства - N-метилэфедрона, упакованное в полимерный пакет с идентификационным номером «В 00107790»; - наркотическое средство – смеси (препараты), содержащие в своем составе химическое вещество - 1-фенил-2-пирролидин-1-илпентан-1-он (или: ?-пирролидиновалерофенон, 2-пирролидиновалерофенон, ?-пирролидинопентиофенон, PVP, ?-PVP), которое является производным наркотического средства - N-метилэфедрона, изъятые ДД.ММ.ГГГГ в ходе личного досмотра ФИО3 у &lt;адрес&gt; (сейф-пакет № №); - наркотическое средство – смеси, содержащие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изъятые ДД.ММ.ГГГГ в ходе досмотра автомашины «ДЭУ Нексия» гос. номер №, принадлежащей ФИО3 у &lt;адрес&gt; (сейф-пакет № № - наркотическое средство – смесь, содержащая в своем составе химическое вещество - 1-фенил-2-пирролидин-1-илпентан-1-он (или: a -пирролидиновалерофенон, 2-пирролидиновалерофенон, a -пирролидинопентиофенон, PVP, a -PVP), которое является производным наркотического средства - N-метилэфедрона, изъятое ДД.ММ.ГГГГ при обследовании участка местности расположенного в 10 метрах от угла &lt;адрес&gt; (сейф-пакет №); - наркотическое средство – смесь (препарат), содержащая в своем составе химическое вещество - 1-фенил-2-пирролидин-1-илпентан-1-он (или: a -пирролидиновалерофенон, 2-пирролидиновалерофенон, a -пирролидинопентиофенон, PVP, a -PVP), которое является производным наркотического средства - N-метилэфедрона, изъятое ДД.ММ.ГГГГ при обследовании участка местности находящегося у железобетонного столба расположенного в 3 метрах от левого торца &lt;адрес&gt; (сейф-пакет № А 00107942); - наркотическое средство – смесь, содержащая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изъятое ДД.ММ.ГГГГ при обследовании участка местности расположенного в кустах, в 5 метрах от первого подъезда (&lt;адрес&gt; (сейф-пакет № № - наркотическое средство – смесь, содержащая в своем составе химическое вещество: 1-фенил-2-пирролидин-1-илпентан-1-он (PVP; ?-PVP; ?-пирролидинопентиофенон; ?-пирролидиновалерофенон; 2-пирролидиновалерофенон), которое является производным наркотического средства: N-метилэфедрон, изъятое ДД.ММ.ГГГГ при обследовании участка местности расположенного у дерева, в 1 метре от &lt;адрес&gt; (сейф-пакет №); - наркотическое средство – смесь, содержащая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изъятое ДД.ММ.ГГГГ при обследовании участка местности расположенного в 3 метрах справа от последнего подъезда &lt;адрес&gt; (сейф-пакет №); - наркотическое средство – смесь, содержащая в своем составе 1-Фенил-2-пирролидин-1-илпентан-1-он (PVP, а-PVP, а-пирролидинопентиофенон, а-пирролидиновалерофенон, 2-пирролидиновалерофенон) - производное наркотического средства N-метилэфедрон, изъятое ДД.ММ.ГГГГ при обследовании участка местности расположенного справа в 5 метрах от &lt;адрес&gt; (сейф-пакет № № - наркотическое средство – смесь, содержащая в своем составе химическое вещество: 1-фенил-2-пирролидин-1-илпентан-1-он (PVP; ?-PVP; ?-пирролидинопентиофенон; ?-пирролидиновалерофенон; 2-пирролидиновалерофенон), которое является производным наркотического средства: N-метилэфедрон, изъятое ДД.ММ.ГГГГ при обследовании участка местности расположенного в траве у металлической трубы, справа в 1 метре от торца &lt;адрес&gt; (сейф-пакет № № - наркотическое средство – смесь, содержащие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изъятое ДД.ММ.ГГГГ при обследовании участка местности расположенного в кустах у железобетонного столба в 7 метрах от &lt;адрес&gt; (сейф-пакет № - наркотическое средство – смесь, содержащая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изъятое ДД.ММ.ГГГГ при обследовании участка местности расположенного в траве под окном, с торца &lt;адрес&gt; ((сейф-пакет № № - наркотическое средство – смесь, содержащая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изъятое ДД.ММ.ГГГГ при обследовании участка местности расположенного в траве у основания железобетонного столба расположенного в 5 метрах от &lt;адрес&gt; по пер. Вагонный &lt;адрес&gt; (сейф-пакет № № - наркотическое средство – смесь (препарат), содержащая в своем составе химическое вещество - 1-фенил-2-пирролидин-1-илпентан-1-он (или: a -пирролидиновалерофенон, 2-пирролидиновалерофенон, a -пирролидинопентиофенон, PVP, a -PVP), которое является производным наркотического средства - N-метилэфедрона, изъятое ДД.ММ.ГГГГ при обследовании участка местности находящегося у камня белого цвета, который находится ближе к металлическому забору, расположенного с торца &lt;адрес&gt; по пер. Вагонному &lt;адрес&gt; (сейф-пакет № №). – хранить до принятия окончательного решения по выделенным ДД.ММ.ГГГГ уголовным делам №( т. 7 л.д. 47-50) в отношении неустановленного лица и № в отношении ФИО3( л.д. 51-52, т. 7) - DVD –R диск с записью ОРМ «наблюдение», проводимого в отношении гр-на ФИО2 и ФИО3(; т. 4 л.д. 248)- хранить при уголовном деле на основании п. 5 ч. 3 ст. 81 УПК РФ . - отчет на 19-листах формата А4, поступивший от ПАО «Сбербанк» о движениях денежных средств по банковской карте №;( т. 5 л.д. 5)- хранить при уголовном деле на основании п. 5 ч. 3 ст. 81 УПК РФ . - отчет на 9-листах формата А4, поступивший от ПАО «Сбербанк» о движениях денежных средств по банковской карте №;( т. 5 л.д. 10) – хранить при уголовном деле на основании п. 5 ч. 3 ст. 81 УПК РФ . - банковская пластиковая карта ПАО «Сбербанк» № MOMENTUM R; (т. 5 л.д. 32-33) мобильный телефон марки «Honor» в корусе черного цвета, свидетельство о регистрации № №; страховой полис ООО СК «Московия» серия ЕЕЕ №;, банковская пластиковая карта № на имя ФИО67; мобильный телефон марки «Honor» с сим-картой Билайн; 37- хранить при уголовном деле до принятия окончательного решения по уголовному по выделенным ДД.ММ.ГГГГ уголовным делам №( т. 7 л.д. 47-50) в отношении неустановленного лица и № в отношении ФИО3( л.д. 51-52, т. 7) - CD-R диск с записью ОРМ «прослушивание телефонных переговоров» в отношении ФИО2; CD–R диск, на котором хранятся сведения о детализированных переговорах абонентского номера № который находился в пользовании ФИО2- хранить при уголовном деле на основании п. 5 ч. 3 ст. 81 УПК РФ . - CD–R диск, на котором хранятся сведения о детализированных переговорах абонентского номера №, который находился в пользовании ФИО3- хранить при уголовном деле на основании п. 5 ч. 3 ст. 81 УПК РФ ; Данный приговор может быть обжалован в апелляционном порядке в Калужский областной суд в течение 10 суток со дня провозглашения, а лицом, содержащимся под стражей,- в тот же срок со дня вручения копии приговора, с соблюдением требований ст. ст. - 4 УПК РФ . В случае подачи апелляционной жалобы осужденный вправе ходатайствовать о своем участии в рассмотрении дела судом апелляционной инстанции, о чем он должен указать в апелляционной жалобе, а если дело рассматривается по представлению прокурора или по жалобе другого лица,- в отдельном ходатайстве или возражениях на жалобу либо представление в течение 10 суток со дня вручения ему копии жалобы или представления, а также поручить осуществление своей защиты избранному им защитнику, отказаться от защитника либо ходатайствовать перед судом о назначении защитника. Председательствующий Г.Ю. Гобрусенко Суд: Калужский районный суд (Калужская область) (подробнее) Судьи дела: Гобрусенко Г.Ю. (судья) (подробнее) Судебная практика по: Контрабанда Судебная практика по применению норм ст. 200.1, 200.2, 226.1, 229.1 УК РФ Соучастие, предварительный сговор Судебная практика по применению норм ст. 34, 35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