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Чегмагушевским районным судом РБ по п.п. «б, в» ч. 2 ст. 158 УК РФ (с изменениями по кассационному определению судебной коллегии по уголовным делам Верховного суда РБ от ДД.ММ.ГГГГ) к &lt;данные изъяты&gt; году &lt;данные изъяты&gt; месяцам лишения свободы, освобожден ДД.ММ.ГГГГ по постановлению Салаватского городского суда РБ от ДД.ММ.ГГГГ на неотбытый срок &lt;данные изъяты&gt; месяцев &lt;данные изъяты&gt; дней;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Калининским районным судом &lt;адрес&gt; РБ по п. «а» ч. 3 ст. 158 УК РФ к &lt;данные изъяты&gt; году &lt;данные изъяты&gt; месяцам лишения свободы, освобожден ДД.ММ.ГГГГ, по постановлению Калининского районного суда &lt;адрес&gt; РБ от ДД.ММ.ГГГГ на неот-бытый срок &lt;данные изъяты&gt; месяца &lt;данные изъяты&gt; дней, с удержанием &lt;данные изъяты&gt; заработка в доход государства, ДД.ММ.ГГГГ постановлением Иглинского межрайонного суда РБ неотбытое наказание заменено на лишение свободы сроком на &lt;данные изъяты&gt; месяц &lt;данные изъяты&gt; дня, освобожден ДД.ММ.ГГГГ по отбытию срока, защитника в лице адвоката Маливановой О.А., представившей удостоверение № и ордер № от ДД.ММ.ГГГГ, при секретаре Нагаевой О.Г., а также потерпевших: ФИО2, ФИО3, ФИО4, рассмотрев в открытом судебном заседании в общем порядке материалы уголовного дела отношении ФИО1 обвиняемого в совершении преступлений, предусмотренных п. п. «б, в» ч. 2 ст. , п. «б» ч. 2 ст. , п. «б» ч. 2 ст. 158 УК РФ , УСТАНОВИЛ: Подсудимый ФИО1 совершил ряд преступлений, на территории &lt;адрес&gt; Республики Башкортостан, при следующих обстоятельствах. 1 эпизод: Так, ДД.ММ.ГГГГ около &lt;данные изъяты&gt; часов &lt;данные изъяты&gt; минут ФИО1, с поверхности земли поднял фрагмент кирпича и бросил его в окно входной двери здания магазина «1000 мелочей» принадлежащий индивидуальному предпринимателю ФИО2 и офиса ООО МКК «Быстрый Город», расположенных в &lt;адрес&gt; Республики Башкортостан, при этом стекло разбилось. Далее ФИО1 через образовавшийся проем окна входной двери, незаконно проник в помещение магазина, откуда тайно, из корыстных побуждений, похитил: лосьон после бритья «FORX» в количестве &lt;данные изъяты&gt; штук, стоимостью &lt;данные изъяты&gt; рублей за &lt;данные изъяты&gt; штуку, на общую сумму &lt;данные изъяты&gt; рублей; туалетную воду «Popuiij», в количестве &lt;данные изъяты&gt; штук, стоимостью &lt;данные изъяты&gt; рублей за &lt;данные изъяты&gt; штуку, на общую сумму &lt;данные изъяты&gt; рублей; туалетную воду «Mise Rose» в количестве &lt;данные изъяты&gt; штук, стоимостью &lt;данные изъяты&gt; рублей за &lt;данные изъяты&gt; штуку, на общую сумму &lt;данные изъяты&gt; рублей; махровые полотенца в количестве &lt;данные изъяты&gt; штук, стоимостью &lt;данные изъяты&gt; рублей за &lt;данные изъяты&gt; штуку, на общую сумму &lt;данные изъяты&gt; рублей; мужские трусы в количестве &lt;данные изъяты&gt; штук, стоимостью &lt;данные изъяты&gt; рублей за &lt;данные изъяты&gt; штуку, на общую сумму &lt;данные изъяты&gt; рублей; женские трусы в количестве &lt;данные изъяты&gt; штук, стоимостью &lt;данные изъяты&gt; рублей за &lt;данные изъяты&gt; штуку, на общую сумму &lt;данные изъяты&gt; рублей; женские прокладки в количестве &lt;данные изъяты&gt; штук, стоимостью &lt;данные изъяты&gt; рублей за &lt;данные изъяты&gt; штуку, на общую сумму &lt;данные изъяты&gt; рубля; мужские шапки в количестве &lt;данные изъяты&gt; штук, стоимостью &lt;данные изъяты&gt; рублей за &lt;данные изъяты&gt; штуку, на общую сумму &lt;данные изъяты&gt; рублей; женские носки в количестве &lt;данные изъяты&gt; пар, стоимостью &lt;данные изъяты&gt; рублей за &lt;данные изъяты&gt; пару, на общую сумму &lt;данные изъяты&gt; рублей; мужские носки в количестве &lt;данные изъяты&gt; пар, стоимостью &lt;данные изъяты&gt; рублей за &lt;данные изъяты&gt; пару, на общую сумму &lt;данные изъяты&gt; рубля; детские куртки в количестве &lt;данные изъяты&gt; штук, стоимостью &lt;данные изъяты&gt; рублей за &lt;данные изъяты&gt; штуку, на общую сумму &lt;данные изъяты&gt; рублей; бумажные пакеты в количестве &lt;данные изъяты&gt; штук, стоимостью &lt;данные изъяты&gt; рублей за &lt;данные изъяты&gt; штуку, на общую сумму &lt;данные изъяты&gt; рублей; денежные средства (мелочь), на общую сумму &lt;данные изъяты&gt; рублей; детские сланцы в количестве &lt;данные изъяты&gt; штук, стоимостью &lt;данные изъяты&gt; рублей за &lt;данные изъяты&gt; штуку, на общую сумму &lt;данные изъяты&gt; рублей; женские губные помады в количестве &lt;данные изъяты&gt; штук, стоимостью &lt;данные изъяты&gt; рублей за &lt;данные изъяты&gt; штуку, на общую сумму &lt;данные изъяты&gt; рублей, причинив ФИО2 материальный ущерб, на общую сумму &lt;данные изъяты&gt; рублей. Затем ФИО1 продолжая преступные действия и действуя единым преступным умыслом, тайно, из помещения офиса, похитил: сотовый телефон марки «Алкатель One Touch &lt;данные изъяты&gt;», стоимостью &lt;данные изъяты&gt; рублей и конвектор механический термостат &lt;данные изъяты&gt; Вт, стоимостью &lt;данные изъяты&gt; рублей, причинив ООО МКК «Быстрый город» материальный ущерб на общую сумму &lt;данные изъяты&gt; рублей. ФИО1 с места совершения преступления скрылся и распорядился похищенным по своему усмотрению. 2 эпизод: Он же, ФИО1 в период времени с ДД.ММ.ГГГГ по ДД.ММ.ГГГГ, осуществляя преступные намерения, направленные на тайное хищение чужого имущества, с использованием имеющихся при себе ножниц, сняв штапики с рамы окна и выставив стекла, незаконно проник в здание ОПС Минзитаровский почтамт, расположенное по адресу: &lt;адрес&gt;, откуда тайно, из корыстных побуждений, похитил: ватные диски «AURA», в количестве &lt;данные изъяты&gt; упаковок, стоимостью &lt;данные изъяты&gt; рубля за &lt;данные изъяты&gt; упаковку, на общую сумму &lt;данные изъяты&gt; рублей; освежающие влажные салфетки «AURA», в количестве &lt;данные изъяты&gt; упаковок, стоимостью &lt;данные изъяты&gt; рублей за &lt;данные изъяты&gt; упаковку, на общую сумму &lt;данные изъяты&gt; рублей; бумажные платочки «Я самая», в количестве &lt;данные изъяты&gt; упаковок, стоимостью &lt;данные изъяты&gt; рублей за &lt;данные изъяты&gt; упаковку, на общую сумму &lt;данные изъяты&gt; рублей; машинку для стрижки волос «SMILE HCM &lt;данные изъяты&gt;», стоимостью &lt;данные изъяты&gt; рублей; сигареты «Saint George BLUE ОС», в количестве &lt;данные изъяты&gt; пачек, стоимостью &lt;данные изъяты&gt; рублей за &lt;данные изъяты&gt; пачку, на общую сумму &lt;данные изъяты&gt; рублей; сигареты «Saint George RED ОС», в количестве &lt;данные изъяты&gt; пачек, стоимостью &lt;данные изъяты&gt; рублей за &lt;данные изъяты&gt; пачку, на общую сумму &lt;данные изъяты&gt; рублей; утюг «Gorenje &lt;данные изъяты&gt;», стоимостью &lt;данные изъяты&gt; рублей; брелки, в количестве &lt;данные изъяты&gt; штук, стоимостью &lt;данные изъяты&gt; рублей за &lt;данные изъяты&gt; штуку, на общую сумму &lt;данные изъяты&gt; рублей; комплект постельного белья «Грани &lt;данные изъяты&gt; спальный», стоимостью &lt;данные изъяты&gt; рублей; кофейный напиток «Eagle Brown», в количестве &lt;данные изъяты&gt; пачки, стоимостью &lt;данные изъяты&gt; рублей за &lt;данные изъяты&gt; пачку, на общую сумму &lt;данные изъяты&gt; рублей; комплект постельного белья «Стандарт твердая упаковка», стоимостью &lt;данные изъяты&gt; рублей; комплект постельного белья «Стандарт двуспальный», стоимостью &lt;данные изъяты&gt; рублей; печенья «Крекер», в количестве &lt;данные изъяты&gt; пачек, стоимостью &lt;данные изъяты&gt; рублей за &lt;данные изъяты&gt; пачку, на общую сумму &lt;данные изъяты&gt; рубля; крем «Люкс», стоимостью &lt;данные изъяты&gt; рублей; крем после бритья, в количестве &lt;данные изъяты&gt; штук, стоимостью &lt;данные изъяты&gt; рублей за &lt;данные изъяты&gt; штуку, на общую сумму &lt;данные изъяты&gt; рублей; сигареты «Максим классический серый», в количестве &lt;данные изъяты&gt; пачек, стоимостью &lt;данные изъяты&gt; рубля за &lt;данные изъяты&gt; пачку, на общую сумму &lt;данные изъяты&gt; рублей; сигареты «Максим», в количестве &lt;данные изъяты&gt; пачек, стоимостью &lt;данные изъяты&gt; рубля за &lt;данные изъяты&gt; пачку, на общую сумму &lt;данные изъяты&gt; рублей; мини - кексы «Сказочный», в количестве &lt;данные изъяты&gt; штук, стоимостью &lt;данные изъяты&gt; рублей за &lt;данные изъяты&gt; штуку, на общую сумму &lt;данные изъяты&gt; рублей; носки детские &lt;данные изъяты&gt; размера, в количестве &lt;данные изъяты&gt; пары, стоимостью &lt;данные изъяты&gt; рубля за &lt;данные изъяты&gt; пару, на общую сумму &lt;данные изъяты&gt; рубля; &lt;данные изъяты&gt; пару носков детских &lt;данные изъяты&gt; размера, стоимостью &lt;данные изъяты&gt; рублей; носки детские &lt;данные изъяты&gt; размера, в количестве &lt;данные изъяты&gt; пар, стоимостью &lt;данные изъяты&gt; рубля за &lt;данные изъяты&gt; пару, на общую сумму &lt;данные изъяты&gt; рублей; носки женские, в количестве &lt;данные изъяты&gt; пар, стоимостью &lt;данные изъяты&gt; рублей за &lt;данные изъяты&gt; пару, на общую сумму &lt;данные изъяты&gt; рубля; носки мужские, в количестве &lt;данные изъяты&gt; пар, стоимостью &lt;данные изъяты&gt; рублей за &lt;данные изъяты&gt; пару, на общую сумму &lt;данные изъяты&gt; рублей; носки мужские, в количестве &lt;данные изъяты&gt; пар, стоимостью &lt;данные изъяты&gt; рублей за &lt;данные изъяты&gt; пару, на общую сумму &lt;данные изъяты&gt; рублей; пакет «Почта России», в количестве &lt;данные изъяты&gt; штук, стоимостью &lt;данные изъяты&gt; рублей за &lt;данные изъяты&gt; штуку, на общую сумму &lt;данные изъяты&gt; рублей; сигареты «Петр I», в количестве &lt;данные изъяты&gt; пачек, стоимостью &lt;данные изъяты&gt; рублей за &lt;данные изъяты&gt; пачку, на общую сумму &lt;данные изъяты&gt; рублей; сигареты «Parker &amp;1 Simpson Biue», в количестве &lt;данные изъяты&gt; пачек, стоимостью &lt;данные изъяты&gt; рублей за &lt;данные изъяты&gt; пачку, на общую сумму &lt;данные изъяты&gt; рублей; хозяйственную сумку «Рыбка», стоимостью &lt;данные изъяты&gt; рублей; шоколад «Молочный», &lt;данные изъяты&gt; грамм, в количестве &lt;данные изъяты&gt; штук, стоимостью &lt;данные изъяты&gt; рубля за &lt;данные изъяты&gt; штуку, на общую сумму &lt;данные изъяты&gt; рублей; шоколад «Молочный», &lt;данные изъяты&gt; грамм, в количестве &lt;данные изъяты&gt; штук, стоимостью &lt;данные изъяты&gt; рубля за &lt;данные изъяты&gt; штуку, на общую сумму &lt;данные изъяты&gt; рублей; шоколад «Молочный пористый сливочный», &lt;данные изъяты&gt; грамм, в количестве &lt;данные изъяты&gt; штук, стоимостью &lt;данные изъяты&gt; рубля за &lt;данные изъяты&gt; штуку, на общую сумму &lt;данные изъяты&gt; рубля; шоколад «Молочный сливочный», &lt;данные изъяты&gt; грамм, в количестве &lt;данные изъяты&gt; штук, стоимостью &lt;данные изъяты&gt; рубля за &lt;данные изъяты&gt; штуку, на общую сумму &lt;данные изъяты&gt; рублей; шоколад «Победа пористый молочный», &lt;данные изъяты&gt; грамм, в количестве &lt;данные изъяты&gt; штук, стоимостью &lt;данные изъяты&gt; рубля за &lt;данные изъяты&gt; штуку, на общую сумму &lt;данные изъяты&gt; рубля; шоколад «Твикс» &lt;данные изъяты&gt; грамм, в количестве &lt;данные изъяты&gt; штук, стоимостью &lt;данные изъяты&gt; рубля за &lt;данные изъяты&gt; штуку, на общую сумму &lt;данные изъяты&gt; рубля; шоколад «Молочный кондитерская плитка», &lt;данные изъяты&gt; грамм, в количестве &lt;данные изъяты&gt; штук, стоимостью &lt;данные изъяты&gt; рубля за &lt;данные изъяты&gt; штуку, на общую сумму &lt;данные изъяты&gt; рублей, причинив обособленному структурному подразделению Иглинский почтамт материальный ущерб на общую сумму &lt;данные изъяты&gt; рублей. ФИО1 с места совершения преступления скрылся, и распорядился похищенным имуществом по своему усмотрению. 3 эпизод: Он же, ФИО1 ДД.ММ.ГГГГ около &lt;данные изъяты&gt; часов, осуществляя преступные намерения, направленные на тайное хищение чужого имущества, рукой повредив доски на оконном блоке, проник в хозяйственный блок, находящийся по адресу: &lt;адрес&gt;, откуда похитил: зимнюю мужскую куртку «FELIX FARZ», &lt;данные изъяты&gt; размера, стоимостью &lt;данные изъяты&gt; рублей; мужские джинсы ««DUKUPAI», стоимостью &lt;данные изъяты&gt; рублей; сотовый телефон марки «JINGA Simple &lt;данные изъяты&gt;», стоимостью &lt;данные изъяты&gt; рублей, с микро CD картой «КИНГСТОН», на &lt;данные изъяты&gt; ГБ, стоимостью &lt;данные изъяты&gt; рублей, с сим картой МТС, стоимостью &lt;данные изъяты&gt; рублей, причинив ФИО4 материальный ущерб, на общую сумму &lt;данные изъяты&gt; рублей. ФИО1 с места совершения преступления скрылся, и распорядился похищенным имуществом по своему усмотрению. В ходе судебного следствия подсудимый ФИО1 вину в совершении преступлений, по эпизоду обвинения от ДД.ММ.ГГГГ признал полностью, подтвердив, что им похищены предметы, указанные в обвинении. По эпизоду кражи ТМЦ с почты в селе Минзитарово, в период времени с ДД.ММ.ГГГГ на ДД.ММ.ГГГГ вину не признал, показал, что в этот период находился в городе Уфе, в &lt;адрес&gt; он не приезжал, работал на стройке, ночевал у знакомых, которые подтвердили его нахождения в городе, явку с повинной по данному эпизоду обвинения написал под давлением сотрудников полиции, в ходе проверки показаний на месте с его участием, оговорил себя под давлением оперативных сотрудников полиции, при его физических данных не мог залезть через окно, которое находится от земли на высоте более №-х метров, просит его оправдать, так как кражу он не совершал. По эпизоду от ДД.ММ.ГГГГ, вину не признал, просил его действия переквалифицировать на ст. 330 УК РФ . ФИО1 показал, что пришел к ФИО5, выпить водку, вместе с братьями Х-выми употреблял спиртное, затем с их разрешения забрал свои вещи, которые ранее оставил у них, когда Хазиев Риф пошел в магазин за спиртным. Нашел пакет с вещами, подумал, что это его вещи, забрал пакет, переоделся, не понял, что это вещи ФИО5. Когда понял, оставил вещи у знакомых, чтоб передали ФИО5. Суд, выслушав показания подсудимого ФИО1, потерпевших: ФИО2, ФИО3, ФИО4, свидетелей: ФИО6, ФИО7, ФИО8, ФИО9, ФИО10, ФИО11, ФИО12, ФИО13, ФИО14, ФИО15, ФИО16, огласив показания потерпевшего: ФИО17, свидетелей: ФИО18, ФИО19, ФИО20, ФИО21, ФИО22, ФИО23, ФИО22, ФИО24, ФИО25, исследовав представленные сторонами обвинения и защиты доказательства, находит вину подсудимого ФИО1 по п. «б» ч. 2 ст. , п. «б» ч. 2 ст. , п. «б» ч. 2 ст. 158 УК РФ , установленной исходя из следующих доказательств. 1 эпизод от ДД.ММ.ГГГГ: Потерпевший ФИО2 показал, у него из магазина «1000 мелочей», похитили имущество, в магазин проникли через окно, которое разбили, на окне магазина была решетка. Ему позвонила продавец ФИО18, сообщила о краже, провели ревизию. Похитили товаро - материальные ценности: духи, нижнее женское белье, шапки, платки. Ущерб от кражи ему причинен на сумму около &lt;данные изъяты&gt; рублей. По ходатайству государственного обвинителя с согласия сторон обвинения и защиты, оглашены показания потерпевшего ФИО2 на предварительном следствии, где последний показал, что ДД.ММ.ГГГГ ему на сотовый телефон позвонила ФИО18 и пояснила, что проникли в магазин, путем разбития пластиковой двери, также рольставни, которые были установлены с внутренней стороны дверного проема, были открыты вверх. Сказала, что сотрудница ООО МКК "Быстрый город" вызвала сотрудников полиции. В этот день не смог приехать, находился за пределами села Иглино. ФИО18 с ФИО26 провели ревизию товаро - материальных ценностей, недостача составила сумму &lt;данные изъяты&gt; рублей, были похищены: парфюмерия, лосьон для бритья, туалетные воды и предметы одежды &lt;данные изъяты&gt; По ходатайству государственного обвинителя с согласия сторон обвинения и защиты, оглашены показания потерпевшего ФИО17 на предварительном следствии, где последний показал, что ДД.ММ.ГГГГ около &lt;данные изъяты&gt; часов &lt;данные изъяты&gt; минут старший менеджер-кассир ФИО21 позвонила руководителю ООО МКК "Быстрый город" ФИО27 и пояснила, что проникли в офис, путем разбития пластиковой двери, рольставней, которые были установлены с внутренней стороны дверного проема, они были открыты вверх, похитили сотовый телефон марки "Алкатель», стоимостью &lt;данные изъяты&gt; рублей, в корпусе черного цвета и конвектор механический термостат &lt;данные изъяты&gt; Вт, стоимостью &lt;данные изъяты&gt; рублей &lt;данные изъяты&gt; Свидетель ФИО6 показал, что ДД.ММ.ГГГГ пришел домой к знакомой Е. , где стали употреблять спиртное. Ночью к Л. пришли ФИО22 и ФИО1, последний сказал, что совершил кражу, он не хотел проблем с полицией, сразу ушел домой. Похищенных вещей не видел. Свидетель ФИО7 показала, что в ночь с ДД.ММ.ГГГГ на ДД.ММ.ГГГГ сидели у нее дома и пили пиво с сожителем ФИО22, когда закончились пиво и сигареты, пошли в магазин, по пути встретили ФИО1, в руках у которого были пакеты. ФИО22 сказал, что это его знакомый, он с ним отбывал наказание. На следующий день пришли сотрудники полиции, сказали, что нашли ФИО1, в ее комнате, спящим на полу, как он там оказался, она не знает. По ходатайству государственного обвинителя, с согласия сторон обвинения и защиты, оглашены показания свидетелей: ФИО18, ФИО19, ФИО20, ФИО21, ФИО22, ФИО23, ФИО22 на предварительном следствии. Так, свидетель ФИО18 показала, что ДД.ММ.ГГГГ работала ее сестра ФИО28, которая и закрыла магазин. ДД.ММ.ГГГГ марта в &lt;данные изъяты&gt; часов она пришла на работу и обнаружила, что стеклопакет входной пластиковой двери разбит, металлические рольставни, которые были установлены с внутренней стороны дверного проема, открыты вверх. Возле магазина стояла ФИО21, которая ей рассказала, что уже сообщила в полицию. По приезду сотрудников полиции и проведенной ревизией товаро - материальных ценностей, обнаружена недостача, на общую сумму &lt;данные изъяты&gt; рублей, были похищены: парфюмерия лосьон после бритья, туалетные воды и предметы одежды. У организации микрозаймов, были похищены: сотовый телефон и электрический обогреватель. Металлические рольставни не были закрыты на замок, по причине того, что ключ находился у работника микрозаймов ФИО21 и смена была не ее и ключ им передан не был, по этой причине ее сестра закрыла только входную дверь, рольставни были просто опущены на дверной проем (&lt;данные изъяты&gt; Свидетель ФИО19 показала, что ДД.ММ.ГГГГ работала она, в магазине «1000 мелочей», работала продавец ФИО26, которая и закрыла магазин, так как она ушла раньше нее. За время работы никого подозрительных из посетителей не было. ДД.ММ.ГГГГ марта в &lt;данные изъяты&gt; часов &lt;данные изъяты&gt; минут ей позвонила ее сменщица ФИО21, сообщила, что стеклопакет входной пластиковой двери разбит, металлические рольставни, которые были установлены с внутренней стороны дверного проема, были открыты вверх. Она приехала место и с сотрудниками полиции зашли внутрь, где при осмотре помещения ими была обнаружена кража рабочего сотового телефона «АLCATEL &lt;данные изъяты&gt;» в корпусе черного цвета, имей код №, №, который находился на полке шкафа и был подключен к зарядному устройству, само зарядное устройство осталось на месте, также отсутствовал электрический обогреватель в металлическом корпусе прямоугольной формы, серого цвета, сверху установлено металлическая сетка. Из магазина «1000 мелочей» были похищены парфюмерия и одежда. Внутри магазина при входе справа, был обнаружен кирпич, которым по всей видимости был разбит стеклопакет двери &lt;данные изъяты&gt; Свидетель ФИО20 показала, что ДД.ММ.ГГГГ работала ее мама ФИО28, около &lt;данные изъяты&gt; часов, ее мама вымола полы в магазине и закрыла входную дверь на ключ, металлические рольставни, которым был оборудован дверной проем, опустила вниз, не закрыла на замок, так как отсутствовали ключи. После она ушла домой, на следующий день на смену должна была выйти ФИО18. ДД.ММ.ГГГГ марта около &lt;данные изъяты&gt; часов, ей от матери стало известно, что в их магазин залезли, разбив стеклопакет входной двери. Она приехала в магазин, и обнаружила, что стекло входной двери разбито, внутри на полу лежал кирпич, которым скорей всего и разбили стекло. По приезду сотрудников полиции и проведенной ревизией товаро - материальных ценностей, была обнаружена недостача на общую сумму &lt;данные изъяты&gt; рублей, были похищены парфюмерия: лосьон после бритья «FORX» &lt;данные изъяты&gt; штук, стоимостью &lt;данные изъяты&gt; рублей за штуку на общую сумму &lt;данные изъяты&gt; рублей; туалетная вода марки «Popuiij» &lt;данные изъяты&gt; штук, стоимостью &lt;данные изъяты&gt; рублей за штуку, на общую сумму &lt;данные изъяты&gt; рублей; туалетная вода «Miss Rose» &lt;данные изъяты&gt; штук, стоимостью &lt;данные изъяты&gt; рублей за штуку, на общую сумму &lt;данные изъяты&gt; рублей; полотенца &lt;данные изъяты&gt; штук, махровые, разных цветов (зеленые, розовые и голубые), стоимостью &lt;данные изъяты&gt; рублей за каждую, на общую сумму &lt;данные изъяты&gt; рублей; трусы мужские &lt;данные изъяты&gt; штук, стоимостью &lt;данные изъяты&gt; рублей за штуку, на общую сумму &lt;данные изъяты&gt; рублей; трусы женские &lt;данные изъяты&gt; штук, стоимостью &lt;данные изъяты&gt; рублей за штуку, на общую сумму &lt;данные изъяты&gt; рублей; прокладки &lt;данные изъяты&gt; штук, стоимостью &lt;данные изъяты&gt; рублей за штуку, на общую сумму &lt;данные изъяты&gt; рубля; шапки мужские &lt;данные изъяты&gt; штук, стоимостью &lt;данные изъяты&gt; рублей за штуку, на общую сумму &lt;данные изъяты&gt; рублей; носки женские &lt;данные изъяты&gt; пар, стоимостью &lt;данные изъяты&gt; рублей за пару, общей стоимостью &lt;данные изъяты&gt; рублей; носки мужские &lt;данные изъяты&gt; пар, стоимостью &lt;данные изъяты&gt; рублей за пару, общей стоимостью &lt;данные изъяты&gt; рубля; детские куртки &lt;данные изъяты&gt; штуки, стоимостью &lt;данные изъяты&gt; рублей каждая, на общую сумму &lt;данные изъяты&gt; рублей; пакеты &lt;данные изъяты&gt; штук по &lt;данные изъяты&gt; рублей за каждую, на общую сумму &lt;данные изъяты&gt; рублей; мелочь суммой &lt;данные изъяты&gt; рублей, которая находилась на столе продавца в пластиковой коробке &lt;данные изъяты&gt; Свидетель ФИО21 показала, что ДД.ММ.ГГГГ в &lt;данные изъяты&gt; часов &lt;данные изъяты&gt; минут пришла на работу и обнаружила, что стеклопакет входной пластиковой двери был разбит, металлические рольставни, которые были с внутренней стороны дверного проема, были открыты вверх. Сообщила руководству и позвонила в экстренную службу по телефону «112», сообщила о факте проникновения в магазин. По прибытию сотрудников полиции и осмотра помещения, обнаружена кража рабочего сотового телефона «АLCATEL &lt;данные изъяты&gt;» в корпусе черного цвета, имей код №, №, который находился на полке шкафа и был подключен к зарядному устройству, отсутствовал электрический обогреватель в металлическом корпусе прямоугольной формы, серого цвета &lt;данные изъяты&gt; Свидетель ФИО22 показал, что около &lt;данные изъяты&gt; часов ДД.ММ.ГГГГ пришла ФИО23 с дочкой Э. , употребляли спиртные напитки. Затем пошли гулять на улицу, когда прогуливались по &lt;адрес&gt;, возле рынка, встретили парня по имени М. , с которым знаком с ДД.ММ.ГГГГ года. При М. было три пакета с вещами, пакеты были разноцветными. В ходе разговора М. ему сказал, что вещи краденные, он похитил их в магазине «1 000 мелочей». Затем ушел, спустя некоторое время, через минут № М. пришел с водкой в квартиру по &lt;адрес&gt;, затем прошел в квартиру Е ФИО7, где они употребляли спиртное, которую принес М. . Распив спиртное, они пошли в комнату, где стали курить, М. там остался спать. Утром около &lt;данные изъяты&gt; часов &lt;данные изъяты&gt; минут ДД.ММ.ГГГГ, когда проснулся, пошел в комнату, то не обнаружил в комнате М. , когда он ушел, не знает. Стал убираться в комнате, где остался спать М. и обнаружил, что в черном пакете находятся вещи. В этот же день сотрудники полиции его вызвали в отдел полиции, где он дал показания, также принес с собой в отдел полиции пакет, в котором находились вещи &lt;данные изъяты&gt; Свидетель ФИО23 показала, что ДД.ММ.ГГГГ около &lt;данные изъяты&gt; часов, она направилась в гости к ФИО7 . Находясь у Е. в гостях, они употребляли спиртное. После пошли в магазин за сигаретами, по дороге встретили ФИО22 , вместе дошли до магазина «Магнит», ФИО22 встретил парня, у которого в руках были два белых пакета. ДД.ММ.ГГГГ сотрудники полиции пригласили в отдел полиции. От сотрудников полиции она узнала, что тот парень, которого они видели ДД.ММ.ГГГГ, совершил кражу &lt;данные изъяты&gt; Свидетель ФИО22 показал, что вначале марта &lt;данные изъяты&gt; года, находился возле автостанции, напротив ТЦ «Дар» по &lt;адрес&gt;, где увидел ФИО1 подошел к нему, в руках он держал пакет, поздоровался, попросил у него сотовый номер, брата Р. продиктовал номер, М. ушел &lt;данные изъяты&gt; Вина подсудимого ФИО1 в инкриминируемом ему деянии подтвердилось во время судебного следствия исследованными материалами дела. Так, согласно протокола осмотра места происшествия видно, что осмотрен магазин «1000 мелочей», принадлежащий ИП ФИО2, который расположенный на &lt;адрес&gt;&lt;адрес&gt; Вход в магазин осуществляется через пластиковую дверь, верхняя часть которой застеклена, входная дверь расположена со стороны улицы и на момент осмотра, стеклопакет размером № на № см, разбит, осколки стекла обнаружены с внутренней и наружной стороны двери. С внутренней стороны дверной проем оборудован металлическими рольставнями, которые на момент осмотра имеют повреждения на наружной поверхности, на высоте № см в виде вмятины диаметром № см, а также сколов краски. В ходе осмотра помещения торгового зала справа от входной двери обнаружен фрагмент кирпича, который изъят. На полу у входной двери обнаружены два фрагмента стекла со следом низа подошвы обуви, которые изъяты и упакованы &lt;данные изъяты&gt; По справке из ООО МКК «Быстрый город» следует, что стоимость сотового телефона Alcatel onetouch &lt;данные изъяты&gt; составляет &lt;данные изъяты&gt; рублей, конвектора механического термостата &lt;данные изъяты&gt;&lt;данные изъяты&gt; Вт, составляет &lt;данные изъяты&gt; рублей &lt;данные изъяты&gt; Из явки с повинной ФИО1 видно, что последний признается в совершении хищения из магазина, расположенного в &lt;адрес&gt; № &lt;данные изъяты&gt; Согласно акта ревизии следует, что похищены товаро - материальные ценности из магазина ИП ФИО2, на общую сумму &lt;данные изъяты&gt; рублей &lt;данные изъяты&gt; По протоколу выемки видно, что у ФИО1 изъяты серая вязаная шапка, полотенце голубое, мужские трусы, носки серые &lt;данные изъяты&gt; Из протокола выемки следует, что у свидетеля ФИО22 изъяты трусы женские &lt;данные изъяты&gt; штуки, сланцы резиновые (&lt;данные изъяты&gt; Согласно протокола осмотра места происшествия видно, что осмотру подвергались фрагмент кирпича темно - красного цвета, два осколка стекла, полимерный пакет &lt;данные изъяты&gt;&lt;данные изъяты&gt; По протоколу осмотра места происшествия следует, что осмотрена комната на втором этаже, &lt;адрес&gt; принадлежащая ФИО7, расположенная по &lt;адрес&gt; РБ. Дверь, закрывается на врезной замок &lt;данные изъяты&gt; Данные доказательства в совокупности, суд считает достаточными для признания ФИО1 виновным в совершении преступления, предусмотренном п. «б» ч. 2 ст. 158 УК РФ , в совершение тайного хищения чужого имущества (краже), с незаконным проникновением в помещение. Суд исключает из предъявленного обвинения ФИО1 квалифицирующий признак «с причинением значительного ущерба гражданину», так как ФИО2, является индивидуальным предпринимателем. 2 эпизод с ДД.ММ.ГГГГ на ДД.ММ.ГГГГ: Представитель потерпевшего ФИО3 показала, что точную дату она не помнит, ей позвонили с почтамта из села Минзитарово и сообщили о краже. Вместе с ФИО8 выехали, приехав, увидела, что окно помещения почтамта выходящее на улицу с левой стороны выбито. Они с ФИО8 провели ревизию товаров, причиненный ущерб составил &lt;данные изъяты&gt; рублей. Свидетель ФИО8 показала, что в &lt;данные изъяты&gt; часов ей позвонил начальник почтампта, сказал, что не может открыть дверь. Около &lt;данные изъяты&gt; часов она повторно позвонила и сообщила, что окно выставлено, вызвала сотрудников полиции, приехала следственная группа, дверь была закрыта изнутри на крючок, вскрыты посылки, недостача составила более &lt;данные изъяты&gt; рублей. Свидетель ФИО9 показала, что является заместителем начальника СО ОМВД России по &lt;адрес&gt; и ДД.ММ.ГГГГ на основании представленных материалов возбудила уголовное дело по п. «б» ч. 2 ст. 158 УК РФ , по факту проникновение в помещении ОПС Иглинского почтамта и похищения товаро - материальных ценностей, на сумму &lt;данные изъяты&gt; рублей, совершенных с ДД.ММ.ГГГГ на ДД.ММ.ГГГГ. Свидетель ФИО10 показал, что следователем расследовал уголовное дело в отношении ФИО1. Доказательствами его вины по факту кражи из Минзитаровского почтамта явились его явка с повинной, а также он произвел с участием ФИО1 проверку показаний на месте с участием последнего, составил об этом протокол. ФИО1 в присутствии понятых и защитника, самостоятельно, без какого - либо вмешательства, на месте, показал, как проник в помещение почтамта, что похитил, куда и как сложил, где спрятал похищенное. Все это отражено в протоколе проверки показаний на месте. Давление на подсудимого им и кем – либо в его присутствии не оказывалось. Свидетель ФИО11 показал, что участвовал в следственных действиях, в качестве понятого, в ходе проверки показаний на месте с участием ФИО1. В составе следственно - оперативной группы приехали в &lt;адрес&gt;, к зданию почтамта, где ФИО1 добровольно показал, как выставил окно и залез в помещение, совершил кражу из почтамта. Давление на него не оказывалось, показания давал добровольно. Свидетель защиты ФИО12 показал, что ФИО1 знает с детства, жили на одной &lt;адрес&gt;. Работает он в настоящее время сотрудником полиции в селе Красная &lt;адрес&gt;, в апреле месяце ДД.ММ.ГГГГ года он не приезжал в &lt;адрес&gt;, не мог и не видел ФИО1, о краже из почтамта ему ничего не известно. Свидетель защиты ФИО13 показал, что ФИО1 знает с весны ДД.ММ.ГГГГ года, вместе с ним работали по найму. ФИО1 жил в их квартире, около &lt;данные изъяты&gt; недель, начиная с середины апреля месяца, в это время он никуда не отлучался, вместе работали до конца апреля, вначале мая М. перестал работать и уехал. Свидетель защиты ФИО14 показал, что ФИО1 знает, вместе работали в городе Уфе, на стройке, в районе остановки «Дом печати», занимались отделочными работами. Проживали в одном общежитии, насколько помнит, ФИО1 проработал с ними примерно ДД.ММ.ГГГГ месяц. По ходатайству государственного обвинителя, с согласия сторон обвинения и защиты, оглашены показания свидетеля ФИО29 на предварительном следствии, где последний показал, что ДД.ММ.ГГГГ, был приглашен сотрудниками полиции участвовать, в качестве понятого, при проведении следственного действия «проверка показаний на месте» обвиняемого ФИО1. Ему и второму понятому были разъяснены права и обязанности и порядок производства следственного действия. ФИО1 свободно рассказывал о совершенном им преступлениях, никакого давления со стороны сотрудников полиции на него не оказывалось &lt;данные изъяты&gt; Вина подсудимого ФИО1 в совершение инкриминируемом ему деяние, во время судебного следствия подтвердилось также исследованными материалами дела. Так, согласно протокола осмотра места происшествия видно, что осмотрено здание ОПС Минзитаровский почтамп, которое расположенное на &lt;адрес&gt; РБ. Вход в здание осуществляется с восточной стороны, через деревянные двери. По периметру здания имеются окна. При входе на территорию, с торца здания на правом окне, размером &lt;данные изъяты&gt; метра отсутствует на одной ячейке, стекло размером &lt;данные изъяты&gt; см. На внутреннем окне отсутствует стекло. Каких - либо осколков не обнаружено. На передней раме имеются штапики. В нижней части здания на высоте &lt;данные изъяты&gt; метр, имеется выступ фундамента, на которой под окном имеются следы грязи и частички сухой травы, окно находится на уровне высоты &lt;данные изъяты&gt; метра от земли. На расстоянии &lt;данные изъяты&gt; метров в западной стороне от здания обнаружено стекло. От входа в здание, слева имеется входная дверь, ведущая в помещение, в данном помещение, слева имеется железная дверь архива сельсовета, справа металлическая дверь, ведущая в отделение почтамта. На момент осмотра дверь заперта на замок. На уровне замка и сердцевины имеются повреждения в виде отжима двери от косяка. При входе, в помещение почтамта размером &lt;данные изъяты&gt; метров, порядок в целом не нарушен &lt;данные изъяты&gt; Из явки с повинной ФИО1 следует, что последний признается, в совершение хищения из отделения почты России в селе Минзитарово, расположенного по &lt;адрес&gt;&lt;адрес&gt; Свидетель ФИО15 показал, что им отобрана явка с повинной у ФИО1, последний явку с повинной написал сам, собственноручно, какого-либо давления с его стороны и со стороны других сотрудников полиции в отношении ФИО1 не оказывалось, о чем изложил последний, в явке с повинной. По протоколу осмотра места происшествия видно, что осмотрен участок местности на краю лесного массива, на окраине села &lt;адрес&gt; участок местности находится на расстоянии &lt;данные изъяты&gt; метров к западу от &lt;адрес&gt; участок ровный, на месте растут деревья, вблизи проходит асфальтированная автодорога, на расстоянии &lt;данные изъяты&gt; метров к северу на автодороге имеется автобусная остановка, осматриваемое место было указано ФИО1, где он по его показаниям, спрятал похищенные вещи из ОПС Минзитаровский почтамт &lt;данные изъяты&gt; Из протокола проверки показаний на месте с участием ФИО1 следует, что подозреваемый ФИО1 показал, как он совершил кражу из ОПС Минзитаровский почтамп &lt;данные изъяты&gt; Оценивая приведенные доказательства в совокупности, суд находит подсудимого ФИО1 виновным в совершение преступления, предусмотренного п. «б» ч. 2 ст. 158 УК РФ , в совершение тайного хищения чужого имущества (краже), с незаконным проникновением в помещение. К доводам подсудимого ФИО1, что он не совершал кражу из ОПС Минзитаровский почтамта, суд относится критически, как способу защиты избранным подсудимым. Вместе с тем, вина подсудимого в ходе судебного следствия подтвердилось показаниями потерпевшей, которые согласуются с показаниями свидетелей: ФИО8, ФИО9, ФИО10, ФИО11, ФИО29, ФИО12, ФИО15, а также материалами уголовного дела: протоколами ОМП, явки с повинной ФИО1, протоколом проверки показаний на месте, не доверять которым у суда оснований не имеется. Показания свидетелей: ФИО13 и ФИО14 подтверждают показания подсудимого в части его работы в &lt;адрес&gt;, на стройке, во второй половине апреля месяца ДД.ММ.ГГГГ года, вместе с тем, подсудимому ФИО1 предъявлено обвинение и оно нашло свое подтверждение на суде, о событиях совершенной кражи подсудимым с ДД.ММ.ГГГГ на ДД.ММ.ГГГГ. К доводам подсудимого ФИО1 о том, что его явка взята с применением физического и психологического воздействия со стороны сотрудников полиции, и в его отношении при проведении проверки показаний на месте с его участием, оказывалось давления со стороны оперативных сотрудников, проверен судом во время судебного следствия, и оно не нашло своего подтверждения по следующим основаниям. Так, следователь ФИО9 возбудившая уголовное дело по факту кражи из Минзитаровского почтамта, как и следователь ФИО10 проводивший следственное действие проверку показаний на месте с участием ФИО1 отрицали какого либо давления на ФИО1 Допрошенные свидетели: ФИО11 и ФИО29, участвовавшие в качестве понятых не подтвердили факта давления на ФИО1 со стороны сотрудников полиции. Сотрудник полиции ФИО15 отобравший явку с повинной показал, что последняя написано собственноручно ФИО1, что также не отрицалось последним. 3 эпизод от ДД.ММ.ГГГГ: Так, потерпевший ФИО4 показал, что ДД.ММ.ГГГГ он с братом и ФИО1 находились дома, употребляли спиртное. Затем он решил сходить в магазин за продуктами, а его брат и ФИО1 остались дома. До этого на рынке, он купил куртку, джинсы, положил их в пакет, убрал в гараж. Через некоторое время решил показать купленные им вещи брату, но их на месте не оказалось. Свидетель ФИО16 показал, что ДД.ММ.ГГГГ, он совместно с братом и ФИО1 находились дома, выпивали спиртное. Его брат решил сходить в магазин за продуктами, дома остались он и ФИО1. Затем М. вышел, он подумал, что тот отправился к себе домой. Когда его брат вернулся с магазина, они увидели, что в гараже разбито окно, зайдя в гараж, увидели, что нет полиэтиленового пакета. Когда вернулся М. спросили у него, где куртка, М. сказал, что не знает. По ходатайству государственного обвинителя, с согласия сторон обвинения и защиты, оглашены показания свидетеля ФИО25 на предварительном следствии. Свидетель ФИО25 показала, что ДД.ММ.ГГГГ, примерно в &lt;данные изъяты&gt; часов к нему домой пришел М. с собой у него пакет, где находились черная мужская куртка, мужские джинсы синего цвета. С этим пакетом он зашел к ней домой, сам он был одет в другую куртку коричневого цвета и в темные штаны. Он у нее переоделся в вещи, которые принес, одел джинсы и куртку. М. передал ей документы, которые находились в небольшом прозрачном пакете, и попросил ее, их отнести Р. домой. После этого он ушел. Она пошла к Р. Р. не было, а был его брат Т. , и она ему отдала документы. После этого она пошла домой, спустя около &lt;данные изъяты&gt; минут, возле ее дома появился Р. , сказал, что его обворовали. Сказала, что приходил М. , Р. ушел домой &lt;данные изъяты&gt; Вина подсудимого ФИО1 в инкриминируемом ему деянии подтвердилось во время судебного следствия исследованными материалами дела. Так, согласно протокола осмотра места происшествия следует, что осмотрен участок &lt;адрес&gt;, расположенное по &lt;адрес&gt;, принадлежащее ФИО4 Вход осуществляется через калитку, на момент осмотра калитка в положении открыто, без видимых повреждений. Далее на участке расположен деревянный дом, на расстоянии &lt;данные изъяты&gt; метра от дома расположен бревенчатый сарай. С западной части дома (сарая) имеется окно без остекления. На момент осмотра окно прикрыто листами фанеры, дверь закрыто, без видимых повреждений. С правой стороны от сарая, имеется пристрой в виде хозяйственного блока, обшит листами железа. Вход осуществляется через дверь, которая открыта, внутри хозяйственного блока находятся различные предметы, порядок внутри нарушен. Далее на стенах висят различные полиэтиленовые пакеты. ФИО4 добровольно выдал коробку от похищенного сотового телефона марки «Siple F &lt;данные изъяты&gt;» и кассовый чек на приобретение телефона &lt;данные изъяты&gt; Из явки с повинной ФИО1 видно, что последний признается в совершении хищения из хозяйственного блока расположенного в &lt;адрес&gt;&lt;данные изъяты&gt; По протоколу выемки следует, что изъяты сотовый телефон JINGA F №, имей №, имей №, серийный номер: №, с сим картой МТС, и картой памяти на № GB Кингтон, мужская куртка черного цвета, мужские джинсы синего цвета, &lt;данные изъяты&gt; пара мужских ботинок &lt;данные изъяты&gt; Согласно справки выданной ИП ФИО30 видно, что стоимость зимней мужской куртки «FELIX FARZ» составляет &lt;данные изъяты&gt; рублей; мужских джинс ««DUKUPAI» составляет &lt;данные изъяты&gt; рублей; сотового телефона марки «JINGA Simple &lt;данные изъяты&gt;» составляет &lt;данные изъяты&gt; рублей, МИКРО CD карты КИНГСТОН на &lt;данные изъяты&gt; ГБ составляет &lt;данные изъяты&gt; рублей, сим карты МТС составляет &lt;данные изъяты&gt; рублей &lt;данные изъяты&gt; Оценивая приведенные доказательства, суд отмечает, что показания потерпевшего ФИО4 согласуются с показаниями свидетелей: ФИО16, ФИО25, все они последовательны, логичны и в совокупности с исследованными материалами дела: протоколами ОМП и выемки, явки с повинной ФИО1, справкой устанавливают одни и те же факты, изобличающие подсудимого. В связи, с чем суд пришел к выводу, что у потерпевшего и свидетелей нет оснований оговаривать подсудимого, и признает их показания достоверными и правдивыми. Таким образом, суд исходя из приведенных доказательств в совокупности, находит ФИО1 виновным в совершение преступления, предусмотренного п. «б» ч. 2 ст. 158 УК РФ , как совершение тайного хищения чужого имущества (краже), с незаконным проникновением в иное хранилище. К показаниям подсудимого ФИО1, что он не совершил кражу куртки и джинс, принадлежащих ФИО4, и его действия образуют лишь самоуправство, суд относится критически, как способу защиты, избранным подсудимым. Следовательно, доводы подсудимого о переквалификации его действий с п. «б» ч. 2 ст. 158 УК РФ на ч. 1 ст. 330 УК РФ , суд находит несостоятельным, по приведенным выше основаниям. Таким образом, совокупностью приведенных выше доказательств, которые дополняют друг друга и конкретизируют обстоятельства произошедших, вина ФИО1 в совершении инкриминируемых ему преступлений установлена в полном объеме. Суд, оценив совокупность представленных стороной обвинения доказательств, приходит к убеждению, что они полностью подтверждают, что ФИО1 виновен в совершение тайного хищения чужого имущества (краже), с незаконным проникновением в помещение по эпизоду от ДД.ММ.ГГГГ (потерпевшие: ИП ФИО2 и ООО МКК «Быстрый Город»), по п. «б» ч. 2 ст. 158 УК РФ ; в тайном хищении чужого имущества (краже), с незаконным проникновением в помещение, по эпизоду в период времени с ДД.ММ.ГГГГ по ДД.ММ.ГГГГ (потерпевший ОСП Иглинский почтампт), по п. «б» ч. 2 ст. 158 УК РФ ; в тайном хищении чужого имущества (краже), с незаконным проникновением в иное хранилище по эпизоду от ДД.ММ.ГГГГ (потерпевший ФИО4), по п. «б» ч. 2 ст. 158 УК РФ . Обсуждая вопрос об избрании вида и размера наказания, руководствуясь ст.ст. , 60 УК РФ , суд принимает во внимание в качестве обстоятельств, смягчающих наказание ФИО1, что он вину признал по &lt;данные изъяты&gt; эпизоду обвинения, в содеянном раскаялся, активно способствовал расследованию преступлений, обратился с явками с повинной по всем эпизодам обвинений (&lt;данные изъяты&gt; частично добровольно возместил материальный ущерб, причиненный преступлениями по &lt;данные изъяты&gt; эпизодам обвинений, состояние здоровья подсудимого. Кроме того, ФИО1 на учете врачей психиатра и нарколога не состоит, в быту характеризуется посредственно. Обстоятельством, отягчающим наказание подсудимого ФИО1 исходя из п. «а» ч. 1 ст. 63 УК РФ , суд признает рецидив преступлений. Учитывая необходимость соответствия характера и степени общественной опасности преступлений, обстоятельствам их совершения и личности виновного, руководствуясь принципом социальной справедливости, суд считает необходимым избрать ФИО1 наказание, связанное с изоляцией от общества, без ограничения свободы. Оснований для применения в отношении ФИО1 ч. 6 ст. , ст. , ч. 3 ст. , ст. 73 УК РФ судом не добыто. В соответствии с п. «в» ч. 1 ст. 58 УК РФ отбывание наказания ФИО1 суд определяет в исправительной колонии &lt;данные изъяты&gt; режима. Руководствуясь ст.ст. – 309 УПК РФ , суд ПРИГОВОРИЛ: Признать ФИО1 виновным в совершении преступлений, предусмотренных п. «б» ч. 2 ст. , п. «б» ч. 2 ст. , п. «б» ч. 2 ст. , УК РФ и назначить ему наказание в виде: - по п. «б» ч. 2 ст. 158 УК РФ по эпизоду от ДД.ММ.ГГГГ (потерпевшие: ИП ФИО2 и ООО МКК «Быстрый город») в виде &lt;данные изъяты&gt; лет лишения свободы, без ограничения свободы; - по п. «б» ч. 2 ст. 158 УК РФ по эпизоду с ДД.ММ.ГГГГ по ДД.ММ.ГГГГ (потерпевший ОСП Иглинский почтампт) в виде &lt;данные изъяты&gt; лет &lt;данные изъяты&gt; месяцев лишения свободы, без ограничения свободы; - по п. «б» ч. 2 ст. 158 УК РФ по эпизоду от ДД.ММ.ГГГГ (потерпевший ФИО4) в виде &lt;данные изъяты&gt; лет &lt;данные изъяты&gt; месяцев лишения свободы, без ограничения свободы. На основании ч. 2 ст. 69 УК РФ по совокупности преступлений, путем частичного сложения назначенных судом наказаний, ФИО1 окончательно определить наказание в виде &lt;данные изъяты&gt; лет лишения свободы, с отбыванием наказания в исправительной колонии &lt;данные изъяты&gt; режима, без ограничения свободы. Меру пресечения ФИО1 в виде заключения под стражей не изменять, до вступления приговора в законную силу содержать в &lt;данные изъяты&gt; Срок наказания исчислять с ДД.ММ.ГГГГ. Зачесть в срок отбытия наказания период нахождения ФИО1 под стражей с ДД.ММ.ГГГГ по ДД.ММ.ГГГГ. Вещественные доказательства: &lt;данные изъяты&gt; уничтожить по вступлению приговора в законную силу. Приговор может быть обжалован в апелляционном порядке в Верховный Суд РБ в течение 10 суток со дня провозглашения через Иглинский межрайонный суд РБ, а осужденным ФИО1 в тот же срок со дня вручения ему копии приговора. Осужденный ФИО1 вправе ходатайствовать о своем личном участии в рассмотрении дела судом апелляционной инстанции. Разъяснить осужденному ФИО1 право пригласить для участия в суде апелляционной инстанции адвоката (защитника) по своему выбору, отказаться от защитника, либо ходатайствовать о назначении другого защитника (ч. 4 ст. 16 УПК РФ ). Разъяснить, что в случае неявки приглашенного защитника в течение 5 суток, суд вправе предложить пригласить другого защитника, а случае отказа – принять меры по назначению защитника по своему усмотрению. Председательствующий судья Р.М. Хамидуллин Суд: Иглинский районный суд (Республика Башкортостан) (подробнее) Судьи дела: Хамидуллин Р.М. (судья) (подробнее) Последние документы по делу: Постановление от 6 июня 2018 г. по делу № 1-26/2018 Приговор от 4 июня 2018 г. по делу № 1-26/2018 Приговор от 27 мая 2018 г. по делу № 1-26/2018 Приговор от 21 мая 2018 г. по делу № 1-26/2018 Приговор от 7 мая 2018 г. по делу № 1-26/2018 Приговор от 7 мая 2018 г. по делу № 1-26/2018 Приговор от 2 мая 2018 г. по делу № 1-26/2018 Постановление от 26 февраля 2018 г. по делу № 1-26/2018 Постановление от 25 февраля 2018 г. по делу № 1-26/2018 Приговор от 15 февраля 2018 г. по делу № 1-26/2018 Приговор от 15 февраля 2018 г. по делу № 1-26/2018 Постановление от 12 февраля 2018 г. по делу № 1-26/2018 Приговор от 11 февраля 2018 г. по делу № 1-26/2018 Приговор от 6 февраля 2018 г. по делу № 1-26/2018 Приговор от 5 февраля 2018 г. по делу № 1-26/2018 Постановление от 5 февраля 2018 г. по делу № 1-26/2018 Приговор от 4 февраля 2018 г. по делу № 1-26/2018 Приговор от 4 февраля 2018 г. по делу № 1-26/2018 Приговор от 4 февраля 2018 г. по делу № 1-26/2018 Показать все документы по этому делу Судебная практика по: Самоуправство Судебная практика по применению нормы ст. 330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