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03 мая 2018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ДД.ММ.ГГГГ приговором Сыктывкарского городского суда Республики Коми по ст. ч.2 п. «г» УК РФ к 3 годам лишения свободы с отбыванием наказания в исправительной колонии строгого режима;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ДД.ММ.ГГГГ приговором мирового судьи Лесозаводского судебного участка &lt;адрес&gt; Республики Коми по ч.1 ст. 158 УК РФ , с применением ч.5 ст. 69 УК РФ , к 3 годам 3 месяцам лишения свободы с отбыванием наказания в исправительной колонии строгого режима. ДД.ММ.ГГГГ освобожден из мест лишения свободы по отбытии срока наказания, обвиняемого в совершении преступлений, предусмотренных ч.1 ст. 228.1 , ч.1 ст. 228 УК РФ , УСТАНОВИЛ: ФИО1 ДД.ММ.ГГГГ примерно в 16 часов 56 минут, находясь по адресу: &lt;адрес&gt;, пл. Восстания &lt;адрес&gt;, имея умысел на незаконный сбыт наркотических средств неограниченному кругу лиц, реализуя свой преступный умысел, направленный на незаконное обогащение, получил от Свидетель №1, действовавшего на законных основаниях при проведении оперативно-розыскных мероприятий - проверочной закупки, денежные средства в сумме 1 000 рублей. Затем, ФИО1, продолжая реализовывать свой преступный умысел, находясь по вышеуказанному адресу, передал и тем самым незаконно сбыл Свидетель №1 пачку из-под сигарет «LD club compact», внутри которой находился один полимерный пакет с замком фиксатором, внутри которого находилось порошкообразное вещество белого цвета, которое согласно заключению эксперта № от 09.10.2017г. ЭКЦ ГУ МВД России по &lt;адрес&gt;, содержит в своем составе вещество ?-пирролидиновалерофенон, которое является производным наркотического средства – N-метилэфедрон. Согласно копии справки об исследовании ОИНСиВЭ ЭКЦ ГУ МВД России по &lt;адрес&gt; № от 29.09.2017г. первоначальная масса (с учетом израсходованного на первоначальное исследование) вещества, содержащего в своем составе ?-пирролидиновалерофенон, которое является производным наркотического средства – N-метилэфедрон, составляла 0,04 г., Согласно постановлению Правительства РФ от ДД.ММ.ГГГГ № «Об утверждении значительного, крупного и особо крупного размеров наркотических средств и психотропных веществ, а так же значительного, крупного и особо крупного размеров для растений, содержащих наркотические средства и психотропные вещества, либо их частей, содержащих наркотические средства и психотропные вещества для целей статей , 228.1 , и 229.1 Уголовного кодекса Российской Федерации» оборот вышеуказанного наркотического средства в Российской Федерации запрещен, которое ФИО1 незаконно сбыл ДД.ММ.ГГГГ Свидетель №1 Он же, ФИО1, ДД.ММ.ГГГГ в 17 часов 15 минут, находясь около &lt;адрес&gt; по пл. Восстания в &lt;адрес&gt;, имея умысел на незаконное хранение наркотических средств в значительном размере, без цели сбыта, незаконно хранил при себе для личного употребления порошкообразное вещество белого цвета, когда был задержан сотрудниками полиции, после чего доставлен в ОП № Управления МВД России по &lt;адрес&gt;, расположенный по адресу: &lt;адрес&gt;, где в помещении дежурной части, в ходе личного досмотра в присутствии понятых у ФИО1 из левого кармана джинс, надетых на нем, был обнаружен и изъят полиэтиленовый пакет, внутри которого находилось порошкообразное вещество белого цвета, которое согласно заключению эксперта № от ДД.ММ.ГГГГ ЭКЦ ГУ МВД России по &lt;адрес&gt; содержит в своем составе вещество а-пирролидиновалерофенон, которое является производным наркотического средства N-метилэфедрон. Согласно справки об исследовании № от 29.09.2017г. ОИНСи ВЭ ЭКЦ ГУ МВД России по &lt;адрес&gt; первоначальная масса вещества составляла 0,43 гр., что является значительным размером данного вида наркотического средства, которое ФИО1 незаконно хранил при себе для личного употребления без цели сбыта. Подсудимый ФИО1 в судебном заседании свою вину в совершении вышеуказанных преступлений не признал полностью и пояснил, что ДД.ММ.ГГГГ по просьбе своего знакомого, фамилию и имя которого он не помнит, около рынка на пл. Восстания в &lt;адрес&gt; отдал Свидетель №1 пачку из-под сигарет, в которой находились раскрошенные таблетки, а взамен получил 1000 рублей, после чего подошли сотрудники полиции и задержали его, далее доставили в отдел полиции №, где ему сотрудники полиции подкинули в карман наркотики. Фамилии сотрудников полиции, которые подбросили ему наркотики, он не помнит. По поводу того, что ему подбросили наркотические средства, он с заявлением в компетентные органы не обращался. Сотрудники полиции в отношении него специальные средства не применяли, моральное и физическое давление на него не оказывали. Просит вынести в отношении него оправдательный приговор, так как он преступления не совершал. Несмотря на полное отрицание подсудимым ФИО1 своей вины, его вина в совершении вышеуказанных деяний полностью доказана совокупностью следующих доказательств: - по эпизоду незаконного сбыта наркотических средств: - показаниями ФИО1, данными им в качестве подозреваемого в присутствии защитника, после разъяснения ему положений ст. 51 Конституции РФ, а также процессуальных прав, предусмотренных ст. 46 УПК РФ , оглашенными в судебном заседании в порядке п. 1 ч. 1 ст. 276 УПК РФ , согласно которым ДД.ММ.ГГГГ он приехал в &lt;адрес&gt;, чтобы найти работу. ДД.ММ.ГГГГ утром в &lt;адрес&gt; он нашел полимерный сверток с порошкообразным веществом светлого цвета, как он понял, это была «соль», где именно он нашел данный пакетик он не помнит, так как он не знает города. ДД.ММ.ГГГГ на &lt;адрес&gt; он познакомился с мужчиной по имени ФИО4, а он ему представился Иваном. После чего он ФИО4 предложил приобрести у него наркотические средства «соль» за 1000 рублей. ФИО4 согласился и они договорились о встрече ДД.ММ.ГГГГ в 17:00 в &lt;адрес&gt; на площади Восстания рядом с павильоном «шаурма». ДД.ММ.ГГГГ примерно в 17 часов он пришел в условное место, где стоял выше указанный мужчина по имени ФИО4. Подойдя к ФИО4 он предложил ему приобрести у него наркотическое средство «соль» за 1000 рублей, ФИО4 согласился и передал ему деньги в сумме 1000 рублей и он передал ФИО4 пачку из-под сигарет «ЛД», внутри которой находился полимерный пакетик с наркотическим средством «соль». Потом они разошлись и к нему подошли сотрудники полиции, представились, показав свои служебные удостоверения. После чего его попросили сесть в служебный автомобиль. После этого его привезли в ДЧ ОП №, где в присутствии двух понятых обнаружили и изъяли из левого кармана джинс полимерный сверток с наркотическим средством «соль», которое он хранил для собственного употребления без цели сбыта и деньги в сумме 1000 рублей, которые он получил за продажу наркотических средств ФИО4. Данные деньги, полимерный пакетик с наркотическим средством «соль» были упакованы в полиэтиленовые пакеты и опечатаны пояснительными записками, на которых он и понятые расписались. Какого-либо физического или морального давления, на него со стороны сотрудников полиции не оказывалось, вину свою признает полностью в содеянном раскаивается. Наркозависящим себя он не считает, ввиду чего от прохождения наркологической экспертизы он отказывается (т.1 л.д. 105-107); - показаниями свидетеля Свидетель №1, данными в судебном заседании, согласно которым ДД.ММ.ГГГГ он принимал участие в качестве закупщика наркотических средств у ФИО3. ДД.ММ.ГГГГ Свидетель №1 познакомился с ФИО3 и в этот же день договорился с ним о приобретении ДД.ММ.ГГГГ наркотического средства «соль». В связи с тем, что Свидетель №1 является противником лиц, занимающихся распространением наркотических средств, он обратился в ОП-2 УМВД по &lt;адрес&gt;, где сообщил, что планируется сбыт наркотических средств, в связи с чем он дал свое согласие сотрудникам полиции на участие в ОРМ «проверочная закупка наркотических средств». В кабинете ОП-2 УМВД по &lt;адрес&gt;, в присутствии понятых, был произведен его личный досмотр, в ходе которого запрещенных предметов у него обнаружено не было, после чего ему выдали диктофон, на котором никаких записей не было, денежные средства в размере 1000 рублей одной купюрой, которая была отксерокопирована, и на которой все участвующие лица подставили свои подписи. Далее на служебном автомобиле, который был осмотрен и в результате составлен протокол, он, двое понятых и сотрудник полиции прибыли к месту, согласованному с ФИО3. Свидетель №1 вышел из автомобиля и подошел к рынку на пл. Восстания в &lt;адрес&gt;, где встретился с ФИО3 и передал ему 1000 рублей, а взамен от него получил пачку из-под сигарет, в которой находился полимерный пакет с наркотическим средством. После этого он вернулся в автомобиль, где находились сотрудник полиции и понятые, предъявил для обозрения приобретенное у Анущенкова вещество, потом он, понятые и сотрудник полиции вернулись в ОП-2, где он выдал диктофон, запись на котором была прослушана в присутствии участвующих лиц, далее диктофон был упакован, опечатан, все участвующие лица расписались, составлен протоколом, в котором все участвующие лица также расписались. Далее Свидетель №1 выдал пачку из-под сигарет «ЛД», в котором находилось порошкообразное вещество, которое он приобрел у ФИО3, это вещество и пачка из-под сигарет также были упакованы, опечатаны, составлен протокол, где все участвующие лица поставили свои подписи; - показаниями свидетеля Свидетель №2, данными в судебном заседании, согласно которым ДД.ММ.ГГГГ он принимал участие в качестве понятого при проведении ОРМ «Проверочная закупка наркотических средств», а именно принимал участие при личном досмотре лица, выступающего в качестве закупщика наркотических средств, в ходе досмотра закупщика запрещенных предметов у него обнаружено не было, после чего закупщику были выданы диктофон и денежные средства в размере 1000 рублей, которые были отксерокопированы, также были составлены соответствующие протоколы, в которых свои подписи поставили он, второй понятой, закупщик и сотрудник полиции. Далее Свидетель №2, второй понятой, закупщик и сотрудник полиции на автомобиле прибыли на пл. Восстания в &lt;адрес&gt;, где остановились недалеко от рынка, закупщик вышел из автомобиля, отошел в сторону и к нему подошел парень, они поговорили, после чего парень что-то передал закупщику, а последний в свою очередь передал ему денежные средства. После этого закупщик вернулся в автомобиль, где показал пачку от сигарет, в которой находился пакет, в котором находилось порошкообразное вещество белого цвета. Далее был составлен протокол, в котором расписались все участвующие лица. Далее Свидетель №2, второй понятой, закупщик и сотрудник полиции на автомобиле вернулись в отдел полиции №, где закупщик выдал диктофон и пакетик с порошкообразным веществом белого цвета, все было упаковано, обирковано, скреплено бирками и печатями, поставлены подписи. Далее он принимал участие в качестве понятого при личном досмотре ФИО3, в ходе которого был обнаружен пакетик с порошкообразным веществом и денежная купюра в размере 1000 рублей, при этом ФИО3 пояснил, что 1000 рублей он получил от лица, которому он продал наркотики, а обнаруженное наркотическое средство он хранил для личного употребления. Он полностью подтверждает показания, данные на предварительном следствии, так как ранее он помнил произошедшие события лучше; - показаниями свидетеля Свидетель №3, данными в ходе предварительного следствия, оглашенными в порядке ч.3 ст. 281 УПК РФ (т.1 л.д. 180-183) и подтвержденными свидетелем в судебном заседании, аналогичными показаниям свидетеля Свидетель №2, - показаниями свидетеля Свидетель №4, данными в судебном заседании, согласно которым 28.09.2017г. в отдел полиции обратился Свидетель №1, который сообщил о том, что молодой человек, с которым он познакомился накануне, предложил ему приобрести у него наркотическое средство за 1 000 рублей. Они договорились с ним о встрече по адресу: &lt;адрес&gt;, пл. Восстания &lt;адрес&gt; около ларька общественного питания. В связи с этим было проведено оперативно-розыскное мероприятие – «проверочная закупка наркотического средства». Свидетель №1, выступающему в роли закупщика наркотического средства, были выданы диктофон и 1000 рублей, которые были отксерокопированы, составлен соответствующий протокол, в котором расписались все участвующие лица. Далее на автомобиле они прибыли на пл. Восстания, 1, где Свидетель №1 вышел из автомобиля и направился на встречу с парнем, они встретились, парень передал Свидетель №1 пачку сигарет, а тот в свою очередь передал денежные средства, после этого Свидетель №1 вернулся в автомобиль и продемонстрировал пачку от сигарет, в которой находился полиэтиленовый пакет с порошкообразным веществом белого цвета. Далее гражданин, сбывший Свидетель №1 наркотические средства, был задержан и доставлен в отдел полиции, где был произведен личный досмотр ФИО3, у которого в левом кармане джинс был изъят пакетик с зип-замком с веществом белого цвета и купюра номиналом 1000 рублей. Все изъятое было упаковано и опечатано, все участвующие лица поставили свои подписи. Свидетель №4 ранее знаком с ФИО1 не был. Свидетель №4 или другие сотрудники полиции не оказывали на ФИО1 ни морального, ни физического воздействия, специальные средства к ФИО1 не применяли, наркотические средства ему не подбрасывали. Он полностью подтверждает показания, данные на предварительном следствии, так как ранее он помнил произошедшие события лучше; - показаниями свидетеля Свидетель №5, данными в ходе предварительного следствия, оглашенными в порядке ч.3 ст. 281 УПК РФ (т.1 л.д. 184-187) и подтвержденными свидетелем в судебном заседании, аналогичными показаниям свидетеля Свидетель №4; - протоколом об административном задержании от ДД.ММ.ГГГГ №, согласно которому в дежурной части ОП № УМВД России по &lt;адрес&gt; был произведен личный досмотр, в ходе которого у ФИО1 ил левого кармана джинсовых брюк была обнаружена и изъята денежная купюра, достоинством 1000 рублей номер ЬО 4500736, которая перед проведением ОРМ «проверочная закупка» была передана закупщику Свидетель №1 (т 1 л.д. 6); - рапортом начальника ОКОН ОП № Управления МВД России по &lt;адрес&gt; об обнаружении признаков преступления от 28.09.2017г., согласно которого 28.09.2017г. примерно в 16 часов 50 минут, в ходе реализации оперативной информации за совершение административного правонарушения, предусмотренного ст. 6.8 КРФобАП в &lt;адрес&gt; в районе &lt;адрес&gt; был задержан мужчина, который представляясь именем «Иван», примерно в 16 часов 56 минут 28.09.2017г. около павильона общественного питания, расположенного по адресу: &lt;адрес&gt;, пл. Восстания &lt;адрес&gt;, сбыл одну пачку из-под сигарет «LD club compact», в которой находился один полимерный пакетик, внутри которого находилось порошкообразное вещество светлого цвета, за 1000 рублей Свидетель №1, ДД.ММ.ГГГГ года рождения, проживающего по адресу: &lt;адрес&gt;, выступающему в роли закупщика наркотического средства в ходе проведения оперативно-розыскного мероприятия «проверочная закупка». При доставлении данного мужчины в дежурную часть ОП № УМВД России по &lt;адрес&gt; было установлено, что мужчина, представляющийся именем «Иван» является ФИО2, ДД.ММ.ГГГГ года рождения, уроженец &lt;адрес&gt;, проживающий по адресу: &lt;адрес&gt;, ДНТ «Радуга», &lt;адрес&gt;, холост, ранее неоднократно судим. Вышеуказанная пачка из-под сигарет с полимерным пакетиком, внутри которого находилось порошкообразное вещество светлого цвета была выдана добровольно Свидетель №1, после чего помещена в полимерный пакет, горловина которого была обвязана нитью и опечатана пояснительной биркой, на которой расписались участвующие лица и направлена в ЭКЦ ГУ МВД России по &lt;адрес&gt; (т.1 л.д. 68); - постановлением о проведении оперативно-розыскного мероприятия «наблюдение» от ДД.ММ.ГГГГ года, согласно которому в связи с поступившей информацией о том, что неустановленный мужчина по имени «Иван» сбывает наркотическое средство – «соль» в &lt;адрес&gt; – на пл. Восстания, было принято решение о проведении оперативно-розыскного мероприятия «наблюдение» за процессом проведения оперативно-розыскного мероприятия «проверочная закупка» наркотического средства в отношении неустановленного лица по имени «Иван» (т. 1 л.д. 71); - постановлением о проведении оперативно-розыскного мероприятия «проверочная закупка» от ДД.ММ.ГГГГ года, согласно которому в связи с поступившей информацией о том, что неустановленный мужчина по имени «Иван» сбывает наркотическое средство – «соль» в &lt;адрес&gt; – пл. Восстания, по цене 1000 рублей, было принято решение о проведении оперативно-розыскного мероприятия «проверочная закупка» наркотического средства в отношении неустановленного мужчины по имени «Иван», для чего начальнику ОКОН ОП № УМВД России по &lt;адрес&gt; майору полиции Свидетель №5 выданы денежные средства в сумме 1000 рублей (т. 1 л.д. 72); - протоколом досмотра от ДД.ММ.ГГГГ года, согласно которому перед проведением оперативно-розыскного мероприятия «проверочная закупка» наркотического средства – «соль» у мужчины по имени «Иван» был досмотрен Свидетель №1, у которого предметов и веществ, ограниченных или запрещенных к свободному гражданскому обороту обнаружено не было (т. 1 л.д. 73); - протоколом пометки, выдачи и осмотра денежных средств от ДД.ММ.ГГГГ, согласно которому в рамках ОРМ «проверочная закупка» в присутствии понятых была осмотрена денежная купюра достоинством 1000 рублей номер ЬО 4500736, которая после осмотра и регистрации передана закупщику Свидетель №1 для приобретения наркотического средства в рамках «проверочной закупки» (т 1 л.д. 74-75, 76); - протоколом осмотра и вручения специальных средств от ДД.ММ.ГГГГ года, согласно которому в присутствии понятых был осмотрен и прослушан диктофон «Olympus» модель VN-711РС, на котором отсутствовали какие-либо записи, который был передан Свидетель №1 для фиксации разговоров между ним и мужчиной по имени «Иван» в рамках оперативно-розыскного мероприятия «проверочная закупка» (т.1 л.д. 77); - протоколом досмотра автомобиля перед проведением оперативно-розыскных мероприятий от ДД.ММ.ГГГГ, согласно которому был досмотрен автомобиль KIA «RIO» государственный номер &lt;***&gt; регион, белого цвета. Досмотром установлено, что в указанном автомобиле каких-либо запрещенных к свободному обороту предметов и веществ, в том числе наркотических, а также денежных средств, нет (т.1 л.д. 78); - актом наблюдения от 28.09.2017г., согласно которого в дневное время, при естественном освещении на расстоянии 4-6 метров, наблюдение проводилось через лобовое стекло автомобиля «KIA RIO» государственный регистрационный знак &lt;***&gt; регион. В ходе которого была установлена передача наркотического средства – N-метилэфедрон, ФИО1 Свидетель №1 за сумму 1 000 рублей, последний выступал закупщиком при проведении ОРМ – «проверочная закупка (т.1 л.д. 79-80); - протоколом досмотра автомобиля от ДД.ММ.ГГГГ года, согласно которому после проведения оперативно-розыскного мероприятия «проверочная закупка» был осмотрен автомобиль KIA «RIO» государственный номер &lt;***&gt; регион, белого цвета, предметов и веществ, ограниченных или запрещенных к гражданскому обороту в автомобиле обнаружено не было (т.1 л.д. 81); - протоколом изъятия специальных средств от ДД.ММ.ГГГГ года, согласно которому после проведения оперативно-розыскного мероприятия «проверочная закупка» у Свидетель №1 был изъят диктофон «Olympus» модель VN-711РС с аудио записью разговора (т.1 л.д. 82); - протоколом досмотра от ДД.ММ.ГГГГ, согласно которому после проведения оперативно-розыскного мероприятия «проверочная закупка», в присутствии понятых, был произведен досмотр Свидетель №1, в ходе которого он добровольно выдал одну пачку из-под сигарет «LD club compact», в которой находился один полимерный пакет с порошкообразным веществом светлого цвета, пояснив, что в данном полимерном пакетике находится наркотическое средство «соль», которое он приобрел за 1000 рублей в рамках ОРМ «проверочная закупка» у мужчины по имени «Иван» возле павильона на пл. Восстания, 1 в &lt;адрес&gt; (т1 л.д. 83); - справкой об исследовании № от 29.09.2017г, согласно которой порошкообразное вещество белого цвета массой 0,04 г., добровольно выданное Свидетель №1 в ходе проведения ОРМ «проверочная закупка» 28.09.2017г., содержит в своем составе вещество – ?-пирролидиновалерофенон, которое является производным наркотического средства – N-метилэфедрон (т.1 л.д. 90-91); - заключением эксперта № от 09.10.2017г., согласно которого, представленное на экспертизу порошкообразное вещество белого цвета массой 0,03 г., в прозрачном бесцветном полимерном пакетике с замком-фиксатором, находящимся в пачке из-под сигарет «LD club compact», изъятой у Свидетель №1, участвующего на законных основаниях в проведении ОРМ «проверочная закупка», в ходе досмотра ДД.ММ.ГГГГ в кабинете № по &lt;адрес&gt; в &lt;адрес&gt;, содержит в своем составе вещество – ?-пирролидиновалерофенон, которое является производным наркотического средства – N-метилэфедрон. Согласно копии справки об исследовании ОИНСиВЭ ЭКЦ ГУ МВД России по &lt;адрес&gt; № от 29.09.2017г. первоначальная масса (с учетом израсходованного на первоначальное исследование) вещества, изъятого у Свидетель №1, участвовавшего на законных основаниях в проведении ОРМ «проверочная закупка» в ходе досмотра 28.09.2017г. в каб. 1 на &lt;адрес&gt; в &lt;адрес&gt;, содержащего в своем составе вещество – ?-пирролидиновалерофенон, составляла 0,04 г. (т.1 л.д. 123-126); - протоколом осмотра предметов от 30.10.2017г.: диск «Verbatim» DVD+ RW 4.7 GB Go 16x speed vitesse 120 min с видеозаписью ОРМ «проверочная закупка», проводимая в отношении ФИО1(т.1 л.д. 140-141); - постановлениями о признании и приобщении к уголовному делу вещественных доказательств от 30.10.2017г. и от 31.10.2017г. (т.1 л.д. 142-143, 151-152, 157-158, 170-171); - протоколом осмотра и прослушивания фонограммы от 30.10.2017г.: диск «Verbatim» DVD+ RW 4.7 GB Go 16x speed vitesse 120 min с аудиозаписью с ОРМ «проверочная закупка», проводимая в отношении ФИО1 (т.1 л.д. 145-150); - протоколом осмотра предметов от 31.10.2017г.: полимерный пакет «файл», горловина которого обвязана нитью черного цвета, свободные концы которой оклеены бумажной биркой, на которой имеется оттиск круглой печати ««27» ОИНСиВЭ ЭКЦ ГУ МВД России по &lt;адрес&gt;, пояснительная надпись, читаемая как: «К заключению эксперта № от ДД.ММ.ГГГГ для ОП № СУ УМВД России по &lt;адрес&gt; уг.&lt;адрес&gt; PVP-0,03 г. израсход. 0,01 &lt;адрес&gt; – 0,02 г ст. эксперт ЭКЦ ГУ МВД России по РО подпись: (подпись) ФИО7 С.С.». На момент осмотра целостность пакета не нарушена. Доступа к содержимому без нарушения упаковки нет. При вскрытии пакета в нем обнаружено: - сложенный вдвое фрагмент листа бумаги белого цвета (бирка). На поверхности бирки имеются оттиски круглой печати «№» ОП № УМВД России по &lt;адрес&gt;, подписи участвующих лиц и пояснительный текст, читаемый как: «ДД.ММ.ГГГГ гр. Свидетель №1 добровольно выдал пачку из-под сигарет LD, в которой находится полимерный пакетик с замком фиксатором с порошкообразным веществом светлого цвета (подпись) Понятые: 1 (подпись) 2 (подпись) Составил (подпись)»; - пачка из-под сигарет «LD club compact», в которой находится прозрачный бесцветный полимерный пакетик с «замком-фиксатором», содержащий порошкообразное вещество белого цвета массой 0,03 г. (объект исследования) (т.1 л.д. 157); - протоколом осмотра предметов от 31.10.2017г.: билет банка России достоинством 1000 рублей (т.1 л.д. 167-169); - вещественными доказательствами (т.1 л.д. 144, 153, 160, 172). - по эпизоду незаконного хранения без цели сбыта наркотических средств, в значительном размере: - показаниями ФИО1 в качестве подозреваемого, данными в присутствии защитника, после разъяснения положений ст. 51 Конституции РФ и процессуальных прав, предусмотренных ст. 46 УПК РФ , оглашенными в судебном заседании в порядке п. 1 ч. 1 ст. 276 УПК РФ , согласно которым ДД.ММ.ГГГГ он приехал в &lt;адрес&gt;, чтобы найти работу. ДД.ММ.ГГГГ утром, находясь в &lt;адрес&gt;, он нашел полимерный сверток с порошкообразным веществом светлого цвета «соль», где именно он нашел данный пакетик он не помнит, так как он не знает &lt;адрес&gt;. ДД.ММ.ГГГГ на &lt;адрес&gt; он познакомился с мужчиной по имени ФИО4, ему он представился Иваном. После чего, он предложил ФИО4 приобрести у него наркотическое средство соль за 1 000 рублей, ФИО4 согласился, и они договорились о встрече ДД.ММ.ГГГГ в 17 часов 00 минут в &lt;адрес&gt; на пл. Восстания, рядом с павильоном «шаурма». ДД.ММ.ГГГГ примерно в 17 часов 00 минут он пришел в условное место, где стоял мужчина по имени ФИО4. Подойдя к ФИО4, он предложил ему приобрести у него наркотическое средство соль за 1 000 рублей, ФИО4 согласился и передал ему денежные средства в сумме 1000 рублей, он передал ФИО4 пачку из-под сигарет «ЛД», внутри которой находился полимерный пакетик с наркотическим средством соль. Потом они разошлись, к нему подошли сотрудники полиции, которые представились сотрудникам полиции, после чего ему предложили проехать в ОП № УМВД России по &lt;адрес&gt;, на что он ответил согласием. По прибытию, его провели в ДЧ ОП № УМВД России по &lt;адрес&gt;, где в присутствии понятых был проведен личный досмотр, в ходе которого обнаружен и изъят из левого кармана джинс полимерный свёрток с наркотическим средством, которое он хранил для личного употребления без цели сбыта, а также денежные средства в сумме 1 000 рублей, которые он получил за продажу наркотических средств. Наркотическое средство было изъято и упаковано в полиэтиленовый пакетик, после чего опечатано биркой, на которой расписались все участвующие лица. Денежные средства были также изъяты и упакованы. Более по данному факту ему пояснить нечего. Вину признает в полном объеме. Подозреваемому для обозрения предъявлены материалы первоначальной проверки, находящиеся в материалах уголовного дела в отношении него, а так же справка об исследовании № от ДД.ММ.ГГГГ. На вопрос следователя о том, собирается ли он оспаривать уже имеющиеся доказательства его вины, а также согласен ли он с выводами эксперта, имеющимися в справке об исследовании № от ДД.ММ.ГГГГ, и будет ли он настаивать на проведении экспертизы, подозреваемый пояснил, что доказательства его вины, которые уже добыты, либо будут добыты в ходе расследования уголовного дела оспаривать не собирается. С выводами эксперта, имеющимися в справке об исследовании № от ДД.ММ.ГГГГ, согласен, о проведении судебной экспертизы ходатайствовать не собирается (т.1 л.д. 36-40); - показаниями свидетеля Свидетель №2, данными в судебном заседании, согласно которым ДД.ММ.ГГГГ он принимал участие в качестве понятого при личном досмотре ФИО3, в ходе которого был обнаружен пакетик с порошкообразным веществом и денежная купюра в размере 1000 рублей, при этом ФИО3 пояснил, что 1000 рублей он получил от лица, которому он продал наркотики, а обнаруженное наркотическое средство он хранил для личного употребления. Он полностью подтверждает показания, данные на предварительном следствии, так как ранее он помнил произошедшие события лучше; - показаниями свидетеля Свидетель №3, данными в ходе предварительного следствия, оглашенными в порядке ч.3 ст. 281 УПК РФ (т.1 л.д. 180-183) и подтвержденными свидетелем в судебном заседании, аналогичными показаниям свидетеля Свидетель №2, - показаниями свидетеля Свидетель №4, данными в судебном заседании, согласно которым ДД.ММ.ГГГГ он принимал участие в задержании ФИО1, который в последствии был доставлен в отдел полиции, где был произведен его личный досмотр, в ходе которого у ФИО1 в левом кармане джинс был изъят пакетик с зип-замком с веществом белого цвета и купюра номиналом 1000 рублей. Все изъятое было упаковано и опечатано, все участвующие лица поставили свои подписи. Свидетель №4 или другие сотрудники полиции не оказывали на ФИО1 ни морального, ни физического воздействия, специальные средства к ФИО1 не применяли, наркотические средства ему не подбрасывали. Он полностью подтверждает показания, данные на предварительном следствии, так как ранее он помнил произошедшие события лучше; - показаниями свидетеля Свидетель №5, данными в ходе предварительного следствия, оглашенными в порядке ч.3 ст. 281 УПК РФ (т.1 л.д. 184-187) и подтвержденными свидетелем в судебном заседании, аналогичными показаниям свидетеля Свидетель №4; - рапортом о/у ОКОН ОП-2 УМВД России по &lt;адрес&gt; Свидетель №4 об обнаружении признаков преступления от 28.09.2017г., согласно которого 28.09.2017г. в 17 часов 15 минут у &lt;адрес&gt; по пл. Восстания в &lt;адрес&gt; был задержан и доставлен в ОП № УМВД России по &lt;адрес&gt; ФИО1, ДД.ММ.ГГГГ года рождения, у которого в ходе личного досмотра из левого кармана, надетых на нем джинс был обнаружен и изъят полимерный пакетик, внутри которого находилось порошкообразное вещество светлого цвета и денежные средства в размере 1000 рублей. Изъятое было упаковано в разные полимерные пакеты, которые были обвязаны нитью и опечатаны пояснительной биркой, на которых расписались понятые и ФИО1 После чего порошкообразное вещество было направлено на исследование в ЭКЦ ГУ МВД России по &lt;адрес&gt; (т.1 л.д. 4); - протоколом об административном задержании от ДД.ММ.ГГГГ №, согласно которому в дежурной части ОП № УМВД России по &lt;адрес&gt; был произведен личный досмотр, в ходе которого у ФИО1 из левого кармана джинсовых брюк был обнаружен и изъят полиэтиленовый пакетик с замком-фиксатором, в котором находилось порошкообразное вещество белого цвета (т 1 л.д. 6); - справкой об исследовании № от 29.09.2017г., согласно которой порошкообразное вещество белого цвета массой 0,43 г., изъятое 28.09.2017г. в ходе личного досмотра ФИО1, содержит в своем составе вещество – ?-пирролидиновалерофенон, которое является производным наркотического средства – N-метилэфедрон (т.1 л.д. 14-15); - заключением эксперта № от 12.10.2017г., согласно которого, порошкообразное вещество белого цвета массой 0,42 г., изъятое 28.09.2017г. в ходе личного досмотра ФИО2, содержит в своем составе вещество – ?-пирролидиновалерофенон, которое является производным наркотического средства N-метилэфедрон. ?-пирролидиновалерофенон изготавливают путем лабораторного органического синтеза. Согласно копии справки об исследовании ОИНСиВЭ ЭКЦ ГУ МВД России по &lt;адрес&gt; № от 29.09.2017г. первоначальная масса (с учетом израсходованного на первоначальное исследование) порошкообразного вещества составляла 0,43 г. (т.1 л.д. 48-51); - протоколом осмотра предметов от 30.10.2017г.: диск «Verbatim» DVD+ RW 4.7 GB Go 16x speed vitesse 120 min с видеозаписью личного досмотра ФИО1 (л.д. 135-136); - протоколом осмотра предметов от 31.10.2017г.: осмотрены полимерный пакет «файл», горловина которого обвязана нитью черного цвета, свободные концы которой оклеены бумажной биркой, на которой имеется оттиск круглой печати ««27»» ОИНСиВЭ ЭКЦ ГУ МВД России по &lt;адрес&gt; пояснительная надпись, читаемая как: «К заключению эксперта № от ДД.ММ.ГГГГ для ОП № УМВД России по &lt;адрес&gt; у.&lt;адрес&gt; PVP-0,42 г. израсход. 0,01 &lt;адрес&gt; – 0,41 г ст. эксперт ЭКЦ ГУ МВД России по РО подпись: (подпись) ФИО7 С.С.». На момент осмотра целостность пакета не нарушена. Доступа к содержимому без нарушения упаковки нет. При вскрытии пакета в нем обнаружено: - сложенный вдвое фрагмент листа бумаги белого цвета (бирка). На поверхности бирки имеются оттиски круглой печати «№» ОП № УМВД России по &lt;адрес&gt;, подписи участвующих лиц и пояснительный текст, читаемый как: «ДД.ММ.ГГГГ при личном досмотре гр. ФИО1 обнаружен и изъял из левого кармана джинс полимерный пакетик с замком фиксатором с порошкообразным веществом светлого цвета (подпись) Понятые: 1 (подпись) 2 (подпись) Составил (подпись)»; - прозрачный бесцветный полимерный пакетик с «замком-фиксатором», содержащий порошкообразное вещество белого цвета массой 0,41 г. (т.1 л.д. 161-163); - постановлениями о признании и приобщении к уголовному делу вещественных доказательств от ДД.ММ.ГГГГ и от 31.10.2017г. (т.1 л.д. 164-165, 137-138); - вещественными доказательствами (т.1 л.д. 139, 166). Оценив последовательно собранные по делу доказательства, поэпизодно, исследованные в ходе судебного следствия, которые приведены выше, как в их совокупности, так и каждое отдельно, суд приходит к убеждению о доказанности вины подсудимого ФИО1 в совершении преступлений, изложенных в описательно-мотивировочной части настоящего приговора. Вышеперечисленные доказательства соответствуют требованиям относимости, допустимости, достоверности и достаточности. В судебном заседании подсудимый ФИО1 пояснил, что ДД.ММ.ГГГГ он по просьбе своего знакомого, фамилию и имя которого не помнит, около рынка на пл. Восстания в &lt;адрес&gt; отдал Свидетель №1 пачку из-под сигарет, в которой находились раскрошенные таблетки, а взамен получил 1000 рублей, после чего подошли сотрудники полиции и задержали его, далее доставили в отдел полиции №, где ему сотрудники полиции подкинули в карман наркотики. Фамилии сотрудников полиции, которые подбросили ему наркотики, он не помнит. Однако в ходе предварительного следствия ФИО1 не отрицал своей вины в совершении незаконного сбыта наркотических средств Свидетель №1 и давал показания, которые полностью согласуются с показаниями самого Свидетель №1, с показаниями оперативных сотрудников Свидетель №4 и Свидетель №5, а также понятых Свидетель №2 и Свидетель №3, результатами оперативно-розыскных мероприятий «проверочная закупка» и «наблюдение», а также с видеозаписью хода «проверочной закупки», на которой запечатлен момент передачи ФИО1 закупщику Свидетель №1 наркотического средства и передачи Свидетель №1 подсудимому ФИО1 денежных средств. Как следует из протокола допроса в качестве подозреваемого, ФИО1 давал показания в присутствии защитника, после разъяснения ему положений ст. 51 Конституции РФ и процессуальных прав подозреваемого, принадлежность ему подписей в протоколе допроса ФИО1 в судебном заседании не отрицал. Также, оценивая показания ФИО1, суд отмечает, что подсудимый в правоохранительные органы с заявлением либо жалобой на действия сотрудников полиции не обращался, а в судебном заседании объяснить причину, по которой он этого не сделал, пояснить не смог. Также при выполнении требований ст. 217 УПК РФ после ознакомления со всеми материалами уголовного дела совместно с защитником, от ФИО1 каких-либо замечаний, ходатайств не последовало. Учитывая все изложенное, суд полагает, что более достоверные показания ФИО1 давал в ходе предварительного следствия, поскольку именно они согласуются с другими доказательствами по делу, а изменение им в суде своих показаний расценивает как способ защиты и нежелание нести уголовную ответственность за тяжкое преступление. В соответствии с Федеральным законом от ДД.ММ.ГГГГ № 144-ФЗ «Об оперативно-розыскной деятельности» сотрудники правоохранительных органов имеют право в рамках оперативно-розыскной деятельности проводить закупки, в том числе и для выявления лиц, занимающихся незаконным оборотом наркотических средств, психотропных веществ или их аналогов. Как видно из материалов дела, ДД.ММ.ГГГГ сотрудники правоохранительных органов действовали законно, объем и характер их действий в отношении подсудимого определялся задачами, которые были сформулированы перед ними постановлениями о проведении оперативно-розыскных мероприятий «проверочная закупка» и «наблюдение». Таким образом, суд полагает установленными как сам факт незаконного сбыта наркотического средства ФИО1 Свидетель №1 за денежное вознаграждение, так и то, что умысел ФИО1 на сбыт наркотических средств был сформирован независимо от деятельности сотрудников правоохранительных органов. Данные доказательства являются допустимыми, достоверными и принимаются судом, а их совокупность суд находит достаточной для достоверного вывода о виновности подсудимого в совершении деяний, изложенных в описательно-мотивировочной части данного приговора. У суда не имеется оснований считать, что вышеуказанные свидетели оговаривают подсудимого, поскольку они были предупреждены об уголовной ответственности за дачу заведомо ложных показаний, в связи с чем суд признает их показания правдивыми и допустимыми доказательствами, и при вынесении настоящего приговора основывается на указанных показаниях как на бесспорных. Оценивая показания свидетелей обвинения Свидетель №1, Свидетель №2, Свидетель №3, Свидетель №4 и Свидетель №5 у суда нет оснований сомневаться в их достоверности, так как ранее они с подсудимым ФИО1 знакомы не были, неприязненных и конфликтных отношений не имели, суд не может их считать лицами, заинтересованными в исходе дела. Показания свидетелей последовательны, логичны, не противоречат и дополняют друг друга, соответствуют обстоятельствам дела, а кроме того, подтверждаются и другими доказательствами по делу, создавая целостную картину происшедшего. Причин оговаривать ФИО1 у них суд не усматривает. В показаниях свидетелей Свидетель №1, Свидетель №2, Свидетель №3, Свидетель №4 и Свидетель №5 не имеется противоречий, которые могли бы существенно повлиять на доказанность вины подсудимого, либо квалификацию его действий. Показания указанных выше лиц не противоречат исследованным в судебном заседании письменным источникам доказательств, а поэтому оснований подвергать их сомнению суд не находит. Учитывая изложенное, суд не ставит под сомнение достоверность показаний вышеуказанных свидетелей, не находит нарушений требований уголовно-процессуального закона, а потому считает необходимым положить показания указанных лиц в основу приговора. У суда не имеется оснований сомневаться в правильности выводов экспертов, проводивших химические экспертизы в их профессионализме и добросовестности. Заключения экспертов, в которых содержатся вышеприведенные выводы, составлены с соблюдением требований закона, уполномоченными лицами, предупрежденными об уголовной ответственности по ст. 307 УК РФ за дачу заведомо ложного заключения. Кроме того, каких-либо данных о наличии существенных нарушений при назначении экспертиз и их проведении, дающих безусловные основания для признания их заключений недопустимыми доказательствами, материалы дела не содержат, не представлены такие данные и стороной защиты. Личный досмотр ФИО1 проводился в соответствии с требованиями административного законодательства, поскольку он был задержан за совершение административного правонарушения, в ходе которого был досмотрен в присутствии понятых того же пола. При этом каких-либо возражений либо замечаний от участвующих лиц, в том числе самого ФИО1 не поступило. Данный протокол является иным доказательством, который составлен в соответствии с требованиями Кодекса РФ об административных правонарушениях, оснований для признания его недопустимым доказательством по уголовному делу не имеется. Протокол об административном задержании ФИО1 полностью отвечает критериям относимости, допустимости и достоверности доказательств. Позиция подсудимого ФИО1 о том, что наркотическое средство – «соль», которое было обнаружено у него в ходе личного досмотра, ему не принадлежит, а было подброшено сотрудниками полиции, опровергается показаниями оперативных сотрудников Свидетель №4 и Свидетель №5, которые пояснили, что во время исполнения ими своих служебных обязанностей они задержали и доставили ФИО1 в дежурную часть отдела полиции № по подозрению в его причастности к незаконному обороту наркотических средств. После доставления ФИО1 в отдел полиции, у него был произведен при понятых личный досмотр, в ходе которого у ФИО1 было обнаружено порошкообразное вещество белого цвета, после исследования которого было установлено, что это наркотическое средство. Факт обнаружения и изъятия у ФИО1 в ходе его личного досмотра наркотического средства нашел свое надлежащее отражение в протоколе об административном задержании от ДД.ММ.ГГГГ. Протокол составлен в соответствии с требованиями закона, в нем полно отражены результаты личного досмотра ФИО5, протокол подписан двумя понятыми, присутствовавшими при личном досмотре, какие-либо замечания от ФИО5 в протоколе не зафиксированы. Все изъятое в ходе личного досмотра было надлежащим образом упаковано, обирковано, бирки содержат подписи понятых. Помимо этого, обстоятельства проведения личного досмотра ФИО1 зафиксированы на видеозаписи, которая приобщена к материалам уголовного дела в качестве вещественных доказательств. По эпизоду незаконного хранения наркотических средств без цели сбыта, в значительном размере, суд также учитывает именно те показания ФИО1, которые были даны им в ходе предварительного следствия в качестве подозреваемого, поскольку они согласуются с другими доказательствами по делу. В судебном заседании ФИО1 не отрицал того обстоятельства, что подписи в протоколе его допроса в качестве подозреваемого по данному эпизоду принадлежат ему. Материалы дела не содержат данных о том, что кто-либо из вышеуказанных свидетелей имел основания оговаривать подсудимого, не установлены такие данные и в ходе судебного следствия. Принимая во внимание вышеизложенное, суд критические оценивает показания подсудимого ФИО1 в судебном заседании, отмечает их как избранный защитой способ защиты, и не принимает их во внимание. Таким образом, суд полагает, что вина подсудимого в совершении вышеуказанных деяний доказана полностью. При решении вопроса о квалификации действий подсудимого по ч.1 ст. 228 УК РФ суд приходит к выводу о необходимости исключить из его обвинения квалифицирующий признак «незаконное приобретение», поскольку данный признак подлежит доказыванию, однако, в ходе предварительного расследования не были точно установлены обстоятельства совершения данного преступления, а именно точные дата и время приобретения ФИО1 обнаруженного у него в ходе личного досмотра наркотического средства, не установлены они и в ходе судебного разбирательства по делу, в то время как в силу требований ст. 73 УПК РФ они подлежат обязательному доказыванию. Таким образом, считая вину подсудимого ФИО1 полностью доказанной, суд квалифицирует его действия: - по ч. 1 ст. 228.1 УК РФ , как незаконный сбыт наркотических средств; - по ч. 1 ст. 228 УК РФ , как незаконное хранение без цели сбыта наркотических средств, в значительном размере. При назначении ФИО1 наказания суд учитывает характер и степень общественной опасности совершенных преступлений, данные о личности подсудимого, влияние назначенного наказания на исправление подсудимого и на условия жизни его семьи. В качестве данных о личности суд учитывает, что ФИО1 является гражданином Российской Федерации, не имеет регистрации на территории Российской Федерации, имеет постоянное место жительства, по месту жительства участковым уполномоченным характеризуется удовлетворительно, в официальном порядке трудоустроен не был, проживал с гражданской супругой и малолетним ребенком, на учетах у врача-нарколога и врача-психиатра не состоит, имеет заболевание, является инвалидом второй группы. Согласно заключению судебно-психиатрической комиссии экспертов № от ДД.ММ.ГГГГ ФИО1 выявляет в настоящее время и выявлял ранее признаки умственной отсталости легкой степени со слабо выраженными нарушениями поведения, которое не сопровождается грубым расстройством мышления, критических способностей и не лишали его способности в полной мере осознавать фактический характер и общественную опасность своих действий и руководить ими в период, относящийся к инкриминируемому ему деянию. В настоящее время ФИО2 также в полной мере может осознавать фактический характер своих действий и руководить ими. В применении принудительных мер медицинского характера ФИО1 в настоящее время не нуждается. В соответствии со ст. ч. 1 п. «г» УК РФ суд признает и учитывает наличие у подсудимого малолетнего ребенка, а также в соответствии с ч. 2 ст. 61 УК РФ признает и учитывает состояние здоровья подсудимого (инвалидность второй группы, наличие ряда заболеваний, в том числе хронических) и состояние здоровья его близких родственников. Обстоятельством, отягчающим наказание ФИО1 суд в соответствии с п. «а» ч. 1 ст. 63 УК РФ признает и учитывает рецидив преступлений, который в соответствии с п. «б» ч.2 ст. 18 УК РФ признается опасным. На основании вышеизложенного с учетом характера и степени общественной опасности содеянного, данных о личности подсудимого, исходя из критериев назначения наказания, установленных ст. ст. , 60 УК РФ , суд приходит к выводу о том, что исправление подсудимого ФИО1 и достижение целей уголовного наказания, закрепленных в ч. 2 ст. 43 УК РФ возможно лишь с назначением ему наказания в виде реального лишения свободы, с учетом требований, предусмотренных ст. , ст. 68 УК РФ , поскольку именно такое наказание, по мнению суда, будет способствовать его исправлению. Оснований для применения к подсудимому ст. , ст. 73 УК РФ суд не находит. Суд считает возможным не назначать подсудимому дополнительный вид наказания в виде ограничения свободы, предусмотренный санкцией ч.1 ст. 228.1 УК РФ . При определении размера наказания ФИО1 в виде лишения свободы, с учетом наличия в его действиях опасного рецидива преступлений, суд руководствуется правилами, закрепленными в ч. 2 ст. 68 УК РФ . Основания для применения положений ч. 3 ст. 68 УК РФ при назначении ФИО1 наказания суд не усматривает. Оснований для изменения категории преступления, предусмотренного ч. 1 ст. 228.1 УК РФ , в соответствии с ч. 6 ст. 15 УК РФ , не имеется, поскольку судом установлено обстоятельство, отягчающее наказание подсудимого. Поскольку одно из преступлений, совершенных ФИО1, относится к категории тяжких преступлений с оконченным составом преступления, окончательное наказание по совокупности преступлений ему необходимо назначить по правилам ч. 3 ст. 69 УК РФ , с применением принципа частичного сложения наказаний. В соответствии с п. «в» ч. 1 ст. 58 УК РФ наказание в виде лишения свободы ФИО1 необходимо отбывать в исправительной колонии строгого режима. Оснований для применения к ФИО1 положений ст. , ст. 82.1 УК РФ по делу не установлено. Суд полагает необходимым решить вопрос о вещественных доказательствах в соответствии со ст. 81 УПК РФ . На основании изложенного, руководствуясь ст. ст. - , - , - 310 УПК РФ , суд ПРИГОВОРИЛ: Признать ФИО1 виновным в совершении преступлений, предусмотренных ч.1 ст. 228.1 , ч.1 ст. 228 УК РФ , и назначить наказание: - по ч.1 ст. 228.1 УК РФ – 4 (четыре) года лишения свободы; - по ч.1 ст. 228 УК РФ – 1 (один) год лишения свободы. На основании ч. 3 ст. 69 УК РФ , по совокупности преступлений, предусмотренных ч.1 ст. 228.1 , ч.1 ст. 228 УК РФ , путем частичного сложения назначенных наказаний, окончательно назначить ФИО1 наказание в виде 4 (четырех) лет 6 (шести) месяцев лишения свободы с отбыванием наказания в исправительной колонии строгого режима. Меру пресечения ФИО1 оставить прежней – заключение под стражу. Срок наказания исчислять с ДД.ММ.ГГГГ. Зачесть в срок отбытия наказания ФИО1 время его содержания под стражей в качестве меры пресечения в период с ДД.ММ.ГГГГ по ДД.ММ.ГГГГ включительно, а также время его административного задержания в период с ДД.ММ.ГГГГ до ДД.ММ.ГГГГ. После вступления приговора в законную силу вещественные доказательства по делу: - три DVD-R диска с видео и аудиозаписями ОРП «проверочная закупка» и личного досмотра (т. 1 л.д. 139, 144, 153), - продолжить хранить при материалах дела в течении всего срока хранения уголовного дела; - денежную купюру достоинством 1000 рублей, хранящуюся в материалах уголовного дела (т.1 л.д. 172), - направить в ОП № УМВД России по &lt;адрес&gt; для определения собственника и возвращения ему по принадлежности. Вещественные доказательства, хранящиеся согласно квитанциям 264/17 от 31.10.2017г. и № от 31.10.2018г., в камере хранения вещественных доказательств ОП № Управления МВД России по &lt;адрес&gt; – после вступления настоящего приговора в законную силу уничтожить (л.д. 158-159, 160, 164-165, 166). Приговор может быть обжалован в апелляционном порядке в Ростовский областной суд через Железнодорожный районный суд &lt;адрес&gt; в течение 10 суток со дня провозглашения, а осужденным, содержащимся под стражей, - в тот же срок со дня вручения ему копии приговора. В случае подачи апелляционной жалобы, осужденный вправе ходатайствовать о своем участии в рассмотрении уголовного дела судом апелляционной инстанции лично либо изложить свою позицию путем использования систем видеоконференцсвязи, а также об участии адвоката. Вопрос о форме участия осужденного в судебном заседании решается судом. Председательствующий – Суд: Железнодорожный районный суд г. Ростова-на-Дону (Ростовская область) (подробнее) Судьи дела: Гайков Игорь Викторович (судья) (подробнее) Последние документы по делу: Постановление от 3 июля 2019 г. по делу № 1-16/2018 Приговор от 1 октября 2018 г. по делу № 1-16/2018 Приговор от 19 сентября 2018 г. по делу № 1-16/2018 Приговор от 27 мая 2018 г. по делу № 1-16/2018 Приговор от 2 мая 2018 г. по делу № 1-16/2018 Приговор от 26 февраля 2018 г. по делу № 1-16/2018 Приговор от 21 февраля 2018 г. по делу № 1-16/2018 Приговор от 19 февраля 2018 г. по делу № 1-16/2018 Приговор от 4 февраля 2018 г. по делу № 1-16/2018 Приговор от 20 декабря 2017 г. по делу № 1-16/2018 Показать все документы по этому делу Судебная практика по: По кражам Судебная практика по применению нормы ст. 158 УК РФ По грабежам Судебная практика по применению нормы ст. 161 УК РФ Контрабанда Судебная практика по применению норм ст. 200.1, 200.2, 226.1, 229.1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