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свидетельство о регистрации транспортного средства "&lt;данные изъяты&gt;., не представляющие ценности для потерпевшей;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страховой полис на автомобиль марки "&lt;данные изъяты&gt;, не представляющие ценности для потерпевшей;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женская косметичка не представляющая ценности для потерпевшей;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тональный крем фирмы "&lt;данные изъяты&gt;" стоимостью &lt;данные изъяты&gt; рублей;</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минеральная пудра "&lt;данные изъяты&gt;" стоимостью &lt;данные изъяты&gt; рублей;</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четырех цветные румяна "&lt;данные изъяты&gt; стоимостью &lt;данные изъяты&gt; рублей; 7.тени для век "&lt;данные изъяты&gt; в количестве 2 - х штук стоимостью &lt;данные изъяты&gt; рублей каждая на общую сумму &lt;данные изъяты&gt; рублей;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тушь коричневого и чёрного цвета "&lt;данные изъяты&gt;" стоимостью &lt;данные изъяты&gt; рублей каждая на общую сумму &lt;данные изъяты&gt; рублей;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губная помада &lt;данные изъяты&gt; стоимостью &lt;данные изъяты&gt; рублей;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губная помада "&lt;данные изъяты&gt;" стоимостью &lt;данные изъяты&gt;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кожаная дамская сумочка чёрного цвета стоимостью &lt;данные изъяты&gt;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кожаный кошелек чёрного цвета стоимостью &lt;данные изъяты&gt;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денежные средства в сумме &lt;данные изъяты&gt; рублей;</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две карты "&lt;данные изъяты&gt;" на имя В.С.В., не представляющие ценности для потерпевшей;</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карта банка "&lt;данные изъяты&gt;" на имя В.С.В., не представляющая ценности для потерпевшей;</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дисконтные карты магазинов "О КЕЙ", "Лента", не представляющие ценности для потерпевшей;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кожаная визитница коричневого цвета с дисконтными картами магазинов: "&lt;данные изъяты&gt;", не представляющие ценности для потерпевшей;</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паспорта на имя В.С.В. не представляющие ценности для потерпевшей;</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паспорт на имя ФИО42 не представляющие ценности для потерпевшей;</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антирадар стоимостью &lt;данные изъяты&gt; рублей;</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видео регистратор стоимостью &lt;данные изъяты&gt; рублей;</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USB зарядное устройство для мобильного телефона стоимостью &lt;данные изъяты&gt; рублей;</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запасное колесо диаметром &lt;данные изъяты&gt; "&lt;данные изъяты&gt;" стоимостью &lt;данные изъяты&gt; рублей;</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магнитола "&lt;данные изъяты&gt; двумя съёмными панелями стоимостью &lt;данные изъяты&gt; рублей;</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пластиковая канистра красного цвета объёмом 5 литров стоимостью &lt;данные изъяты&gt; рублей;</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набор автомобилиста (огнетушитель, знак аварийной остановки, трос) стоимостью &lt;данные изъяты&gt; рублей;</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топор стоимостью &lt;данные изъяты&gt; рублей;</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ящик с рыболовными принадлежностями стоимостью &lt;данные изъяты&gt; рублей;</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ящик с ключами для ремонта автомобиля стоимостью &lt;данные изъяты&gt; рублей;</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упаковка влажных салфеток, не представляющие ценности для потерпевшей;</w:t>
      </w:r>
    </w:p>
    <w:p>
      <w:pPr>
        <w:pStyle w:val="Heading3"/>
      </w:pPr>
      <w:r>
        <w:rPr>
          <w:rFonts w:ascii="Times New Roman" w:hAnsi="Times New Roman" w:eastAsia="Times New Roman" w:cs="Times New Roman"/>
          <w:b/>
          <w:i w:val="0"/>
          <w:sz w:val="22"/>
        </w:rPr>
        <w:t>Пункт 31. Выводы</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тюбик гель - крема, не представляющий ценности для потерпевшей;</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гигиенические салфетки, в индивидуальных упаковках в количестве 3 - х штук, не представляющие ценности для потерпевшей. Завладев вышеуказанным автомобилем "&lt;данные изъяты&gt;" и находящимся в нём имуществом, участники ОПГ ГАСПАРЯН, ФИО45 и другое лицо, спрятали его на территории &lt;данные изъяты&gt; по адресу: &lt;адрес&gt;, непосредственно у дачного участка &lt;адрес&gt; с целью дальнейшей перепродажи за наличный расчёт, при этом рассчитывая выручить наличные денежные средства, которые намеревались разделить между собой и растратить на личные нужды. Таким образом, участники ОПГ ГАСПАРЯН, ФИО45 и другое лицо получили реальную возможность распорядиться похищенным имуществом по своему усмотрению, чем причинили В.С.В. материальный ущерб на общую сумму &lt;данные изъяты&gt; рублей, что соответствует крупному размеру. &lt;дата обезличена&gt; участник ОПГ ГАСПАРЯН действуя согласно разработанного плана и отведённой роли в рамках сговора с ФИО45 и другим лицом находясь в г.Астрахани, в ходе проведённых телефонных переговоров сообщил находящемуся в г.Астрахани ФИО44 о том, что он (ГАСПАРЯН) тайно похитил у ФИО42 вышеуказанный автомобиль &lt;данные изъяты&gt;" стоимостью &lt;данные изъяты&gt; рублей, при этом попросил его (ФИО44) подыскать подходящего покупателя, которому необходимо было сбыть путём продажи за наличный расчет данный автомобиль. ФИО44 с &lt;дата обезличена&gt; до &lt;дата обезличена&gt; находясь в г.Астрахани будучи осведомленным о планируемом и подготавливаемом ГАСПАРЯН хищении автомобиля, а также &lt;дата обезличена&gt; будучи осведомлённым о совершённом ГАСПАРЯН тайном хищении автомобиля, имея умысел на оказание содействия (пособничества) в заранее обещанном приобретении и сбыте похищенного имущества, действуя из корыстных побуждений, в период времени с &lt;дата обезличена&gt; по &lt;дата обезличена&gt; находясь в г.Астрахани, путём проведения телефонных переговоров, подыскал в качестве покупателя вышеуказанного автомобиля "&lt;данные изъяты&gt;" неосведомленного о его преступном намерении гражданина Республики КАЗАХСТАН ФИО28, которому рассчитывал сбыть путём продажи за наличный расчет вышеуказанный указанный автомобиль, рассчитывая при этом получить для себя часть вырученных денежных средств. Кроме того, ФИО44 рассчитывал приобрести для себя часть похищенного имущества принадлежащего ФИО42 из числа находящегося в салоне похищенного автомобиля. В целях реализации своего преступного умысла направленного на оказание содействия (пособничества) ГАСПАРЯН в совершёнии хищения чужого имущества в крупном размере, ФИО44 в период времени с &lt;дата обезличена&gt; по &lt;дата обезличена&gt; в г.Астрахани приобрёл у неустановленного следствием лица 2 государственных регистрационных знака "&lt;данные изъяты&gt;" и "свидетельство о регистрации транспортного средства" &lt;данные изъяты&gt; на автомобиль "&lt;данные изъяты&gt; года выпуска, &lt;данные изъяты&gt;, которые он (ФИО44) намеривался использовать для беспрепятственного передвижения похищенного автомобиля по автомобильным дорогам г.Астрахани, Астраханской области и Республики КАЗАХСТАН. &lt;дата обезличена&gt; в 17 часов 13 минут участник ОПГ ГАСПАРЯН действуя согласно разработанного плана, распределения ролей, в рамках сговора с ФИО45 и другим лицом прибыл совместно с ФИО44 на территорию вышеуказанного &lt;данные изъяты&gt;", к дачному участку &lt;адрес&gt; то есть на место хранения вышеуказанного похищенного автомобиля &lt;данные изъяты&gt;". Находясь в выше указанных время и месте, участник ОПГ ГАСПАРЯН, действуя в рамках сговора с ФИО45 и другим лицом представил ФИО44 для осмотра выше указанный похищенный автомобиль, с целью его последующего сбыта. ФИО44 находясь в выше указанные время и месте, действуя в рамках своего преступного умысла направленного на оказание содействия (пособничества) ГАСПАРЯНУ в совершёнии тайного хищения чужого имущества, в крупном размере, осмотрел вышеуказанный похищенный автомобиль "&lt;данные изъяты&gt;" прикрепил к нему совместно с ФИО41, заранее приисканные государственные регистрационные знаки "&lt;данные изъяты&gt; с целью конспирации своей преступной деятельности перед правоохранительными органами и беспрепятственного передвижения автомобиля по дорогам г.Астрахани, Астраханской области и Республики КАЗАХСТАН, а также сообщил ГАСПАРЯН о подысканном им (ФИО44) покупателе из числа граждан Республики КАЗАХСТАН. Кроме того, ФИО44 находясь в выше указанных время и месте, имея умысел на оказание содействия (пособничества) ГАСПАРЯНУ в тайном хищении чужого имущества в крупном размере, путём заранее обещанного приобретения похищенного имущества и его сбыте, приобрёл путём получения в дар от ГАСПАРЯНА вышеуказанную магнитолу "&lt;данные изъяты&gt;", c двумя съёмными панелями стоимостью &lt;данные изъяты&gt; рублей, заведомо зная о том, что она принадлежит В.С.В и находилась в салоне похищенного автомобиля наряду с иным похищенным имуществом. В последующем сотрудниками правоохранительных органов были обнаружены и задержаны в г.Астрахани участники ОПГ ГАСПАРЯН, ФИО45 &lt;дата обезличена&gt;, другое лицо &lt;дата обезличена&gt;, их пособник ФИО44 &lt;дата обезличена&gt;, в результате чего их преступная деятельность была пресечена, похищенное имущество было обнаружено и изъято. Подсудимый ГАСПАРЯН виновным себя в предъявленном обвинении признал частично - лишь в совершёнии кражи автомашины потерпевшей с находящейся в ней имуществом, однако без предварительного сговора с другими лицами, в том числе в составе ОПГ. В судебном разбирательстве ГАСПАРЯН показал, что в июле 2016г. ГАСПАРЯН нашёл ключи от автомобиля около следственного комитета по &lt;адрес&gt;, т.к. возил детей в садик. Изначально подумал может отдать хозяину как жест доброй воли. Но ГАСПАРЯН постоял минут 15 - 20, хозяин так и не пришёл, при этом на машине не работала сигнализация, когда нажимал на пульт, в связи с чем эти ключи ГАСПАРЯН положил в бардачок своей машины и ездил некоторое время с этими ключами. Далее в один из дней ГАСПАРЯН стал распивать спиртные напитки, на почве алкогольного обвинения к нему пришла идея, что можно похитить эту машину, так как у ГАСПАРЯН были ключи от неё. Раннее ГАСПАРЯН никогда к угону отношения не имел. У него никогда не было ни гаражей, ни инструментов для этого. Не занимался ГАСПАРЯН такими вещами, т.к. у него имелось фермерское хозяйство. При появлении этих ключей ГАСПАРЯН начал периодически встречаясь со всеми своими друзьями, рассказывать им про машину, красного цвета. Говорил по телефону и при встрече, что может угнать, продать и на этой почве одному из своих знакомых, с которым ГАСПАРЯН вместе учился (ФИО51), зная что тот работает в правоохранительных органах путём обмана стал периодически надоедать, что такая - то такая машина ударила его, зацепила его машину и скрылась с места ДТП, якобы что потом бабушка увидела эту машину, сказала что видела номер, что если ВОРОНОВ поможет ГАСПАРЯН возможно он возместит все деньги за ремонт своего автомобиля. Периодически обращался к ФИО18 за помощью найти ГАСПАРЯН адрес этой машины, по номеру машины. На протяжении целой недели ГАСПАРЯН искал где эта машина находится, ГАСПАРЯН не искал другие транспортные средства для угона или похищения. ГАСПАРЯН занимался поиском той машины, от которой у него имелись ключи, потому что другую ГАСПАРЯН бы физически не угнал бы. Три раза ФИО18 давался ГАСПАРЯНУ неверный адрес, на почве этого у ГАСПАРЯН появилась интрига, азарт, игра, чтобы там не оказаться хвастуном, поэтому ГАСПАРЯН уже целенаправленно стал искать этот адрес. При этом ГАСПАРЯН задействовал друзей, знакомых, товарищей, и все это время ГАСПАРЯН употреблял алкоголь. Сам ГАСПАРЯН 10 лет назад употреблял наркотики, поэтому алкоголь действует на него по другому. Один раз ГАСПАРЯНУ сказали, что эта машина едет по адресу, ГАСПАРЯН за ней поехал на своей машине и никогда не указывал чтобы кто - то за ней следил. ГАСПАРЯН сам на своей машине при возможности смотрел. ГАСПАРЯН никогда никому не поручал какие - либо действия, потому что согласно ОРМ ГАСПАРЯН участвовал сам, ГАСПАРЯН сам перегонял её ФИО44, утверждая, что машина кредитная. К поиску других транспортных средств ГАСПАРЯН не имел никакого отношения, тем более к краже, угону. У ГАСПАРЯНА семья в достатке живёт. В связи с этим, в это дело вовлеклось много лиц, те что про эту машину узнали. Есть ряд свидетелей, которым ГАСПАРЯН эту машину предлагал как кредитную, не рассказывая им, что эту машину хочет угнать. &lt;дата обезличена&gt; эту машину обнаружил ФИО50 просто катаясь по городу, он не следил за ней, потом позвонил ГАСПАРЯНУ и сказал что здесь машина три 999, должник твой. ГАСПАРЯН придумал историю, что машина кредитная, что хотят продать её, чтобы заплатить за кредит, ГАСПАРЯН эту историю придумал, чтобы не говорить, о том, что он хочет угнать эту машину. ФИО50 обнаружил её, проследил за ней до ИК - 2. Раннее ГАСПАРЯН возле ИК не был, где - то с центра города ФИО50 ГАСПАРЯНУ уже начал говорить по какому маршруту двигается и ГАСПАРЯН тоже подключился также за ней. Находился от 10 - 15 минут разницы от потерпевшей. Потом ГАСПАРЯН остановил машину на Казачьем, у него машина начала кипеть, потому что ГАСПАРЯН не следил за ней. ГАСПАРЯН остановил машину, ФИО50 ему сказал, что эта машина стоит у входа. ГАСПАРЯН тогда сказал ФИО50 чтобы тот уезжал оттуда, если деньги заберет у должника, то он ГАСПАРЯН их также даст ФИО49. А сам ГАСПАРЯН сел на маршрутное такси, вышел на конечной остановке, подошёл к данному транспортному средству, открыл дверь, сел и уехал. Куда везти её ГАСПАРЯН не знал. При этом ГАСПАРЯН не осознал что он едет на ворованной машине. Единственное место где ГАСПАРЯН мог находиться, это на дачном участке. Хозяин дачного участка является другом и крёстным детей ГАСПАРЯН. При этом ГАСПАРЯН не знал, что с этой машиной делать, поехал к нему, знал, что если загонит к нему во двор, у него тоже могут быть проблемы, поэтому оставил её на улице. ГАСПАРЯН думал, хоть бы её нашли, так как будет ориентировка на эту машину, будут ездить искать. ГАСПАРЯН надеялся на то, что будут уличные камеры, что они увидят, что ГАСПАРЯН поехал в том направлении. ГАСПАРЯН поменял бы номера, если бы отдавал отчёт своему содеянному и бросил её там. Сам оттуда уехал ГАСПАРЯН не помнит как. Также ГАСПАРЯН не помнит как добрался до дома и у него надежда была, что этой машины наутро там не будет. С кем ГАСПАРЯН встречался и с кем он разговаривал в этот день, ГАСПАРЯН не помнит, с кем то мог созвониться, потому что у ГАСПАРЯН был страх содеянного им. Надежда у ГАСПАРЯН что эту машину найдут была у него до последнего, до утра. Утром, когда ГАСПАРЯН проснулся, не помнит как там обнаружил эту машину, но на утро когда ГАСПАРЯН её обнаружил, он уже знал что её никто не нашёл. До этого ранее ГАСПАРЯН звонил ФИО44, у него была серьёзная компания по продажам машин, т.е машины премиум класса. Поступок ГАСПАРЯНА был необоснованный, глупый, неосознанный. ГАСПАРЯН не давал себе отчёта. ФИО44 сказал, что ГАСПАРЯНУ нужны деньги, т.к. реально необходимость в деньгах была с учётом что на ферме был свиной грипп, и ГАСПАРЯН потерял около пяти миллионов. ГАСПАРЯН уже осознавал, если он вернёт машину хозяину его посадят. И хотел предложить ФИО44, пусть она на территории стоянки постоит и в дальнейшем ГАСПАРЯН её заберёт, под таким предлогом ГАСПАРЯН с ним связался. Сомнений у ФИО44 не могло быть, что ГАСПАРЯН занимается краденными машинами, поэтому без всякого сомнения согласился. Они договорились о встрече, ГАСПАРЯН ему показал машину, сказал что она кредитная, с этими номерами в город не повезёт, боясь что его задержат судебные приставы, машина давно не выезжала, так как арестована. При встрече с ФИО44, когда тот смотрел машину, последний передал ГАСПАРЯНУ деньги за машину в сумме &lt;данные изъяты&gt; рублей, об этом ранее ГАСПАРЯН не показывал, так как не посчитал нужным. ГАСПАРЯН во всём раскаялся, сказал что хотел продать машину в связи с нуждаемостью в деньгах. ГАСПАРЯН обращает внимание суда что во вменённой ему ОПГ некоторые лица даже раннее не были знакомы друг с другом. ФИО44 и ФИО50 не могли друг друга видеть. ФИО45 ФИО50 не мог видеть. Если бы ГАСПАРЯН был в составе ОПГ, то он бы арендовал гараж, и спрятал туда, но не бросил машину около пляжа, где купается много людей, напротив лодочная станция, сотрудники полиции приезжают туда однозначно, спрятать от чужих глаз там невозможно. До задержания ФИО44 ГАСПАРЯН не знал его фамилию. В вышеуказанные дни у ФИО45 сломалась машина, которую они поставили на ремонт, в связи с чем они начали часто встречаться по поводу авто. При этом ГАСПАРЯН рассказывал ФИО45 что есть кредитная машина. Но занимался ФИО45 в основном ремонтом своей машины. ГАСПАРЯН с первого дня поиска машины ежедневно находился в состоянии алкогольного опьянения. Имущество из похищенной машины ГАСПАРЯН раздал разным лицам на пляже. При этом ГАСПАРЯН допускает что просто положил автомагнитолу из похищенной машины в салом машины ФИО30 но не сказал ему об этом. ФИО44 её не дарил. Номера на машину ГАСПАРЯНУ дал ФИО44, так как ГАСПАРЯН сказал ему что машина арестована приставами. ГАСПАРЯН не знал, что это будут Казахстанские номера. ГАСПАРЯН приехал, ФИО44 вынес номера. Также ГАСПАРЯН считает, что за ним никто не следил, акты наблюдений не соответствуют действительности. ФИО50 ГАСПАРЯН обещал за работу в поиске машины 20 тысяч рублей. ФИО45 узнав про машину сказал, что у них есть и посерьезнее дела, в это время они находились на &lt;адрес&gt;, потом ФИО50 позвонил сказал, что машину он видел в городе, в это время ФИО45 был с ГАСПАРЯН, последний сказал ФИО45 ехать к этой машине, что бы там обговорить всё. Номера на похищенную машину прикручивал ГАСПАРЯН. ГИБАДУЛОВ не знал что ГАСПАРЯН похищает сотрудниками правоохранительных органов. В тот момент когда машина закипела ФИО45 уехал оттуда. В явке с повинной ГАСПАРЯН указывал что хотел угнать машину. Похищенную машину ГАСПАРЯН хотел перегнать в магазин к ФИО44. В ходе предварительного расследования подсудимый ГАСПАРЯН показаний не давал, воспользовавшись ст. 51 Конституции РФ. Подсудимый ФИО45 в судебном разбирательстве виновным себя в предъявленном обвинении не признал и показал, что в связи с ремонтом своей машины он обратился к его хорошему знакомому ГАСПАРЯН помочь подешевле её отремонтировать, на что ГАСПАРЯН согласился, после чего машину ФИО45 они поставили в один из автосервисов. Сам ФИО45 занимался различными работами, в том числе связанными с покупкой - продажей товаров, вместе с тем получилось что ему понадобились денежные средства. &lt;дата обезличена&gt; ФИО45 попросил у ГАСПАРЯН деньги &lt;данные изъяты&gt; тысяч рублей, на что ГАСПАРЯН сказал ему, что у него имеется машина кредитная, что тот человек должник его, что он забрал у него ключи, ГАСПАРЯН показывал эти ключи, сказал что она арестована по приставам. Сам ФИО45 ранее, в том числе с ФИО44 занимался куплей - продажей машин с наценкой исходя из чего имел свою долю в прибыли. Также в тот период ФИО45 иногда пользовался машиной ГАСПАРЯН при его разрешении. В один из дней ГАСПАРЯН сказал что заедет за ФИО45, сказал что надо доехать до одного человека, он должен был решить вопрос по этой кредитной машине. Говорит там будет женщина, надо забрать будет машину быстрее. ФИО45 стало странно, в связи с чем во время пути ФИО45 стал интересоваться у ГАСПАРЯНА почему именно женщина должна быть. ГАСПАРЯН сказал, что заявлять об угоне эта женщина не будет, так как машина арестована приставами. Они поехали в сторону ИК - 2, ГАСПАРЯНУ ФИО50 объяснил где машина стоит. С машиной ГАСПАРЯН были проблемы, она часто останавливалась из за перегрева двигателя, когда они доехали туда, больше ФИО45 её не видел. Куда они приехали к ИК - 2, машина была там. Они развернулись и вернулись, машину оставили там. В это же время ФИО45 поругался с ГАСПАРЯНОМ из - за того в том числе что тот был пьян и из - за угона машины, на что ФИО45 согласен не был. В это же время ФИО45 сказал ГАСПАРЯНУ что не хочет в этом участвовать. На тот момент ФИО45 опаздывал по своим делам, после этого они сели в газель и уехали. По пути ГАСПАРЯН вышел из Газели на &lt;адрес&gt;, а ФИО45 далее уехал к себе домой, и из дома никуда не выходил. ГАСПАРЯН после этого ему позвонил, сказал что хочет дать обещанные деньги, ФИО45 ему сказал, что ему их не надо, в этот день они больше не виделись. На следующий день ближе к 4 часам, позвонила мама ГАСПАРЯНА и сказала что его задержали, после чего ФИО45 задержали. Его привезли в отдел, держали до вечера, ФИО44 там ГИБАДУЛОВ не видел, ГАСПАРЯН был в другом кабинете. Начались вопросы. ФИО45 говорил, что не имеет отношение к угону. После этого под оказанным давлением ФИО45 дал согласие на явку с повинной, хотя ФИО45 уехал за полчаса до хищения машины. При разговоре с ФИО50 ФИО45 было интересно сколько ФИО50 даст ГАСПАРЯН, который ранее говорил ФИО45 что ему также хочет за работу дать денег. В связи с наличием существенных противоречий в судебном разбирательстве в соответствии с п.1 ч.1 ст. 276 УПК РФ были оглашены показания ФИО45 в ходе предварительного расследования. Согласно показаний ФИО45 в качестве подозреваемого от &lt;дата обезличена&gt; следует, что у него есть друг ГАСПАРЯН, с которым он знаком на протяжении 15 лет и с которым находится в приятельских отношениях. &lt;дата обезличена&gt; ГАСПАРЯН приехал к нему домой и пояснил, что есть автомобиль, который можно угнать. ФИО45 сказал ГАСПАРЯНУ что это преступление, но в связи с тем что у него были материальные трудности ФИО45 согласился на предложение ГАСПАРЯН. Они на автомобиле ГАСПАРЯН марки "&lt;данные изъяты&gt; Гранда" отправились к "Кубанскому" мосту, где не доезжая моста остановились на обочине по направлению к центру города. Через некоторое время мимо них проехал автомобиль "Хендай &lt;данные изъяты&gt; подробнее ГИБАДУЛОВ не помнит. Они проследовали за данным автомобилем, по пути следования ФИО45 увидел, то в данном автомобиле находится лишь водитель женщина, она ранее знакома ему не была. Когда они начали движение за данным автомобилем ФИО45 понял, что именно этот автомобиль предложил угнать ГАСПАРЯН. Они проследовали за указанным автомобилем до ИК - 2 УФСИН России по Астраханской области, где водитель женщина припарковала его и ушла, куда она ушла ГИБАДУЛОВ не видел. Они развернулись и уехали назад в сторону "&lt;данные изъяты&gt; где оставили автомобиль ГАСПАРЯН и на маршрутном такси вернулись к ИК - 2. ГАСПАРЯН вышел из маршрутного такси около ИК - 2, а ФИО45 проследовал на нём до конечной остановки, где пересел в другое маршрутное такси и поехал домой. Как ФИО41 похищал автомобиль ГИБАДУЛОВ не видел, но когда проезжал мимо ИК - 2 на маршрутном такси вышеуказанного автомобиля "&lt;данные изъяты&gt;&lt;данные изъяты&gt;" на парковке уже не было, так же там не было ГАСПАРЯНА. Вечером этого же дня ГАСПАРЯН приехал к нему домой и сказал, что всё нормально, автомобиль он поставил, подробностей ГАСПАРЯН не пояснял, и он для себя ни каких выводов не делал &lt;данные изъяты&gt; Будучи допрошенным в качестве обвиняемого от &lt;дата обезличена&gt;, в ходе очной ставки со свидетелями ФИО19 и ФИО25 ФИО45 изменил свои вышеуказанные показания и стал показывать, что &lt;дата обезличена&gt; ГАСПАРЯН приехал к нему домой, по адресу: г.Астрахань, &lt;адрес&gt;, так как ранее он звонил ему и попросил отвести его в магазин автозапчастей на &lt;адрес&gt;. Когда ГАСПАРЯН приехал к нему домой это было около 14 часов, то пояснил, что ему нужно срочно проехать по делам, а после он должен был его завести в указанный магазин и они поехали по делам ГАСПАРЯН на его автомобиле марки "&lt;данные изъяты&gt; Гранда", отправились к "Кубанскому" мосту, где не доезжая моста остановились на обочине по направлению к центру города. Через некоторое время ГАСПАРЯНУ кто - то позвонил и сообщил, о каком - то автомобиле, После чего они поехали по &lt;адрес&gt; в сторону &lt;адрес&gt;. ГАСПАРЯН вёл автомобиль очень быстро, при этом пояснил, что хочет встретиться с владельцем автомобиля "&lt;данные изъяты&gt;&lt;данные изъяты&gt;", так как хочет его приобрести. По дороге следования ФИО45 видел в автомобиле ГАСПАРЯН ключи от другого автомобиля, от какого ГАСПАРЯН ему не пояснял, затем они доехали до ИК - 2 УФСИН России по Астраханской области, где у ГАСПАРЯН "закипел" автомобиль, ГАСПАРЯН развернулся, остановил автомобиль и вышел не надолго из автомобиля, куда ГАСПАРЯН ходил ГИБАДУЛОВ не видел. Примерно через 3 - 5 минут ГАСПАРЯН вернулся и они потихоньку, так как автомобиль был не исправен, поехали к сервису в районе "Судоверфи", где доехали до автосервиса, там ГАСПАРЯН оставил свой автомобиль, они сели в маршрутное такси &lt;№&gt; и поехали в сторону города. По дороге ГАСПАРЯН попросил водителя остановить маршрутное такси у памятника "Ленину" в &lt;адрес&gt;, вышел из маршрутного такси и направился к ожидавшему его ФИО50 ФИО12 на автомобиле ВАЗ 2106, тёмного цвета, а ФИО45 поехал в сторону города в район "Автогородок", откуда пошёл домой и находился дома. ФИО50 ФИО12 его не видел, так как ГИБАДУЛОВ не выходил из маршрутного такси &lt;данные изъяты&gt; Подсудимый ФИО44 виновным себя в предъявленном обвинении не признал, в судебном разбирательстве подтвердил свои показания в ходе предварительного расследования, оглашённых в соответствии со ст. 281 УПК РФ согласно которых следовало, что он работает в должности директора &lt;данные изъяты&gt;", которая занимается прокатом, ремонтом и продажей автомобилей. В его должностные обязанности входит осмотр и оценка автомобилей, которые сдаются на комиссию, а также полное оформление и продажа автомобилей, как выкупленных ООО "Авторегион", так и сданных в &lt;данные изъяты&gt;" на комиссию. Примерно неделю назад (точную дату он не помнит) ему позвонил его знакомый по имени ГАСПАРЯН, которого он знает примерно около 2 - х или 3 - х месяцев. В ходе их общения он рассказал ГАСПАРЯНУ, что он занимается покупкой и продажей поддержанных автомобилей и что если будут какие - либо предложения, то он может к нему обратиться. После чего когда ГАСПАРЯН примерно неделю назад позвонил ему на мобильный телефон с абонентским номером &lt;№&gt; со своего мобильного телефона (номер которого у него записан в телефонной книге изъятого у него мобильного телефона) и предложил ему купить автомобиль "&lt;данные изъяты&gt;&lt;данные изъяты&gt;", 2014 года выпуска, цвет "бордо" за &lt;данные изъяты&gt;, на что данная сумма ему показалась подозрительно малой и он спросил у ФИО54 почему такая маленькая стоимость, на что ГАСПАРЯН ему пояснил, что данный автомобиль был куплен в кредит и что на нём стоят ограничения регистрационных действий и что возможно он числится в розыске в банке. На что он ему пояснил, что он поспрашивает у людей и если кого - то заинтересует данное предложение, то он ему перезвонит. После этого ФИО44 со своего вышеуказанного мобильного телефона позвонил своему знакомому по имени ФИО14 (полные анкетные данные ему не известны, его абонентский номер телефона, у него также записан в изъятом мобильном телефоне), который проживет в Республике КАЗАХСТАФИО20 он знаком примерно около одного года, с ним он познакомился через своего знакомого и после этого они стали поддерживать отношения. При этом он позвонил своему знакомому ФИО14 в Республику КАЗАХСТАН, так как ему было известно, что ФИО14 в КАЗАХСТАНЕ занимается продажей автомобилей и имеет свою стоянку автомобилей. Кроме того он ему пару раз по объявлению в г.Астрахани два раза помогал приобрести автомобиль "Камаз" и автомобиль "Газель". Так в ходе телефонного разговора он пояснил ФИО14, что имеется автомобиль "&lt;данные изъяты&gt;&lt;данные изъяты&gt;", 2014 года, бордового цвета, находящийся в залоге у Банка, по недорогой цене и не интересует ли его данное предложение, при этом цену он ему не озвучивал, на что ФИО14 сказал, что данное предложение ему интересно и они договорились, что он приедет в Астрахань и он покажет ему данный автомобиль, при этом они договорились, что о цене будут договариваться на месте. После этого он позвонил ГАСПАРЯНУ и сообщил ему, что он нашёл клиента для продажи его автомобиля. При этом ФИО44 уточнил, что его заинтересованность в помощи продажи указанного автомобиля "&lt;данные изъяты&gt;&lt;данные изъяты&gt;" ГАСПАРЯНУ, была только в том, что он хотел заработать, то есть он хотел ФИО14 предложить данный автомобиль по более высокой цене, чем 100 000 рублей, которую ему озвучил ГАСПАРЯН. После этого ФИО44 &lt;дата обезличена&gt; примерно в период времени с 16 часов по 17 часов встретился с ГАСПАРЯН возле здания прокуратуры Астраханской области, после чего ФИО44 и ГАСПАРЯН на его автомобиле &lt;данные изъяты&gt; "&lt;данные изъяты&gt;" белого цвета, (г/н не помнит) поехали в район Набережной реки Царев, а именно в частный сектор расположенный под мостом через реку "Царев" по ул.&lt;адрес&gt; г.Астрахани, где на одной из улиц они подъехали к стоящему на улице автомобилю "&lt;данные изъяты&gt;&lt;данные изъяты&gt;" в кузове бордового цвета, при этом государственных регистрационных знаков на данном автомобиле на момент его осмотра не было. После чего ФИО44 осмотрев внешнее состояние автомобиля и убедившись в наличии автомобиля и его нормальном внешнем виде, уехали, а именно они поехали с ГАСПАРЯН в кафе "&lt;данные изъяты&gt;", где выпили спиртное, после чего ГАСПАРЯН отвёз его домой. После этого ФИО44 вновь позвонил ФИО14 и сказал ему, что машина есть, в нормальном состоянии и что он может выезжать, на что ФИО14 пояснил, что он в обед &lt;дата обезличена&gt; будет в г.Астрахани. Затем &lt;дата обезличена&gt; примерно в 13 часов ФИО44 на мобильный телефон со своего абонентского номера позвонил ФИО14 и сказал, что он приехал и находится в г.Астрахань, на что он ему сказал, что он на работе, то есть в офисе по продаже автомобилей, расположенном по адресу: г.Астрахань, &lt;адрес&gt;. После чего примерно в период времени с 15 часов по 16 часов ФИО14 приехал к нему на работу совместно со своими друзьями в количестве 3 - х человек, после чего к нему на работу на такси "999999" автомобиле "&lt;данные изъяты&gt;&lt;данные изъяты&gt;" приехал ГАСПАРЯН и он вместе с ним на данном же такси поехал на место, где стоял автомобиль "&lt;данные изъяты&gt;&lt;данные изъяты&gt;", который продавал ГАСПАРЯН, при этом ФИО14 совместно со своими друзьями остались ожидать его у него на работе. При этом когда ФИО14 приехал к нему на работу, то он (ФИО14) передал РОМАНОВУ автомобильные государственные регистрационные номера Республики КАЗАХСТАН, а так же свидетельство о регистрации транспортного средства на автомобиль "&lt;данные изъяты&gt;&lt;данные изъяты&gt;", 2014 года выпуска, в кузове коричневого цвета (как он понял свидетельство о регистрации и номера были с другого автомобиля зарегистрированного в Республики КАЗАХСТАН), для того чтобы пригнать автомобиль, при этом ФИО14 попросил его повесить на указанный приобретаемый им автомобиль "&lt;данные изъяты&gt;&lt;данные изъяты&gt;" переданные им государственные регистрационные номера Республики КАЗАХСТАН. Затем ФИО44 приехав на место, где стоял вышеуказанный продаваемый автомобиль "&lt;данные изъяты&gt;&lt;данные изъяты&gt;", бордового цвета, после чего ФИО44 передал ГАСПАРЯН государственные регистрационные номера Республики КАЗАХСТАН, которые ему передал ФИО14, чтобы он их повесил на данный продаваемый автомобиль "&lt;данные изъяты&gt;&lt;данные изъяты&gt;" бордового цвета, а он на том же автомобиле такси направился обратно к себе в офис, где его ожидал ФИО14, при этом они договорились с ГАСПАРЯН, что он автомобиль пригонит к нему в офис. Однако после этого он не доехав до своего офиса, на &lt;адрес&gt; г.Астрахани был задержан сотрудниками полиции, по факту кражи автомобиля "&lt;данные изъяты&gt;&lt;данные изъяты&gt;" бордового цвета, которую хотел продать ГАСПАРЯН. О том, что данный автомобиль был краденный ФИО44 ничего не знал, ГАСПАРЯН ему ничего об этом не рассказывал и он в действительности думал, что данный автомобиль просто находится в залоге в банке. Кроме того когда ФИО44 и ГАСПАРЯН приехали забирать указанный автомобиль и он ему передал государственные регистрационные номера Республики КАЗАХСТАН, то ФИО44 спросил у него, где родные Российские государственные регистрационные знаки данного автомобиля, на что ФИО52 ему пояснил, что они в багажнике, тогда на что он ещё раз убедился, что машина в действительности скорее всего находится в залоге в банке, однако впоследствии от сотрудников полиции узнал, что никаких Российских номерных знаков в данном автомобиле не было, то есть ГАСПАРЯН его обманул. Таким образом выходило, что ГАСПАРЯН его просто подставил и намеренно ввёл в заблуждение по поводу того, что машина находится в залоге в банке. Если бы ФИО44 знал, что машина является краденной, то он никогда бы не стал с этим связываться и помогать ГАСПАРЯНУ её продавать. По мнению ФИО44 ФИО14 привёз свои государственные регистрационные номера и свидетельство о регистрации ТС Республики КАЗАХСТАН на приобретаемый им автомобиль "&lt;данные изъяты&gt;&lt;данные изъяты&gt;", для того чтобы его беспрепятственно вывезти в Республику КАЗАХСТАН, так как он также с его слов предполагал, что данный автомобиль в Российской Федерации находится в розыске за банком. Ни в какой сговоре он на хищение данного автомобиля не вступал и никакого отношения к краже данного автомобиля ФИО44 не имеет. На прослушанной записи телефонных переговоров ФИО44 узнал свой голос, а также узнал голос ФИО41 Речь на записях идёт об автомобиле "&lt;данные изъяты&gt;&lt;данные изъяты&gt;", который ФИО44 предлагал купить ФИО41. На просмотренных видеозаписях ФИО44 также узнал свой голос, а также узнал себя и ГАСПАРЯНА &lt;данные изъяты&gt; В судебном разбирательстве ФИО44 также пояснил, что ГАСПАРЯН не дарил ему никакого имущества, брав некоторые предметы из рук ГАСПАРЯН он их далее передавал, в ИВС никому ничего ФИО44 не рассказывал. Сам ФИО44 также хотел купить машину, чтобы в последующем выкупить её у банка. ФИО14 также мог купить машину если бы она ему понравилась. В последующем ФИО44 снял бы Казахстанские номера и повесил номера, принадлежащие данной машине. Кроме того в судебном разбирательстве ФИО44 стал показывать и о других обстоятельствах, о которых ранее никогда не показывал на протяжении всего предварительного расследования, в частности показав что он - ФИО44 уже ранее при встрече с ГАСПАРЯНОМ передал ему денежную сумму в размере &lt;данные изъяты&gt; рублей за вышеуказанную машину, не получив от него никаких документов на неё. Допросив подсудимых, потерпевшую, свидетелей по делу, огласив показания неявившихся свидетелей с согласия сторон в соответствии со ст. 281 УПК РФ , исследовав материалы дела и оценив в совокупности все собранные по делу доказательства, суд делает вывод, что виновность подсудимых в совершёнии преступлений при выше установленных судом обстоятельствах подтверждается помимо вышеуказанных частично признательных показаний подсудимого ГАСПАРЯН в ходе предварительного расследования и в судебном разбирательстве, ФИО45 в ходе предварительного расследования, в части не противоречащей установленным в судебном разбирательства обстоятельствам, также следующими доказательствами: в показаниях нижеуказанных лиц в судебном разбирательстве и в ходе предварительного расследования. Потерпевшая В.С.В. в судебном разбирательстве показала, что у неё в собственности находится автомобиль "&lt;данные изъяты&gt;", г/н &lt;данные изъяты&gt; г.в., фиолетового цвета, который ранее она приобрела в 2014г. за &lt;данные изъяты&gt; рублей.. У неё были 2 комплекта ключей, автомобиль оборудован сигнализацией. Кроме неё данным автомобилем пользовался её супруг ФИО42. Примерно &lt;дата обезличена&gt; у супруга пропали ключи у автомобиля, когда он их забыл в багажнике, в это время автомобиль находился по месту их жительства в районе Кирпичного завода Приволжского района г.Астрахань. Со слов супруга он взял ключи от машины, открыл её, далее открыл багажник ключом и закрыл багажник, в нём оставив ключ, далее сел в машину, но увидел что нет телефона, зашёл домой, потом в последующем вышел из дома, но не увидев ключ в машине, забыв, что тот находится в багажнике взял из салона машины (бардачка) запасной ключ от машины, с помощью которого завёл её и уехал. Далее супруг стал пользоваться вторым комплектом ключей. В день утери супруг с его слов также приезжал в район Следственного комитета. &lt;дата обезличена&gt; примерно в 14 часов ФИО42 направилась на автомобиле к ИК - 2 для проведения следственных действий, которые проводил следователь &lt;данные изъяты&gt;. По пути следования автомобиль заблокировался, включились поворотные сигналы. Она по совету мужа выключила автомобиль и затем завела его. Примерно в 14 часов - 14 часов 15 минут она приехала к ИК - 2 (&lt;адрес&gt;), где примерно в 20 - 30 метрах от входа оставила автомобиль, а сама зашла на территорию ИК - 2. Выйдя из колонии через минут 40 - 1 час ФИО42 не обнаружила свой автомобиль, стала его искать предположив что он мог быть эвакуирован. Также ФИО42 через начальника ИК - 2 пыталась выяснить судьбу автомобиля через видеокамеру, однако то место, где находился автомобиль заснято не было. Не найдя автомобиль ФИО42 через минут 10 сообщила о пропаже в полицию. Примерно в 15 часов 30 минут ей сообщили, что наблюдали её автомобиль на &lt;адрес&gt;. &lt;дата обезличена&gt; ФИО42 сообщили что автомобиль был задержан, когда ехал под управлением ГАСПАРЯНА, на автомобиле находились номера Республики КАЗАХСТАН. В последующем ФИО42 осматривала автомобиль вместе с экспертом. В похищенном у ФИО42 автомобиле находилось перечисленное в обвинительном заключении имущество: свидетельство о регистрации транспортного средства "&lt;данные изъяты&gt;&lt;данные изъяты&gt;" VIN:&lt;№&gt;, г/н &lt;№&gt;, 30 рег., не представляющие ценности для потерпевшей; страховой полис на автомобиль марки "&lt;данные изъяты&gt; рег., не представляющие ценности для потерпевшей; женская косметичка не представляющая ценности для потерпевшей; тональный крем фирмы "&lt;данные изъяты&gt;" стоимостью &lt;данные изъяты&gt; рублей; минеральная пудра "&lt;данные изъяты&gt;" стоимостью &lt;данные изъяты&gt; рублей; четырех цветные румяна &lt;данные изъяты&gt;" стоимостью &lt;данные изъяты&gt; рублей; тени для век "&lt;данные изъяты&gt;", в количестве 2 - х штук стоимостью &lt;данные изъяты&gt; рублей каждая на общую сумму &lt;данные изъяты&gt; рублей; тушь коричневого и чёрного цвета &lt;данные изъяты&gt;" стоимостью &lt;данные изъяты&gt; рублей каждая на общую сумму &lt;данные изъяты&gt; рублей; губная помада "&lt;данные изъяты&gt;" стоимостью &lt;данные изъяты&gt; рублей; губная помада "&lt;данные изъяты&gt;" стоимостью &lt;данные изъяты&gt; рублей; кожаная дамская сумочка чёрного цвета стоимостью &lt;данные изъяты&gt; рублей; кожаный кошелек чёрного цвета стоимостью &lt;данные изъяты&gt; рублей; денежные средства в сумме &lt;данные изъяты&gt; рублей; две карты "Сбербанк России" на имя В.С.В., не представляющие ценности для потерпевшей; карта банка "ВТБ - 24" на имя В.С.В., не представляющая ценности для потерпевшей; дисконтные карты магазинов "О КЕЙ", "Лента", не представляющие ценности для потерпевшей; кожаная визитница коричневого цвета с дисконтными картами магазинов: "&lt;данные изъяты&gt;", &lt;данные изъяты&gt;", не представляющие ценности для потерпевшей; паспорта на имя В.С.В. не представляющие ценности для потерпевшей; паспорт на имя ФИО42 не представляющие ценности для потерпевшей; антирадар стоимостью &lt;данные изъяты&gt; рублей; видео регистратор стоимостью &lt;данные изъяты&gt; рублей; &lt;данные изъяты&gt; зарядное устройство для мобильного телефона стоимостью &lt;***&gt; рублей; запасное колесо диаметром R - 15 марки "&lt;данные изъяты&gt;" стоимостью &lt;данные изъяты&gt; рублей; магнитола "&lt;данные изъяты&gt;", c двумя съёмными панелями стоимостью &lt;данные изъяты&gt; рублей; пластиковая канистра красного цвета объёмом 5 литров стоимостью &lt;данные изъяты&gt; рублей; набор автомобилиста (огнетушитель, знак аварийной остановки, трос) стоимостью &lt;данные изъяты&gt; рублей; топор стоимостью &lt;данные изъяты&gt; рублей; ящик с рыболовными принадлежностями стоимостью &lt;данные изъяты&gt; рублей; ящик с ключами для ремонта автомобиля стоимостью &lt;данные изъяты&gt; рублей; упаковка влажных салфеток, не представляющие ценности для потерпевшей; тюбик гель - крема, не представляющий ценности для потерпевшей; гигиенические салфетки, в индивидуальных упаковках в количестве 3 - х штук, не представляющие ценности для потерпевшей. Стоимость похищенных вещей ФИО42 не завысила. Общая сумма похищенного с учётом стоимости автомобиля, оцененного в ходе экспертизы в сумме &lt;данные изъяты&gt; рублей составляет &lt;данные изъяты&gt; рублей. ФИО42 подтвердила что в один из дней с 18 - &lt;дата обезличена&gt; она с семьёй также ездили в с.Икряное к родителям её супруга. Из показаний свидетеля ФИО42 - супруга потерпевшей в судебном разбирательстве и в ходе предварительного расследования следует что в их собственности имеется автомобиль марки &lt;данные изъяты&gt; года выпуска, идентификационный &lt;№&gt;, фиолетового цвета. Данный автомобиль они приобрели в 2014 году за &lt;данные изъяты&gt; рублей. Покупали машину у их знакомой ФИО21. Машину они оформили на его супругу. В автомобиле имелись два ключа зажигания, один из которых с брелком зажигания находился в бардачке автомобиля, второй ключ зажигания с брелком сигнализации был при водителе. Автомобиль был оснащён охранной сигнализацией фирмы "&lt;данные изъяты&gt;" с обратной связью. ФИО57 была застрахована в страховой компании "Ингосстрах". Автомашиной управляли только он и его супруга. В машине находилась магнитола фирмы "&lt;данные изъяты&gt; чёрного цвета с двумя съёмными панелями. Примерно в июле &lt;дата обезличена&gt; ФИО42 был утерян основной ключ зажигания с брелком сигнализации, когда он забыл его в багажнике своей машины. Не найдя эти ключи, он достал из бардачка запасной ключ зажигания, которым и стал пользоваться впоследствии. Основной ключ он в последствии был обнаружен при обнаружении машины, до этого ФИО42 думая, что потерял ключ по своей неосторожности. &lt;дата обезличена&gt; примерно в 11 часов он находился дома и в это время он один выехал из дома на своём автомобиле в Советский районный суд г.Астрахани по своим рабочим делам. В суде он находился около одного часа и примерно в 12 часов 30 минут он вернулся домой. Супруга находилась дома. Примерно в 13 часов 30 минут жена забрала автомобиль и поехала по своим делам. Она остался дома, но позже уехал на второй своей машине марки "Нива" г/н &lt;№&gt; рег.. Он находился по рабочим делам в Следственном управлении УМВД России по Астраханской области, оттуда поехал в ОП - 1 УМВД России по г.Астрахань, затем снова вернулся в СУ УМВД России по Астраханской области. Примерно в 14 часов ему позвонила жена и сказала, что в машине на ходу сработала сигнализация, из - за чего двери машины заблокировались и включились подворотники. Он посоветовал жене остановиться и выключить сигнализацию. Супруга это сделала, но не сразу, так как не было возможности остановиться. Через несколько минут жена перезвонила и сказала, что остановила машину, выключила сигнализацию, всё было нормально. Раньше таких случаев с сигнализацией не было. Примерно в 16 часов 37 минут, когда он возвращался домой, ему на мобильный телефон позвонила супруга и сообщила, что их машины марки "&lt;данные изъяты&gt;&lt;данные изъяты&gt;" нет на месте, где она её припарковала около территории ФКУ ИК - 2 УФСИН России по Астраханской области по адресу: &lt;данные изъяты&gt; Он посоветовал жене позвонить в эвакуаторную службу, возможно, их машину забрали за неправильную парковку. Жена ему позже вновь перезвонила и сказала, что машину никто не эвакуировал. После чего она обратилась в полицию с сообщением об угоне их автомобиля. В машине находился его паспорт гражданина Российской Федерации и паспорт его жены. Других принадлежащих ему вещей, в машине не было. Как он знает, в машине находились: косметичка жены, её сумка, различные документы и пластиковые карточки, фароискатель фирмы &lt;данные изъяты&gt;" желтого цвета, набор автомобилиста (огнетушитель, аптечка, буксировочный трос, знак аварийной остановки), топор марки "&lt;данные изъяты&gt; оранжевого цвета, антирадар чёрного цвета, видеорегистратор чёрного цвета. Кто мог совершить кражу их автомобиля, он не знает. Подозрений у него ни на кого нет. Конфликтных ситуаций у него и жены ни с кем не было. Их машиной на предмет продажи, никто не интересовался. Их машина была не тонирована. На заднем бампере справа имелась небольшая потертость. На переднем бампере справа от государственного номера имелась небольшая вмятина (&lt;данные изъяты&gt; Согласно показаний свидетеля ФИО22 - следователя отдела по расследованию преступлений на территории обслуживаемой ОП &lt;№&gt; УМВД России по г.Астрахань в ходе предварительного расследования от &lt;дата обезличена&gt; следует, что &lt;дата обезличена&gt; им на территории исправительной колонии (ИК - 2) было запланировано проведение следственного действия с участием адвоката Адвокатской конторы "Трусовского района г.Астрахани" В.С.В.. Примерно в 14 часов адвокат ФИО42 на своём автомобиле "HYUNDAI SOLARIS", г/н &lt;№&gt;, 30 рег. подъехала к ИК - 2, где припарковалась на стоянке около входа в административное здание колонии, где он её ожидал, закрыла свой автомобиль на сигнализацию и они прошли в административное здание ИК - 2, где в последствие в следственном кабинете стали проводить вышеуказанные следственные действия до 16 часов 30 минут. После чего они вышли на улицу, и ФИО42 направилась к стоянке своего автомобиля, которая располагалась примерно в 40 - 50 метрах от проходной ИК - 2. По дороге от проходной она увидала, что на стоянке, где был припаркован её автомобиль, он отсутствует, она осмотрелась по сторонам, прошла дальше по стоянке, но её автомобиля нигде не было, ФИО58 это также заметил, так как находился с ней. ФИО42 позвонила своему мужу и сообщила о случившемся. Муж предположил, что автомобиль могли эвакуировать, но запрещающих знаков проковки на данном участке местности не было. ФИО42 позвонила по номеру "112", где у оператора по интересовалась, не было ли эвакуации её автомобиль, на что получила ответ, что её автомобиль не эвакуировался. После этого ФИО42 поняла, что её автомобиль украли, после чего она сразу же позвонила в полиции и сообщила, что её автомобиль угнали. После чего на данное место приехал муж ФИО42 &lt;данные изъяты&gt; Согласно аналогичных по существу показаний свидетелей ФИО24 - начальника отдела УУР УМВД России по Астраханской области, ФИО23 - его заместителя, ФИО25, ФИО27, ФИО26 - оперуполномоченных УУР УМВД России по Астраханской области в судебном разбирательстве и в ходе предварительного расследования следует, что в их служебные обязанности входят выявление, раскрытие и предупреждение тяжких, серийных и имеющих общественный резонанс преступлений, совершённых на территории Астраханской области, у ФИО24 и ФИО23 в том числе организация ОРМ. В результате проводимых ОРМ была выявлена преступная группа, осуществляющая свою деятельность на территории г.Астрахани и Астраханской области по кражам автомобилей, в которую входили подсудимые ГАСПАРЯН, ФИО45 и ФИО50, ФИО44 как потом было установлено им оказывал пособничество. В ходе проведения ОРМ в отношении указанной группы было установлено, что ГАСПАРЯН, ФИО45, ФИО50 осуществляли наблюдения за автомобилями граждан проживающих и осуществляющих передвижение в г.Астрахани. В результате чего они стали производить наблюдение за автомобилем &lt;данные изъяты&gt;., принадлежащим В.С.В. и &lt;дата обезличена&gt; осуществили хищения данного автомобиля с автомобильной стоянки расположенной около ИК - 2, по адресу: г.Астрахань, Ленинский район, &lt;адрес&gt;, ранее похищенным у владельцев ключом. ГАСПАРЯН отогнал данный автомобиль на территорию дачного общества расположенного в районе "&lt;адрес&gt;" под мостом через реку Царев, в сопровождении ФИО45 и ФИО50, которые следовали за ним на своих автомобилях, с целью сопровождения и проверки нахождения на их пути следования постов ГИБДД, для предупреждения и избежание остановки и задержания, на похищенном автомобиле. После чего ГАСПАРЯН оставив машину в ранее указанном месте совместно с ФИО45 и ФИО50, уехали с вышеуказанного места, затем через некоторое время вернулись и сняли г/номера с похищенного автомобиля, и снова уехали. В свою очередь ФИО44 занимался поисками покупателей на похищенный автомобиль и непосредственной его продажей. &lt;дата обезличена&gt; в ходе проведения ОРМ, было установлено, что ФИО44 совместно с ГАСПАРЯН прибыли к ранее указанному месту временной стоянки похищенного автомобиля на такси (автомобиль "&lt;данные изъяты&gt;", г/н &lt;№&gt;, 30 рег., под управлением ФИО30, ), где ГАСПАРЯН с ФИО44 осуществили установку ФИО68 государственных номеров Республики КАЗАХСТАН и далее ГАСПАРЯН проследовал на похищенном автомобиле в сторону выезда на "&lt;адрес&gt;" из дачного общества, где был задержан сотрудниками полиции. ФИО44 с указанного участка местности уехал на такси, автомобиле "&lt;данные изъяты&gt;", г/н &lt;№&gt;, 30 рег., под управлением ФИО30, которые были остановлены у д.64 по ул.Кубанская, Советского района г.Астрахани. При задержании данного автомобиля на заднем пассажирском сидении находился ФИО44, в ходе осмотра вышеуказанного автомобиля, были обнаружены в багажнике: полимерный ящик с инструментами и полимерная канистра, красного цвета, а на полке заднего, левого пассажирского сидения, где при задержании сидел ФИО44 магнитола "Pioneer AVH - 5400DVD", которые находились в похищенном &lt;дата обезличена&gt; автомобиле "&lt;данные изъяты&gt;", г/н &lt;№&gt;, 30 рег., и принадлежали В.С.В. От дачи каких - либо пояснений МОВСЕЯН и ФИО44 на месте задержания отказались. После проведённого осмотра данные лица ФИО53 и ФИО44) были доставлена в СЧ СУ УМВД России по г.Астрахань, для проведения следственных действий. Затем сотрудниками полиции, около места жительства был задержан ФИО45, который также был доставлен в СЧ СУ УМВД России по г.Астрахань, для проведения следственных действий. В ходе проведения обыска в офисе ФИО44, расположенного по адресу: г.Астрахань, &lt;адрес&gt; / Рыбинская, &lt;адрес&gt; / 12, были обнаружены граждане Республики КАЗАХСТАН находившиеся по данному адресу, которые предположительно являются покупателями похищенного автомобиля, как в последствии было установлено ими являлись: ФИО29, ФИО28, ФИО38 и ФИО32, которые были доставлены в СЧ СУ УМВД России по г.Астрахань, для проведения следственных действий. &lt;дата обезличена&gt; ГАСПАРЯН без какого - либо воздействия со стороны сотрудников полиции, написал свидетелю ФИО55 явку с повинной, в которой чистосердечно признался в том, что &lt;дата обезличена&gt; он совершил кражу вышеуказанного автомобиля. &lt;дата обезличена&gt; ФИО24 осуществил выезд в ИВС УМВД России по г.Астрахань, где содержался ФИО45 будучи задержанным по основаниям ст. , 92 УПК РФ , с целью проведения беседы с последним. По прибытию в ИВС УМВД России по г.Астрахань, было установлено, что ФИО45 общается в следственной комнате со своим защитником ФИО31 При данной встречи ФИО45 в присутствии своего защитника адвоката изъявил желает написать явку с повинной. Так без какого - либо воздействия со стороны сотрудников полиции, ГИБАДУЛОВ написал явку с повинной, в которой чистосердечно признался в том, что &lt;дата обезличена&gt; он совместно с ГАСПАРЯН совершил кражу автомобиля &lt;данные изъяты&gt;., принадлежащего ФИО42, в которой в подробностях описал события данного преступления, которые неосведомленному лицу известны быть не могли. Данная явка с повинной была зарегистрирована в журнале КУСП УМВД России по Астраханской области и направлена в СЧ СУ УМВД России по г.Астрахань, для приобщения к материалам уголовного дела. В ходе проведенных дальнейших ОРМ &lt;дата обезличена&gt; было установлено место нахождение ФИО50, который был приглашён в УМВД России по Астраханской области, где в ходе беседы со свидетелем ФИО27 изъявил желание написать явку с повинной, данная возможность ему была предоставлена. Так ФИО50 без какого - либо воздействия со стороны сотрудников полиции, написал явку с повинной, в которой чистосердечно признался в том, что &lt;дата обезличена&gt; он совместно с ГАСПАРЯН и ФИО45 совершил кражу вышеуказанного автомобиля. Также ФИО50 изъявил желание сотрудничать с предварительным расследованием и дать показания, для чего последний был доставлен в СЧ СУ УМВД России по г.Астрахань &lt;данные изъяты&gt; Из показаний свидетеля под псевдонимом "ФИО56" в судебном разбирательстве и в ходе предварительного расследования от &lt;дата обезличена&gt; следует, что &lt;дата обезличена&gt; он был водворён в место изоляции систем МВД России, а именно в ИВС УМВД России по г.Астрахань, который находится на &lt;адрес&gt; и условия водворения в ИВС он пояснить не может, так как это приведет к рассекречиванию его данных о личности. С ним в камере также находился РОМАНОВ АЛЕКСАНДР, который был в подавленном состоянии, ввиду его задержания за совершение преступления. В ходе завязавшейся между ними беседы ФИО44 рассказал ему, что был задержан за кражу автомобиля "&lt;данные изъяты&gt;", при этом пояснял, что кражу он не совершал, кражу совершили его знакомые, их имён он не называл, а он лишь подыскал покупателя на похищенный автомобиль, как он указал сам какого - то "Казаха", с его слов он понял, что это житель Республики КАЗАХСТАН. ФИО44 рассказывал, что его знакомые занимаются кражами автомобилей на территории г.Астрахани и Астраханской области, а он сам занимается куплей - продажей автомобилей импортного и отечественного производства, у него (ФИО44) есть своя фирма по указанной деятельности, и имеются знакомства с лицами, которые могут приобрести краденый автомобиль. Так знакомые ФИО44 обратились к нему с просьбой подыскать покупателя на автомобиль "&lt;данные изъяты&gt;", который намеривались похитить, но им необходим был канал сбыта на данный автомобиль. ФИО44 желая заработать денег на продаже похищенного автомобиля, согласился и в свою очередь подыскал своего знакомого жителя Республики КАЗАХСТАН, его имени он не назвал, называя его "Казах", который был готов приобрести краденый автомобиль и перегнать его в Республику КАЗАХСТАН, как выражался ФИО44 - "там его уже никто не найдёт". Также ФИО44 пояснил, что он подыскал документы и номера Республики КАЗАХСТАН, на похожий автомобиль, которые он со своими вышеуказанными знакомыми намеривался установить на краденый автомобиль, чтобы беспрепятственно на нём передвигаться в г.Астрахани и чтобы покупатель мог спокойно пересечь границу между Россией и Республикой КАЗАХСТАН, так как со слов ФИО44 на таможне не сверяют идентификационные номера на документах с номерами на автомобиле. После того как его знакомые совершили кражу указанного автомобиля и отогнали его в "отстойник", то есть спрятали в надежном месте, они сообщили об этом ФИО44. На следующий день после кражи ФИО44 с лицами похитившими указанный автомобиль приехали в "отстойник" и установили на похищенный автомобиль номера Республики КАЗАХСТАН, которые им были заранее подысканы, чтобы беспрепятственно на нём передвигаться. Но они были задержаны сотрудниками полиции при перегоне краденного автомобиля, из "отстойника" до его (ФИО44) офиса, где их ждал покупатель. ФИО44 при этом пояснял, что он надеется избежать уголовной ответственности, так как лично участия в краже он не принимал и считает, что у сотрудников полиции нет доказательств, что он был осведомлён о том, что автомобиль был похищен (т.7 л.д.230 - 233). Допрошенные в судебном разбирательстве свидетели полностью подтвердили все свои вышеуказанные показания в ходе предварительного расследования. Согласно показаний свидетеля ФИО30 - знакомого подсудимого ГАСПАРЯН в ходе предварительного расследования от &lt;дата обезличена&gt; следует, что у него имеется автомобиль марки "&lt;данные изъяты&gt;&lt;№&gt;, который он использует в качестве такси. &lt;дата обезличена&gt; примерно в 15 часов он по просьбе ГАСПАРЯНА отвозил его на &lt;адрес&gt; к авторынку, где встретился с ФИО44, которых он отвёз затем на дачу, расположенную под "Царевским" мостом, (в районе магазина &lt;данные изъяты&gt;"), которая со слов ГАСПАРЯНА принадлежит его знакомому. По прибытию туда ФИО30 остановился перед воротами, примерно в 5 - 6 метрах от его машины стояла припаркованная машина "&lt;данные изъяты&gt; вишневого цвета. ФИО54 вышел из его машины, прошёл на дачу, примерно через 5 минут вышел, подошёл к указанной выше машине &lt;данные изъяты&gt;" вишневого цвета, открыл её и сказал ФИО30, чтобы он открыл багажник своей машины. Затем ГАСПАРЯН перенёс из той машины и положил в его багажник канистру, пластиковый ящик и топор, пояснив, что позже заберёт эти предметы у него. ФИО44 всё это время стоял рядом с ним. Затем ГАСПАРЯН сказал ему отвезти ФИО44 до ТЦ &lt;данные изъяты&gt; по пути туда на &lt;адрес&gt;, его остановили сотрудники полиции, ФИО44 задержали. Позже приехали ещё сотрудники полиции, стали осматривать его автомобиль, с его согласия, из багажника были изъяты указанные выше топор, канистра, пластиковый ящик, которые туда положил ГАСПАРЯН. Также под водительским сидением, со стороны заднего пассажирского сидения, где всё время сидел ФИО44 была обнаружена и изъята автомагнитола. ФИО30 не видел, как она оказалась в его машине, но сделал вывод, что туда её положил ФИО44, поскольку он сидел в том месте, где магнитола была обнаружена. ГАСПАРЯН к задней двери его машины не подходил, но ГАСПАРЯН мог эту магнитолу достать из салона указанной выше машины и передать ФИО44, но ФИО30 не видел этого &lt;данные изъяты&gt; Как следует из показаний свидетеля ФИО18 - на даты 18 - &lt;дата обезличена&gt; помощника прокурора Кировского района г.Астрахань - знакомого подсудимого ГАСПАРЯНА в ходе предварительного расследования от 17 и &lt;дата обезличена&gt; он знаком с ним с 1997г., так как они вместе обучались в Астраханском филиале Саратовской Государственной академии права, на протяжении пяти лет. Отношения сложились дружеские, которые поддерживали в последствие после окончания учебы. В пользовании ФИО18 до августа 2016г. находился абонентский &lt;№&gt;. ГАСПАРЯН обращался к ФИО18 летом 2016г., с просьбой узнать адрес какого - то человека, по номеру машины, ФИО82 помог ГАСПАРЯНУ, а именно узнал адрес человека, которого он искал. В ходе прослушанных телефонных переговоров между ФИО18 и ГАСПАРЯНОМ именно об этом и идёт речь, а именно он просит узнать его адрес регистрации человека по номеру автомобиля &lt;данные изъяты&gt; Из показаний свидетеля ФИО34 - родственника подсудимого ГАСПАРЯНА в ходе предварительного расследования от &lt;дата обезличена&gt; следует, что он подтверждает его нахождение вместе с ГАСПАРЯН &lt;дата обезличена&gt; в 19 часов, когда они на машине "&lt;данные изъяты&gt; Гранта", белого цвета, г/н &lt;№&gt;, 30 рег., которым владел ФИО34 под его управлением приезжали в Приволжский район Астраханской области в район &lt;адрес&gt; где ездили по &lt;адрес&gt;, Речная, Береговая, Вишневая, 2 - я Дачная, при этом интересуясь у прохожих, где находится &lt;адрес&gt;. Затем в 19 часов 55 минут вернулись в г.Астрахань. В это время как пояснял ФИО48 ГАСПАРЯН последний искал по этим адресам его друга, также что &lt;дата обезличена&gt; в 17 часов 50 минут ФИО48 совместно с ГАСПАРЯН приезжали в &lt;данные изъяты&gt; на &lt;адрес&gt;, где припарковались у автомобиля "&lt;данные изъяты&gt;", г/н &lt;№&gt;, 30 рег., фиолетового цвета, ГАСПАРЯН выходил из машины, но что он делал ФИО48 не обратил внимание. После прослушивания записи телефонных переговоров ФИО48 узнал свой голос, а также узнал голос ГАСПАРЯН. В ходе первого телефонного разговора ГАСПАРЯН сказал ему, что нашёл ключи от автомобиля "&lt;данные изъяты&gt;&lt;данные изъяты&gt;", которые торчали в багажнике, подробностей не пояснял. В последствие, когда он узнал, что ГАСПАРЯН задержан сотрудниками полиции за кражу автомобиля, ФИО48 понял, что именно от данного автомобиля ГАСПАРЯН нашёл ключи. Во втором телефонном разговоре ФИО48 также узнал свой голос, голос ФИО50 .. и голос ФИО41, в ходе данного разговора ФИО50 .. звонил ему и просил позвать к телефону ФИО41, о чём они вели разговор, ФИО48 не понял &lt;данные изъяты&gt;). Согласно показаний свидетеля ФИО35 - знакомого подсудимых ГАСПАРЯН и ФИО45 в ходе предварительного расследования от &lt;дата обезличена&gt; следует, что на просмотренной видеозаписи снят участок местности расположенный на берегу реки Царев, около его дачного участка &lt;адрес&gt;, на котором расположен двух этажный дом, данный участок находится в его собственности, однако дом на данном участке не достроен и до настоящего времени не оформлен. На данной записи ФИО59 узнал ГАСПАРЯН, который подъехал на такси автомобиля марки "&lt;данные изъяты&gt;&lt;данные изъяты&gt;", второй пассажир и водитель ФИО2 не знакомы. ФИО2 разрешал ГАСПАРЯН посещать его дачу в его отсутствие. Забор его дачного участка не оборудован замком и закрывается просто на крючок. В это время на даче его не было, но там находились двое его знакомых (ФИО15 и ФИО1 которые приехали на рыбалку, он их узнал на просмотренной видеозаписи. Они говорили ФИО2 что ГАСПАРЯН приезжал к его дачному участку на автомобиле "&lt;данные изъяты&gt;&lt;данные изъяты&gt;", оставлял его на ночь, а на следующий день забрал. На указанной видеозаписи также видно, что ГАСПАРЯН из багажника автомобиля "&lt;данные изъяты&gt;&lt;данные изъяты&gt;", фиолетового цвета, вытаскивает какие - то вещи, бросает их на землю, затем вышеуказанные неизвестные лица собирают эти вещи и уносят, куда на записи не видно, скорее всего забирают их себе. После задержания сотрудниками полиции ГАСПАРЯНА он на своём дачном участке и около него никаких посторонних вещей не находил &lt;данные изъяты&gt; Свидетель ФИО4. и ФИО33 - знакомые ФИО35, также знавшие ГАСПАРЯНА по имени ФИО54, по существу дали аналогичные ФИО59 показания, подтвердив, что ГАСПАРЯН подъезжал к даче ФИО2 на такси "&lt;данные изъяты&gt;&lt;данные изъяты&gt;", серого цвета с другими лицами, после чего выходил с территории указанного дачного участка, когда такси с пассажиром (мужчина славянской внешности) и водитель, уже уехали, то есть &lt;дата обезличена&gt; он их не видел. ГАСПАРЯН из багажника автомобиля "&lt;данные изъяты&gt;&lt;данные изъяты&gt;", фиолетового цвета, вытаскивал какие - то вещи, бросал их на землю, затем вышеуказанные неизвестные лица собирали эти вещи и уносили, куда на записи не видно, скорее всего забирали их себе, потому что этих вещей более видно не было. При этом ФИО60 лично слышал как ГАСПАРЯН говорил, что данный автомобиль (&lt;данные изъяты&gt;&lt;данные изъяты&gt;), готовится к продаже и вещи находящиеся в нем ему не нужны, он говорил вышеуказанным не известным лицам, чтобы они разбирали выброшенные им вещи из автомобиля, кому, что нужно, что они и сделали. &lt;дата обезличена&gt; вечером, примерно в 22 часа ФИО15 также приезжал на указанный дачный участок и обратил внимание, что у данного дачного участка припаркован вышеуказанный автомобиль "&lt;данные изъяты&gt;&lt;данные изъяты&gt;", фиолетового цвета он стоял без г/нов, но он этому значению не придал, так как данный автомобиль мог принадлежать жителям соседних домов или их гостям, в это время на дачном участке ФИО2 ни кого не было. Но когда ФИО4 и ФИО3 вышли с дачного участка &lt;дата обезличена&gt;, как видно на записи, то на указанном автомобиле "&lt;данные изъяты&gt;&lt;данные изъяты&gt;", фиолетового цвета, были установлены г/номера Республики КАЗАХСТАН, серию и номер они не запомнили. О том, что данный автомобиль был похищен ГАСПАРЯН МАНВЕЛОМ ФИО61 и ФИО60 узнали в последующем, только после задержания ГАСПАРЯНА, кроме того ФИО60 примерно через час после отъезда ГАСПАРЯНА от указанной дачи поехал в магазин и по дороге увидел автомобиль "&lt;данные изъяты&gt;&lt;данные изъяты&gt;", который был на видео и на котором уехал ГАСПАРЯН, который был задержан сотрудниками полиции, а ГАСПАРЯН находился рядом с данным автомобилем, с наручниками на руках. ФИО60 понял, что вышеуказанный автомобиль был угнан ГАСПАРЯН у кого - то, других подробностей ему не известно &lt;данные изъяты&gt;). Из показаний свидетеля ФИО5. (имя - ФИО8. в ходе предварительного расследования от &lt;дата обезличена&gt; следует, что он является гражданином Республики КАЗАХСТАН. Занимается ФИО5 различными видами деятельности, также он приобретает автомобили у лиц, их продающих по выгодной для себя цене, а затем перепродает их чуть дороже, за счёт чего получает прибыль. Примерно в начале двадцатых числах июля 2016г. племянник ФИО5 - ФИО6, также житель &lt;адрес&gt; Республики КАЗАХСТАН, решил поехать в г.Астрахань по своим делам, при этом в г.Астрахани ФИО6 оставил свой автомобиль у его знакомого ФИО44 АЛЕКСАНДРА, работающего предпринимателем, офис расположен по &lt;адрес&gt;. &lt;дата обезличена&gt; он вместе с РУСЛАНОМ, и его знакомыми ФИО47 и ФИО29 поехали в г.Астрахань, сам ФИО62 ехал на лечение в клинику "Консилиум", расположенной в районе &lt;адрес&gt;. Когда они приехали в г.Астрахань, примерно в обеденное время, ФИО62 позвонил РОМАНОВУ АЛЕКСАНДРУ, чтобы узнать, находиться ли он в офисе. Он хотел поставить номера на свой ранее оставленный у РОМАНОВА автомобиль марки &lt;данные изъяты&gt;" г.н. 553 ТМА 13 регион. Когда ФИО62 закончил разговаривать по телефону, после они все вчетвером приехали в офис к ФИО44. Они встретились, ФИО44 торопился и попросил их подождать. Примерно через час в этот офис приехали сотрудники полиции, которые их всех четверых задержали и доставили в отдел полиции. &lt;дата обезличена&gt; ФИО62 к ФИО44 специально для покупки или продажи автомобиля не приезжал. Заехал только, чтобы увидеть свой автомобиль и поставить на него свои номера. Он ФИО44 А. номера от автомобиля марки "Volkswagen New Beetle" г.н. 553 ТМА 13 регион, не передавал, возможно, это сделал РУСЛАН. Какие - либо иные государственные номера на автомобиль или иные документы ФИО44 он не передавал (т.1 л.д.213 - 219). Согласно показаний ФИО50 от &lt;дата обезличена&gt; следует, что в ходе предварительного расследования при допросе в качестве подозреваемого он показывал, что у него есть друг детства по имени ГАСПАРЯН, который проживает по адресу: &lt;адрес&gt; с которым они часто общаются и поддерживают дружеские отношения. Так в конце июля 2016г., точного числа он не помнит, при личной встречи с ГАСПАРЯН, последний предложил ФИО50 заработать денежные средства, в сумме 20 - 30 тысяч рублей, а именно ГАСПАРЯН пояснил, что ему необходимо будет проследить за автомобилем марки "&lt;данные изъяты&gt;, буквы он не помнит. При этом ГАСПАРЯН подробно пояснил, что владелец данного автомобиля живёт в &lt;адрес&gt; Приволжского района Астраханской области, точного адреса он не помнит но может показать на месте, ему необходимо было проследить за ним от дома, выяснив его маршруты движения. Также ГАСПАРЯН ему пояснил, что он случайно увидел, что водитель данного автомобиля забыл ключ в замке багажника и похитил этот ключ, место и время не называл и он ГАСПАРЯН хочет похитить данный автомобиль. На предложение ГАСПАРЯН он согласился, так как не имел работы и нуждался в денежных средствах, так как его сожительница была беременна и требовались денежные средства на питания. Он понимал, что будет совершать преступление, а именно будет причастен к краже указанного автомобиля, но на тот момент у него были материальные трудности по этому он согласился. Примерно через два дня после данного разговора, ему позвонил ГАСПАРЯН со своего номера телефона он его не помнит, и назвал адрес, где живёт владелец указанного автомобиля - &lt;адрес&gt; завод № 1 Приволжского района Астраханской области, название улицы и номер дома не помнит. После чего ФИО50 на своём автомобиле &lt;данные изъяты&gt;, примерно в 9 часов, вместе с сожительницей ФИО5 отправился на указанный адрес, где остановился при выезде на трассу, не далеко от указанного дома и стал ждать, когда данный автомобиль проедет мимо них, своей сожительнице он ничего о своих намерениях не рассказывал, пояснив, что просто поехали покататься на машине. Примерно через 1 час, в 10 часов мимо них проехал вышеуказанный автомобиль, в салоне которого находились водитель - мужчина, пассажиры женщина и дети, который направились в сторону г.Астрахань, за которыми он сразу же проследовал на своей машине. Так он проследовал за указанным автомобилем от &lt;адрес&gt;, затем переехали его свернули на &lt;адрес&gt;, откуда направились в сторону "Старого моста" через реку Волга, переехали его, затем выехали на объездную трасу и направились в сторону пос.Красные Баррикады Икрянинского района Астраханской области, так как у него кончался бензин он позвонил ГАСПАРЯН и рассказал о своём маршруте, он (ГАСПАРЯН) сказал, чтобы он разворачивался и ехал домой, что он и сделал, оставив вышеуказанный автомобиль без наблюдения. На следующий день также с утра он приехал в &lt;адрес&gt; и стал ожидать, затем через забор дома он убедился, что данный автомобиль находится во дворе, то есть никуда не уехал. После чего вернулся на трассу, как и в предыдущий день и стал ожидать, но в это день данный автомобиль никуда не ездил. О своём наблюдении он доложил ГАСПАРЯН по телефону и получил указания продолжать слежку дальше. На следующий день он снова отправился в &lt;адрес&gt; вместе с сожительницей, также ничего ей не поясняя о своих намерениях, они остановились на прежнем месте на трасе и стали ожидать, в период времени с 10 до 12 часов, точно он уже не помнит, данный автомобиль выехал и направился в сторону г.Астрахани, в данном автомобиле находилась за рулём женщина и больше никого не было. Проследовал за указанным автомобилем через "Кубанский мост", &lt;адрес&gt; и направился в сторону &lt;адрес&gt;" ерика, затем проследовал до ИК - 2, где указанный автомобиль остановился, женщина водитель вышла из автомобиля, закрыла его и зашла в административное здание ИК - 2. Он развернулся и доехал до &lt;адрес&gt;, где остановился у памятника Ленину, позвонил ГАСПАРЯН и рассказал, где находится данный автомобиль и где он припарковался, ГАСПАРЯН сбросил трубку и примерно через 15 минут подъехал к нему на своём автомобиле "&lt;данные изъяты&gt; Гранта", в салоне его автомобиля находился ещё один человек но он не рассмотрел, кто это был, он не выходил из машины и ГАСПАРЯН не говорил, кто с ним. Он объяснил ГАСПАРЯН, где припаркован &lt;данные изъяты&gt;, за которым он следил, после чего ГАСПАРЯН сказал ему, чтобы он ехал по своим делам и ждал его звонка, и он уехал, а ГАСПАРЯН на своём автомобиле направился в сторону ИК - 2. Через два дня он от матери ГАСПАРЯН - Тамары узнал, что ГАСПАРЯН задержан сотрудниками полиции за кражу автомобиля, он понял, что это автомобиль марки "&lt;данные изъяты&gt;, за которым он следил. ГАСПАРЯН ему так и не передал обещанные денежные средства (&lt;данные изъяты&gt; Согласно дополнительных показаний ФИО50 от &lt;дата обезличена&gt; следует, что им были прослушаны телефонные переговоры между ним и ГАСПАРЯН, а также ФИО45. ФИО50 на данных записях он узнал свой голос, а также узнал голос ГАСПАРЯНА и ФИО45, данные телефонные разговоры свидетельствуют о краже автомобиля марки "&lt;данные изъяты&gt; рег., подробные пояснения по каждой записи он дал при их прослушивании, которые отражены в протоколе прослушивания фонограммы их он поддерживает (&lt;данные изъяты&gt;). В ходе проверки показаний на месте от &lt;дата обезличена&gt;, с участием ФИО50 и его защитника адвоката ФИО36 ФИО50 указывал маршруты его передвижения, а также места нахождения автомобилей, за которым он следил, а также действия его, ГАСПАРЯН и ФИО45 (т.&lt;данные изъяты&gt; Из дополнительных показаний ФИО50 в ходе предварительного расследования от 12,13,&lt;дата обезличена&gt; в качестве подозреваемого и обвиняемого следует, что в конце июля 2016г., точного числа он не помнит, при личной встречи с ГАСПАРЯН, где это происходило он не помнит но это было в г.Астрахани, последний предложил ему заработать денежные средства, в сумме 20 - 30 тысяч рублей, последний стал ему предлагать поработать с ним и ФИО45 НАЗИМОМ, он поинтересовался в чем заключается работа. ГАСПАРЯН МАНВЕЛ сообщил, что он человек имеющий опыт в хищении чужого имущества, ранее судим, проверен с учетом длительных взаимоотношений с ним (ГАСПАРЯНОМ М.), в связи с чем подходит ему по своим личным качествам, для организации и участия в планируемом и подготавливаемом им (ГАСПАРЯНОМ М.) в г.Астрахани хищении автомобиля. В ходе указанного разговора ФИО41 сообщил ему, что он (ФИО41) уже разработал план совершения хищения автомобиля и ему нужен человек, который будет подыскивать в г.Астрахани подходящие для хищения автомобили, а именно подбирать автомобили в хорошем состоянии, импортного производства, которые в ночное время осуществляют парковки в дали от камер видео наблюдения, как выражался сам ГАСПАРЯН, чтобы не была "Глаза" - видеокамер наблюдения и подальше от окон жилых домов. Он сказал, что это довольно опасно, могут задержать сотрудники полиции или очевидцы, а также, что краденный автомобиль ещё нужно куда - то сбыть. На что ГАСПАРЯН пояснил, что ему переживать не зачем, его роль будет лишь в подборке нужных автомобилей и организации наблюдения за окружающей обстановкой, а саму кражу будет совершать он (ГАСПАРЯН) совместно с ФИО45 НАЗИМОМ. Также ФИО41 пояснил, что у него в г.Астрахани есть человек, как он выразился - "автомобильный барыга" РОМАНОВ АЛЕКСАНДР, которому он (ГАСПАРЯН) уже неоднократно привлекал для сбыта похищенных автомобилей. ГАСПАРЯН охарактеризовал ФИО44 как очень серьезного человека, который ни разу его (ГАСПАРЯНА ) не подвел при сбыте похищенного транспорта. Кроме того, ГАСПАРЯН МАНВЕЛ рассказал, что у ФИО44 АЛЕКСАНДРА налажены связи с жителями Республики КАЗАХСТАН, которые забирают краденные автомобили за пол цены, при этом по заранее достигнутой договоренности. В процессе общения он поинтересовался у ГАСПАРЯН каким образом он планирует совершить преступление, на что он (ГАСПАРЯН) ему сообщил, что план у него уже обдуман. Условия плана совершёния преступления были следующие он (ГАСПАРЯН) совместно с ним и ФИО45 планировал в г.Астрахани путём длительного наблюдения за автотранспортом подобрать наиболее подходящий для хищения автомобиль (из числа не очень дорогих), организовать за ним наблюдение, установить личность хозяина, место парковки и ежедневный маршрут движения, с целью дальнейшего выбора времени и наиболее подходящего места хищения. Кроме, того ГАСПАРЯН сообщил, что для осуществления мобильного наблюдения за выбранным объектом хищения он (ГАСПАРЯН) подыщет транспорт, то есть машины. В момент хищения ГАСПАРЯН предлагал разделиться на три группы, первая группа будет на заранее приисканном автомобиле ехать впереди и осуществлять так называемое контрольное наблюдение (выяснять есть ли впереди сотрудники ГИБДД) и по телефону общаться с ним (ФИО45), вторая группа это он (ГАСПАРЯН), должен будет похитить автомобиль и на нём передвигаться, третья группа - это должен быть он, по его замыслу он на автомобиле должен наблюдать за окружающей обстановкой в момент хищения и двигаться за ним, то есть ехать позади движения похищенного автомобиля. ГАСПАРЯН сообщил, что место отстоя похищенного автомобиля у него уже приготовлено, это был какой - то дачный участок. Также ГАСПАРЯН сообщил, что ФИО44 уже занимается поиском государственных номеров и соответствующих документов под похищенный автомобиль. По рассказу ГАСПАРЯН было видно, что он очень хорошо все продумал и распределил роли каждому из участвующих лиц. На предложение ГАСПАРЯН ФИО50 дал своё добровольное согласие, так как не имел работы и нуждался в денежных средствах, и его сожительница - ФИО5 была беременна и требовались денежные средства на питание. Он понимал и осознавая, что будет совершать преступление, но на тот момент у него были материальные трудности, поэтому он согласился. ГАСПАРЯН знал, что у ФИО50 в пользовании имеется автомобиль &lt;данные изъяты&gt;., который принадлежит зятю ФИО50, и ГАСПАРЯН поинтересовался может ли он на указанном автомобиле выполнять свою роль в планированном и подготавливаемом преступлении, то есть по наблюдению за маршрутом передвижения подходящих для хищения автомобилей в г.Астрахани. Он ответил ГАСПАРЯН, что именно этот автомобиль он и намеривался использовать. Затем через несколько дней точного числа он не помнит ГАСПАРЯН сообщил ФИО50, что он нашёл подходящий автомобиль, который нужно будет похитить, при этом он пояснил, что ему необходимо будет проследить за автомобилем марки "&lt;данные изъяты&gt;, буквы он не помнит. Также ГАСПАРЯН подробно пояснил, что владелец данного автомобиля живёт в &lt;адрес&gt; завод № 1 Приволжского района Астраханской области, его роль заключалась в том что ему необходимо было проследить за указанным автомобилем от дома, выяснив его ежедневные маршруты движения, при этом он должен был поддерживать мобильную связь с ГАСПАРЯНОМ и сообщать ему о маршруте передвижения автомобиля, чтобы он (ФИО41) выдрал удобное место его хищения. Также ГАСПАРЯН ему пояснил, что он случайно увидел, что водитель данного автомобиля забыл ключ в замке багажника и он (ГАСПАРЯН) похитил этот ключ, место и время не называл, но однозначно это было в г.Астрахани. ГАСПАРЯН также пояснил, что хочет похитить данный автомобиль, чтобы в последствие продать его, через ФИО44 АЛЕКСАНДРА жителям Республики КАЗАХСТАН. Примерно через два дня после данного разговора, ему позвонил ГАСПАРЯН со своего номера телефона, и назвал адрес, где живёт владелец указанного автомобиля - &lt;адрес&gt; Приволжского района Астраханской области. Так ФИО50 на автомобиле &lt;данные изъяты&gt; рег., примерно в 9 часов, вместе с сожительницей ФИО5 на вышеуказанном автомобиле &lt;данные изъяты&gt;.) отправился на указанный ГАСПАРЯН адрес, где остановился при выезде на трассу, не далеко от указанного дома в районе остановочного комплекса и стал ждать, когда данный автомобиль проедет мимо них. Своей сожительнице он ничего о своих намерениях не рассказывал, пояснив, что просто поехали покататься на машине и что его друг ГАСПАРЯН просил проследить за его должником, а именно за его маршрутом передвижения. Примерно через 1 час, в 10 часов мимо них проехал вышеуказанный автомобиль, в салоне которого находились водитель - мужчина, пассажиры женщина и дети, который направились в сторону г.Астрахань, за которыми он сразу же проследовал на своей машине. Так он проследовал за указанным автомобилем от &lt;адрес&gt; до "&lt;адрес&gt;, затем переехали его свернули на &lt;адрес&gt;, откуда направились в сторону "Старого моста" через реку Волга, где данный автомобиль остановился у гипермаркета "Городок", водитель автомобиля &lt;данные изъяты&gt;", пошёл в магазин "&lt;данные изъяты&gt;", а он созвонился с ГАСПАРЯН, который ему сказал ехать за ФИО45 к нему домой на &lt;адрес&gt;, в районе магазина "&lt;данные изъяты&gt;", точного адреса он не знает и забрать его, при этом ГАСПАРЯН сказал, что он на своём автомобиле "&lt;данные изъяты&gt; Гранта" г/н, он не помнит подъезжает к вышеуказанному магазину "Городок" и сменит его, то есть продолжит наблюдение за вышеуказанным автомобилем. Он развернулся и направился за ФИО45, забрал его из дома и они проследовали в обратном направлении, при этом ФИО45 с его телефона позвонил ГАСПАРЯН и уточнил, где он находится, ГАСПАРЯН пояснил, что он осуществляя наблюдения за вышеуказанным автомобилем переехал "Старый мост" через реку Волга, выехал на объездную дорогу и направляется в сторону п&lt;адрес&gt;. ФИО45 сказал ему, чтобы он проследовал по данному маршруту. По ходу движения они периодически созванивались с ГАСПАРЯН и уточняли место его нахождения, ГАСПАРЯН пояснял, где находится и что продолжает осуществлять наблюдение за вышеуказанным автомобилем. По пути следования в &lt;адрес&gt;, он позвонил ГАСПАРЯН и сообщил, что у него заканчивается бензин и ехать далее он не сможет. На что ГАСПАРЯН ответил, что у него также заканчивается бензин и сказал ему разворачиваться и ехать домой, что он и сделал. На следующий день также с утра ФИО50 приехал в &lt;адрес&gt; и стал ожидать, затем через забор дома он убедился, что данный автомобиль &lt;данные изъяты&gt;") отсутствует во дворе. После чего сообщил по телефону ГАСПАРЯН об этом и сказал, что поедет по городу искать данный автомобиль. Примерно через 2 - 3 часа ему позвонил ГАСПАРЯН и сообщил, что он нашёл данный автомобиль ("&lt;данные изъяты&gt; за его рулём находится одна женщина и они в районе "Кубанского" моста, и попросил подъехать к нему. С ним он встретился на пересечении &lt;адрес&gt; и &lt;адрес&gt; и по просьбе ГАСПАРЯН (в телефоном режиме) сменил его, то есть стал осуществлять наблюдательные функции за данным автомобилем, а куда уехал ГАСПАРЯН он не видел. Он проследовал за данным автомобилем по &lt;адрес&gt; и направился в сторону "Казачьего" ерика, затем проследовал до ИК - 2, где на повороте дороги к ИК - 2 он остановился, увидев, что указанный автомобиль остановился на стоянке у данной колонии, женщина водитель вышла из автомобиля, закрыла его и зашла в административное здание ИК - 2. Он позвонил ГАСПАРЯН и сообщил о месте нахождения и об обстановке, ГАСПАРЯН сказал, чтобы он ехал обратно в &lt;адрес&gt; и ожидал его там, он развернулся и доехал до &lt;адрес&gt;, где остановился у памятника Ленину, позвонил ГАСПАРЯН и рассказал, где он припарковался. ГАСПАРЯН сбросил трубку и примерно через 15 минут подъехал к нему на своём автомобиле "&lt;данные изъяты&gt; Гранта", в салоне его автомобиля находился ФИО45. ГАСПАРЯН, вышел из автомобиля и он также вышел из своего автомобиля, он рассказал ему, где припаркован автомобиль "&lt;данные изъяты&gt;", за которым следил. Затем ГАСПАРЯН с ФИО45 на своём автомобиле направились в сторону ИК - 2, а он проследовал за ними, где на автомобильной парковке ИК - 2. ГАСПАРЯН остановился и вместе с ФИО45 вышли из автомобиля "&lt;данные изъяты&gt; Гранда", г/н &lt;№&gt;, 30 рег. и подошли к автомобилю &lt;данные изъяты&gt; рег.. Затем ФИО45 сел за руль автомобиля "&lt;данные изъяты&gt; Гранда", г/н &lt;***&gt; рег. и уехал в обратном направлении, а ГАСПАРЯН открыл автомобиль &lt;данные изъяты&gt;., сел за руль и проследовал за ФИО45. ФИО50 оставался возле автомобиля &lt;данные изъяты&gt; рег., на противоположной стороне вышеуказанной парковки и ещё некоторое время вёл наблюдение за окружающей обстановкой, после чего сел за руль автомобиля &lt;данные изъяты&gt; рег. и отправился в обратном направлении маршрута прибытия и поехал к себе домой, где должен был ожидать звонка ГАСПАРЯН Ранее он пояснял, что к ИК - 2 не возвращался вместе с ГАСПАРЯН, так как прошло много времени и он стал забывать данные события, но после ознакомления с актами "наблюдения", он проанализировав и сопоставил вышеуказанные события и в настоящее время вспомнил, как на самом деле все происходило, о чём подробно пояснил выше. На следующий день &lt;дата обезличена&gt; ему позвонил ГАСПАРЯН и пояснил, что всё прошло нормально и он получил денежные средства за похищенный автомобиль, при этом обещал ему за его работу передать &lt;данные изъяты&gt; рублей, назначив встречу в районе ТЦ &lt;данные изъяты&gt; но на указанную встречу ГАСПАРЯН не явился, его телефон был отключен. &lt;дата обезличена&gt; он от матери ГАСПАРЯН - Тамары узнал, что ГАСПАРЯН задержан сотрудниками полиции за кражу автомобиля, он понял, что это автомобиль марки "&lt;данные изъяты&gt; за которым он следил. ГАСПАРЯН ему так и не передал обещанные денежные средства Свой мобильный телефон марки "&lt;данные изъяты&gt; - картой имеющий абонентским номером &lt;№&gt;, ФИО50 выбросил в один из мусорных контейнеров на улицах г.Астрахани, точного места он уже не помнит, это было примерно &lt;дата обезличена&gt;, это было после того как он узнал, что ГАСПАРЯН и ФИО45 были задержаны сотрудниками полиции за совершение данного преступления. ФИО50 выбросил вышеуказанный телефон с установленной в нем SIM - картой, так как испугался, что его могут установить по данному абонентскому номеру и задержать сотрудники полиции. На кого был зарегистрирован абонентский &lt;№&gt;, он не помнит, но точно не на него, он находился у него в длительном пользовании &lt;данные изъяты&gt;). Согласно показаний свидетеля ФИО5 - гражданской жены ФИО50 в ходе предварительного расследования от &lt;дата обезличена&gt; следует, что в конце июля 2016г. ФИО50 несколько раз брал с собой покататься по городу на машине ВАЗ 2106, чёрного цвета. В ходе данных прогулок она заметила, что они за кем - то следят, на её вопросы к ФИО50 - "что они делают", он ответил, что он по просьбе его друга ГАСПАРЯН следит за должником последнего (ФИО41). Так они ездили в &lt;адрес&gt;, где останавливались на трассе и ждали когда проедет якобы должник ГАСПАРЯН, который живёт в данном поселке и передвигается на автомобиле &lt;данные изъяты&gt;, буквы и регион она не помнит, так они с ФИО50 несколько дней следили за данным автомобилем, а именно куда он ездит и где бывает. О данных передвижениях ФИО50 сообщал ГАСПАРЯНУ по телефону, по этому у неё не вызвало сомнений, что это должник ГАСПАРЯНА. Один раз они следовали за указанным автомобилем от &lt;адрес&gt;, но у них кончался бензин в машине и они прекратили наблюдение за ним. В ходе данного наблюдения она сама несколько раз разговаривала с ГАСПАРЯН по телефону, так как ФИО50 был занят, то есть был за рулём, она объясняла ГАСПАРЯН где они едут, в каком направлении, за рулём указанного автомобиля находился неизвестный ей мужчина. Другой раз они следовали за данным автомобилем от &lt;адрес&gt; до ИК - 2 в &lt;адрес&gt;, за рулём находилась неизвестная женщина, которая припарковала данный автомобиль у ИК - 2 и зашла в его административное здание. После чего ФИО50 позвонил ГАСПАРЯН и сообщил об этом, далее они отъехали и дождались приезда ГАСПАРЯН, который направился в сторону ИК - 2, а они уехали домой. На следующий день вечером она от ФИО50 узнала, что ГАСПАРЯН был задержан сотрудниками полиции за кражу автомобиля, тогда она поняла, что ФИО50 сказал ей неправду по поводу должника ГАСПАРЯН, и он (ФИО50) следил за автомобилем ("&lt;данные изъяты&gt;), который ГАСПАРЯН в итоге похитил, из - за которой был задержан, то есть он (ФИО50) причастен к данной краже. Она стала ругать ФИО50, спрашивала, что они натворили, однако он (ФИО50) её только успокаивал и говорил, что всё будет нормально. ФИО45 ФИО5 видела один раз, когда они следили за автомобилем &lt;данные изъяты&gt;, а именно когда они ездили за ним из &lt;адрес&gt; завод &lt;№&gt; в пос.Красные Баррикады и у них кончался бензин, после к ним подъехал ГАСПАРЯН на своём автомобиле белого цвета, с которым был ФИО45, он из машины ГАСПАРЯНА не выходил, о том, что это ФИО45 - знакомый ГАСПАРЯНА ей сказал ФИО50 (&lt;данные изъяты&gt; из материалов дела: - заявлением, зарегистрированным в КУСП ОП &lt;№&gt; УМВД России по г.Астрахань &lt;№&gt; от &lt;дата обезличена&gt;, согласно которого В.С.В. просит привлечь к уголовной ответственности неизвестное лицо, которое в период времени с 14 часов 20 минут по 16 часов 30 минут &lt;дата обезличена&gt; находясь на автомобильной парковки по адресу: г.Астрахань, Ленинский район, &lt;адрес&gt;, тайно похитило автомобиль марки "&lt;данные изъяты&gt;" &lt;данные изъяты&gt;., стоимостью &lt;данные изъяты&gt; рублей, с ценным имуществом находящимся в нем на сумму 23 900 рублей на общую сумму &lt;данные изъяты&gt; рублей, принадлежащие последней, чем причинило ей ущерб в крупном размере (&lt;данные изъяты&gt; - протоколом осмотра места происшествия от &lt;дата обезличена&gt;, согласно которого следует, что осмотрен участок местности на автомобильной парковки по адресу: г.Астрахань, Ленинский район, &lt;адрес&gt;, откуда неизвестное лицо в период времени с 14 часов 20 минут по 16 часов 30 минут &lt;дата обезличена&gt; тайно похитило автомобиль марки "&lt;данные изъяты&gt;., стоимостью &lt;данные изъяты&gt; рублей, с ценным имуществом находящимся в нем на сумму &lt;данные изъяты&gt; рублей на общую сумму &lt;данные изъяты&gt; рублей, принадлежащие В.С.В., чем причинило ей ущерб в крупном размере (т&lt;данные изъяты&gt; - протоколом осмотра места происшествия от &lt;дата обезличена&gt;, согласно которого следует, что осмотрен участок местности у участка &lt;адрес&gt;, в ходе проведения которого был обнаружен и изъят: автомобиль марки "Hyundai Solaris" VIN:&lt;№&gt;, принадлежащий В.С.В. (который был передан на хранение потерпевшей В.С.В.) и два регистрационных знака "KZ 926 CZA, 06", установленные на нём (т.1 л.д.29 - 36), - протоколом осмотра места происшествия от &lt;дата обезличена&gt;, согласно которого следует, что осмотрен участок местности у д.63 по ул.Кубанская Советского района г.Астрахань, в ходе проведения которого были обнаружены и изъяты: 1&lt;данные изъяты&gt;" (&lt;данные изъяты&gt; - явкой с повинной от &lt;дата обезличена&gt;, зарегистрированной в КУСП УМВД России по г.Астрахань (&lt;№&gt;), и протоколом по её принятию согласно которых следует, что ФИО41 без какого - либо воздействия со стороны сотрудников полиции показал, что &lt;дата обезличена&gt; находясь на &lt;адрес&gt;, тайно угнал автомобиль марки "&lt;данные изъяты&gt;" г/н &lt;№&gt; рег., с находящимся в нём имуществом, принадлежащий В.С.В. (&lt;данные изъяты&gt; - протоколом задержания подозреваемого ФИО43 от &lt;дата обезличена&gt;, согласно которого следует, что в ходе проведения личного обыскам подозреваемого ФИО43, был обнаружен и изъят мобильный телефон “&lt;данные изъяты&gt; (&lt;данные изъяты&gt; - явкой с повинной от &lt;дата обезличена&gt;, зарегистрированной в КУСП УМВД России по г.Астрахань за номером 53857, и протоколом по её принятию из которых следует, что ФИО43 без какого - либо воздействия со стороны сотрудников полиции показал, что &lt;дата обезличена&gt; находясь на &lt;адрес&gt;, он совместно с ФИО41 тайно похитили автомобиль марки "&lt;данные изъяты&gt;" г/н &lt;№&gt; рег., с находящимся в нем имуществом, принадлежащий В.С.В. &lt;данные изъяты&gt; - стенограммами &lt;№&gt;с. разговора по абонентскому номеру &lt;данные изъяты&gt;, находящегося в пользовании ФИО45 Н.М &lt;данные изъяты&gt;), &lt;№&gt;с. разговора по абонентскому номеру &lt;№&gt;, находящегося в пользовании ФИО41 &lt;данные изъяты&gt;), &lt;№&gt;с. разговора по абонентскому номеру &lt;№&gt; находящегося в пользовании ФИО44 (т.2 &lt;данные изъяты&gt;&lt;№&gt;с. разговора по абонентскому номеру &lt;№&gt; находящегося в пользовании ФИО50 .. &lt;данные изъяты&gt; - актом &lt;№&gt;с о проведении ОРМ "Наблюдение" от &lt;дата обезличена&gt;, согласно которого произведено наблюдение за ФИО41 Так &lt;дата обезличена&gt; в 08 часов 30 минут домой к ФИО41 по адресу: г.Астрахань, &lt;адрес&gt;, на велосипеде приехал ФИО43 в 08 часов 45 минут ФИО41 и ФИО43 вышли из дома наблюдаемого, сели в припаркованную у дома наблюдаемого автомобиль "&lt;данные изъяты&gt; Гранта" белого цвета &lt;данные изъяты&gt; (ФИО41 сел за руль) и в 9 часов 45 минут ФИО43 и ФИО41 на указанном автомобиле приехали на &lt;адрес&gt;. Здесь ФИО41 вышел из автомобиля и подошёл к магазину "Продукты" (&lt;адрес&gt;), где стал ожидать, а ФИО43 остался ожидать в автомобиле. Через 2 - 3 минуты к ФИО41 подошёл мужчина, как в дальнейшем было установлено им являлся ФИО82 В.В. В 9 часов 57 минут окончив разговор наблюдаемые расстались: ФИО82 В.В. пришёл в здание "Прокуратуры Кировского района г.Астрахани" (&lt;адрес&gt;), а ФИО41 вернулся в свой автомобиль к ожидавшему его ФИО43, после чего наблюдаемые стали ездить по улицам города. Далее в 12 часов 05 минут ФИО41 вышел из дома, сел в вышеуказанный автомобиль и в 12 часов 25 минут стал ездить по улицам частного сектора: Цимлянская, Вяземская, Рыбацкая, Баха, Краснодарская, при этом осматривал транспорта и граждан, находящихся на вышеуказанных улицах. В 13 часов 30 минут к дому ФИО41 подъехал ФИО50 .., за рулём автомобиля Ваз 2106, чёрного цвета, г/н &lt;данные изъяты&gt;., где вышел из автомобиля и зашёл домой к ФИО41 В 15 часов 05 минут ФИО41 и ФИО50 .. вышли из дома ФИО41, сели в автомобиль "&lt;данные изъяты&gt; Гранта" белого цвета г/н &lt;данные изъяты&gt;. (ФИО41 сел за руль) и в 15 часов 20 минут приехали на &lt;адрес&gt;, где ФИО41 и ФИО50 .. стали ездить по улице и спрашивать у местных жителей, находящихся на &lt;адрес&gt;, где находится &lt;адрес&gt;. Получив ответ, наблюдаемые подъехали к вышеуказанному адресу и стали внимательно осматривать адрес &lt;адрес&gt; прилегающую к нему территорию. В 19 часов 50 минут ФИО41 вышел из дома, сел в автомобиль "&lt;данные изъяты&gt; Гранта" белого цвета г&lt;данные изъяты&gt; и в 20 часов 05 минут приехал к кафе "&lt;данные изъяты&gt; (&lt;адрес&gt; где вышел из автомобиля, подошёл ко входу в кафе и стал ожидать. Через 1 минуту из кафе вышел мужчина, как в последствие было установлено им являлся ФИО44, встретился с ФИО41, после чего наблюдаемые стали курить и о чём - то разговаривать &lt;данные изъяты&gt; - актом &lt;№&gt;с о проведении ОРМ "Наблюдение" от &lt;дата обезличена&gt;, согласно которого произведено наблюдение за ФИО41 Так &lt;дата обезличена&gt; в 08 часов 50 минут объект вышел из дома, сел за руль в припаркованный автомобиль "&lt;данные изъяты&gt; Гранта" белого цвета г/н &lt;№&gt; и в 9 часов 05 минут приехал на &lt;адрес&gt;, где ФИО41 стал ездить по улице, при этом внимательно осматривал транспорта и граждан, находящихся на ней &lt;данные изъяты&gt; - актом &lt;№&gt;с о проведении ОРМ "Наблюдение" от &lt;дата обезличена&gt;, согласно которого произведено наблюдение за ФИО41 Так &lt;дата обезличена&gt; в 19 часов из дома вышли ФИО41 и ФИО34, сели в автомобиль объекта ФИО34 сел за руль и в 19 часов 20 минут приехали в садоводческое товарищество "&lt;данные изъяты&gt; (&lt;адрес&gt; где стали ездить по &lt;адрес&gt;, Речная, Береговая, Вишневая, 2 - я Дачная при этом, спрашивая у прохожих, где находиться &lt;адрес&gt;. В 19 часов 55 минут наблюдаемые выехали из садоводческого товарищества и в 20 часов 35 минут приехали домой к ФИО41 В 20 часов 40 минут к дому объекта подъехала автомобиль Ваз 2106, чёрного цвета, г/н &lt;№&gt;, 30 рег., за рулём которого находился ФИО50 .. и на пассажирском сидении ФИО43 Здесь ФИО50 .. и ФИО43 вышли из автомобиля и зашли домой к объекту. В 21 час 20 минут из дома объекта вышли ФИО41, ФИО43 и ФИО50 .., сели в автомобиль объекта (ФИО43 сел за руль) и в 21 час 35 минут наблюдаемые приехали на территорию садоводческого товарищества &lt;данные изъяты&gt; На территории садоводческого товарищества "&lt;данные изъяты&gt; наблюдаемые стали ездить по &lt;адрес&gt; при этом спрашивая у прохожих, где находиться &lt;адрес&gt;. В 22 часа наблюдаемые на автомобиле выехали из садоводческого товарищества и в 22 часа 15 минут приехали на &lt;адрес&gt; к &lt;адрес&gt; кор.8. Здесь ФИО43 вышел из автомобиля и ушел, а ФИО50 .. пересел за руль автомобиля объекта и в 22 часа 20 минут наблюдаемые приехали к дому ФИО41, где расстались: ФИО41 зашёл к себе домой, а ФИО50 .. сел в свой автомобиль &lt;данные изъяты&gt;, чёрного цвета, г/н &lt;данные изъяты&gt;. и уехал (т&lt;данные изъяты&gt; - актом &lt;№&gt;с о проведении ОРМ "&lt;данные изъяты&gt; от &lt;дата обезличена&gt;, согласно которого произведено наблюдение за ФИО41 Так &lt;дата обезличена&gt; в 10 часов 25 минут к дому ФИО41 подъехала автомобиль Ваз 2106, чёрного цвета, &lt;данные изъяты&gt;., за рулём которого находился ФИО50 .., который вышел из автомобиля и зашёл домой к ФИО41 В 10 часов 35 минут ФИО50 .. вышел из дома ФИО41, сел в свой автомобиль и уехал. В 10 часов 40 минут ФИО41 вышел из дома, сел в свою автомобиль и проехав по &lt;адрес&gt; в 10 часов 50 минут вернулся к себе домой. А ФИО50 .. в 10 часов 35 минут расставшись с ФИО41, сел в свой автомобиль Ваз 2106, чёрного цвета, &lt;№&gt;, 30 рег. и в 10 часов 50 минут приехал в садоводческое товарищество "Механизатор" &lt;адрес&gt; где стал ездить по &lt;адрес&gt;, при этом осматривая транспорта и граждан, находящихся на улице. В 11 часов ФИО50 .. на своём автомобиле выехал с &lt;адрес&gt; на ул.40 лет ВЛКСМ, и стал осматривать транспорта выезжающие с &lt;адрес&gt;. В 12 часов 05 минут с &lt;адрес&gt; выехала автомобиль "&lt;данные изъяты&gt;&lt;данные изъяты&gt;", фиолетового цвета, г/н &lt;№&gt;, регион, за рулём которой находился ФИО42, а на пассажирских сидениях В.С.В. с двумя детьми на и направились в сторону &lt;адрес&gt;, а следом за ними стал вести наблюдение ФИО50 .. па своей автомобиле Ваз 2106, чёрного цвета, г/н &lt;№&gt;, 30 рег.. В 12 часов 25 минут наблюдаемые приехали на автомобильную стоянку магазина &lt;данные изъяты&gt;" (&lt;адрес&gt;). Здесь ФИО42 вышел из автомобиля и зашёл в магазин "Городок", а В.С.В. с детьми осталась ожидать в автомобиле. В 12 часов 25 минут ФИО41 вышел из дома, сел в свою автомобиль ив 12 часов 30 минут приехал на автомобильную стоянку магазина "Городок" (&lt;адрес&gt;). После этого ФИО50 .., убедившись, что подъехал ФИО41 на своей автомобиле "&lt;данные изъяты&gt; Гранта" белого цвета г/н &lt;№&gt;, 30 рег. перестал вести наблюдение за автомобилем "&lt;данные изъяты&gt;&lt;данные изъяты&gt;" фиолетового цвета, г/н &lt;№&gt;. в 12 часов 45 минут приехал во двор &lt;адрес&gt;, где стал ожидать, в 12 часов 50 минут в автомобиль к ФИО50 .. сел ФИО43 А ФИО41 в 12 часов 25 минут не выходя из автомобиля, стал вести наблюдение за находившейся на вышеуказанной территории автомобилем "&lt;данные изъяты&gt;&lt;данные изъяты&gt;", фиолетового цвета, г/н &lt;№&gt;, 30 рег. в салоне которой на пассажирском сиденье находилась В.С.В., с двумя детьми. Через 2 - 3 минуты из магазина "Городок" вышел ФИО42, сел в автомобиль к ожидавшей В.С.В., после чего наблюдаемые на автомобиле поехали в сторону &lt;данные изъяты&gt; а следом за ними ФИО41 на своей автомобиле "&lt;данные изъяты&gt; Гранта" белого цвета г/н &lt;№&gt;, 30 рег.. В 13 часов 30 минут ФИО41 ведя наблюдение за автомобилем "&lt;данные изъяты&gt;&lt;данные изъяты&gt;", фиолетового цвета, г/н &lt;№&gt;, 30 рег., в которой находились ФИО42 и В.С.В. с детьми доехал за ними до села &lt;адрес&gt;, после чего развернулся и в 14 часов приехал в г.Астрахань на &lt;адрес&gt;", а ФИО42 и В.С.В. с детьми на автомобиле "&lt;данные изъяты&gt;&lt;данные изъяты&gt;", фиолетового цвета, г/н &lt;№&gt;, 30 рег. проследовали в сторону села Маячное. ФИО41 подъехал к ожидавшим его в автомобилю Ваз 2106, чёрного цвета, г/н &lt;№&gt;, 30 рег. ФИО50 .. и ФИО43, после чего вышел из своей автомобиля, пересел в автомобиль к ФИО50 .. и ФИО43 и стал с ними о чём - то разговаривать (&lt;данные изъяты&gt; - актом &lt;№&gt;с о проведении ОРМ "Наблюдение" от &lt;дата обезличена&gt;, согласно которого произведено наблюдение за ФИО41 Так &lt;дата обезличена&gt; в 9 часов 30 минут ФИО41 вышел из дома, сел за руль в припаркованную автомобиль "&lt;данные изъяты&gt;&lt;данные изъяты&gt;" белого цвета г/н &lt;№&gt;, 30 рег. и приехал в &lt;адрес&gt; завод &lt;№&gt; в район &lt;адрес&gt;. Здесь ФИО41 стал ездить по улице, при этом внимательно осматривал транспорта и граждан, находящихся на ней. В 12 часов 30 минут ФИО41 на своей автомобиле приехал на &lt;адрес&gt; стал ожидать, через несколько минут к нему в машину сел ФИО43 после чего наблюдаемые стали ездить по городу, периодически разговаривая по телефонам. В 14 часов 06 минут ФИО41 и ФИО43 на автомобиле "&lt;данные изъяты&gt;&lt;данные изъяты&gt;" белого цвета г/н &lt;№&gt;, 30 рег. приехали &lt;адрес&gt;, где стали ожидать, через несколько минут к ним на своей автомашине ВАЗ 2106, чёрного цвета, г/н &lt;№&gt;, 30 рег. подъехал ФИО50 .. с ним в автомобиле находилась ФИО5 ФИО50 .. вышел из автомобиля, сел в машину к ФИО41 и ФИО43, они стали о чём - то разговаривать. Переговорив 1 - 2 минуты ФИО50 .. пересел в свою автомобиль, после чего наблюдаемые на двух машинах поехали в сторону ИК - 2 расположенную по адресу: ул.Садовских, д.17, Ленинского района. В 14 часов 17 минут прибыв по указанному адресу ФИО41 и ФИО43 проехались по площадке примыкающей к ИК - 2 осматривая припаркованный автотранспорт, а ФИО50 .. на своей автомашине остановился на против входа в ИК - 2, вышел из автомашины и стал вести наблюдение за выходом из ИК - 2, при этом в руке держал сотовый телефон. ФИО41 и ФИО43 выйдя из своей автомашины подошли к припаркованной автомобилю "&lt;данные изъяты&gt;&lt;данные изъяты&gt;", фиолетового цвета, г/н &lt;№&gt;, 30 рег. и стали её осматривать, через 1 - 2 мин. обменявшись фразами ФИО43 подошёл к автомобилю "&lt;данные изъяты&gt; Гранта" &lt;№&gt;., сел за руль и завел машину и стал ожидать. В это время ФИО41 открыл автомашину "&lt;данные изъяты&gt;&lt;данные изъяты&gt;", фиолетового цвета, г/н &lt;№&gt;, 30 рег., сел за руль, завел ее, при этом сигнализация на автомашине не сработала. ФИО43 на автомобиле "&lt;данные изъяты&gt; Гранта" белого цвета г/н &lt;№&gt;. поехал в сторону выезда с &lt;адрес&gt;, примерно в &lt;данные изъяты&gt; метрах за ним поехал ФИО41 на автомобиле "&lt;данные изъяты&gt;&lt;данные изъяты&gt;", фиолетового цвета, &lt;данные изъяты&gt;.. ФИО50 .. несколько минут понаблюдав за обстановкой в районе проходной ИК - 2 так же сел в свою автомашину и поехал следом за ФИО41 и ФИО43. Выехав с &lt;адрес&gt; на высокой скорости ФИО43 на автомобиле "&lt;данные изъяты&gt; Гранта" белого цвета г/н &lt;№&gt;, 30 рег., а ФИО41 на автомобиле "&lt;данные изъяты&gt;&lt;данные изъяты&gt;", фиолетового цвета, г/н &lt;№&gt;, 30 рег. проехали по &lt;адрес&gt;, ФИО63, ФИО59, Боевая и в 15 часов 08 минут приехали в &lt;адрес&gt;, где подъехали к даче &lt;адрес&gt; припарковав автомобиль "&lt;данные изъяты&gt;&lt;данные изъяты&gt;", фиолетового цвета, г/н &lt;№&gt;, 30 рег., ФИО41 пересел в свою автомашину "&lt;данные изъяты&gt; Гранта" белого цвета г/н &lt;№&gt;, 30 рег., в которой находился ФИО43 После чего наблюдаемые выехали с &lt;адрес&gt;, подъехали к автомашине &lt;данные изъяты&gt;, чёрного цвета, г/н &lt;№&gt;, 30 рег., в которой находились ФИО50 .. и ФИО5 переговорив несколько секунд разъехались. При этом ФИО50 .. и ФИО5 уехали без наблюдения, а ФИО41 на своей автомашине привёз ФИО43 к &lt;адрес&gt;, где ФИО43 вышел из машины и зашёл к себе домой, после чего был оставлен без наблюдения. А ФИО41 в 15 часов 55 минут приехал к себе домой на &lt;адрес&gt;. В 17 часов 50 минут из дома объекта вышли ФИО41 и ФИО34, сели в автомобиль ФИО41 "&lt;данные изъяты&gt;&lt;данные изъяты&gt;" белого цвета г/н &lt;№&gt;, 30 рег. (ФИО34 сел за руль) и в 18 часов 15 минут наблюдаемые приехали в СНТ "Рыбник - 2" на &lt;адрес&gt;, где подъехали к даче &lt;№&gt; "А". Здесь ФИО41 вышел из автомобиля подошёл к припаркованной у ворот дачи автомобилю "&lt;данные изъяты&gt;&lt;данные изъяты&gt;", фиолетового цвета, г/н &lt;№&gt;, 30 рег. и стал снимать с неё г/на, а ФИО34 остался ожидать в автомобиле. Сняв г/номера ФИО41 зашёл в адрес &lt;адрес&gt; В 18 часов 30 минут ФИО41 вышел из адреса без г/ФИО68, сел в автомобиль к ожидавшему ФИО34 и в 18 часов 50 минут наблюдаемые, нарушая скоростной режим, приехали на территорию магазина "Автолегион" (&lt;адрес&gt; В 19 часов 15 минут ФИО34 за рулём автомобиля "&lt;данные изъяты&gt;&lt;данные изъяты&gt;" белого цвета г/н &lt;№&gt;, 30 рег. и ФИО41 на пассажирском сидении выехали с территории магазина "Автолегион" и в 19 часов 35 минут приехали на перекресток улиц Боевая и ФИО64, где проехав перекресток на запрещающий сигнал светофора, были оставлены без наблюдения. В 21 час 35 минут ФИО41 вышел из дома, сел за руль автомобиля "&lt;данные изъяты&gt;&lt;данные изъяты&gt;" белого цвета г/н &lt;№&gt;, 30 рег. и в 21 час 40 минут приехал во двор &lt;адрес&gt;, где стал ожидать. Через 1 - 2 минуты в автомобиль к ФИО41 сел ФИО43, после чего наблюдаемые не выходя из автомобиля стали о чём - то разговаривать (&lt;данные изъяты&gt; - актом &lt;№&gt;с о проведении ОРМ "Наблюдение" от &lt;дата обезличена&gt;, согласно которого произведено наблюдение за ФИО41 Так &lt;дата обезличена&gt; в 15 часов 45 минут к дому ФИО41 подъехал автомобиль "&lt;данные изъяты&gt;&lt;данные изъяты&gt;" серого цвета г/н &lt;№&gt;, 30 рег., за рулём которой находился ФИО30 и не выходя из автомобиля стал ожидать. Через 3 - 4 минуты ФИО41 вышел из дома сел в автомобиль к ожидавшему ФИО30, после чего наблюдаемые в 16 часов 25 минут приехали на территорию магазина "Автолегион" (&lt;адрес&gt; Здесь ФИО41 вышел из автомобиля и пришёл к административному зданию "&lt;данные изъяты&gt;", где встретился с группой мужчин состоящих из четырех человек и одной женщины. Поздоровавшись ФИО41 и один из мужчин зашли в офис, а ФИО30 остался ожидать в автомобиле. Через 20 - 30 секунд из офиса вышли ФИО41 и заходивший с ним мужчина, подошли к данной группе лиц и продолжили беседовать, а женщина с котенком на руках ушла в сторону магазина &lt;данные изъяты&gt;". В 16 часов 40 минут из офиса вышел ФИО44 с рамками для г/номера и свёртком в (размер 60 x 10 x 1 см.), где ФИО44 и один из мужчин отошли в сторону магазина "Автолегион", и встретились с ФИО38 и мужчиной, после чего наблюдаемые стали о чём - то разговаривать. В процессе разговора к наблюдаемым подошёл ФИО41, после чего наблюдаемые расстались: ФИО44 с рамками и свёртком и ФИО41 сели в автомобиль "&lt;данные изъяты&gt;&lt;данные изъяты&gt;" г/н &lt;№&gt;, 30 рег. к ожидавшему их ФИО30 и в 17 часов 13 минут наблюдаемые приехали &lt;адрес&gt;", здесь ФИО41 вышел из автомобиля и зашёл в адрес: &lt;адрес&gt;", где стал ходить по двору дачи, а ФИО30 и ФИО44 остались ожидать около "&lt;данные изъяты&gt;&lt;данные изъяты&gt;", фиолетового цвета, без г/нов. В 17 часов 15 минут со двора дачи вышли ФИО41, и двое мужчин, после чего из автомобиля "&lt;данные изъяты&gt;&lt;данные изъяты&gt;" серого цвета г/н &lt;№&gt;, 30 рег. вышел ФИО44, у которого в руках находился г/н 926 CZA 06 (KZ) и стал устанавливать его на переднюю часть автомобиля "&lt;данные изъяты&gt;&lt;данные изъяты&gt;", фиолетового цвета, ФИО41 стал устанавливать аналогичный номер на заднюю часть автомобиля "&lt;данные изъяты&gt;&lt;данные изъяты&gt;" фиолетового цвета, при этом ФИО41 из багажника автомобиля "&lt;данные изъяты&gt;&lt;данные изъяты&gt;", фиолетового цвета стал вытаскивать автомобильные принадлежности часть, которых отдал ФИО30, магнитофон отдал освободившемуся к этому времени от установки первого номера ФИО44. В 17 часов 20 минут установив г/номера, ФИО30 и ФИО44 сели в автомобиль "&lt;данные изъяты&gt;&lt;данные изъяты&gt;" серого цвета г/н &lt;№&gt;, 30 рег. и приехали на перекресток улиц: &lt;адрес&gt; где были задержаны сотрудниками УУР УМВД России по Астраханской области, а ФИО41 сел за руль "&lt;данные изъяты&gt;&lt;данные изъяты&gt;", фиолетового цвета с установленными г/нами 926 CZA 06 (KZ), и приехал на &lt;адрес&gt; в район "&lt;данные изъяты&gt; где был задержан сотрудниками УУР УМВД России по Астраханской области, которые в дальнейшем были доставлена в СЧ СУ УМВД России по г.Астрахань, для проведения следственных действий (&lt;данные изъяты&gt; - протоколом осмотра предметов от &lt;дата обезличена&gt;, согласно которого осмотрены два регистрационных знака "KZ 926 CZA, 06", изъятые в ходе проведения ОМП от &lt;дата обезличена&gt; у участка &lt;адрес&gt; (&lt;данные изъяты&gt;), - протоколом осмотра предметов от &lt;дата обезличена&gt;, согласно которого осмотрены: 1) &lt;данные изъяты&gt; (т&lt;данные изъяты&gt; - протоколом выемки от &lt;дата обезличена&gt;, согласно которого у потерпевшей В.С.В. был изъят автомобиль марки "Hyundai Solaris" VIN:&lt;№&gt; и ключи от автомобиля с пультом сигнализации "Центурион" и декоративным брелком с логотипом "&lt;данные изъяты&gt;" (&lt;данные изъяты&gt; - протоколом осмотра предметов от &lt;дата обезличена&gt;, согласно которого был осмотрен автомобиль марки "Hyundai Solaris" VIN:&lt;№&gt; и ключи от автомобиля с пультом сигнализации "Центурион" и декоративным брелком с логотипом "&lt;данные изъяты&gt;", изъятые &lt;дата обезличена&gt; в ходе поведения выемки у потерпевшей В.С.В. (&lt;данные изъяты&gt; - заключением эксперта &lt;№&gt; от &lt;дата обезличена&gt;, согласно которого стоимость автомобиль марки "&lt;данные изъяты&gt;" VIN:&lt;№&gt; г/н &lt;№&gt;, 30 рег., по состоянию на &lt;дата обезличена&gt; составила &lt;данные изъяты&gt; рублей &lt;данные изъяты&gt; - заключением эксперта &lt;№&gt; от &lt;дата обезличена&gt;, согласно которого общая стоимость: &lt;данные изъяты&gt;&lt;данные изъяты&gt; - протоколом осмотра предметов от &lt;дата обезличена&gt;, согласно которого был осмотрен CD - R диск содержащий файлы в формате "Excel": 1) &lt;№&gt; с детализацией телефонных соединений обвиняемых: ФИО41, ФИО43, ФИО44 и ФИО50 . &lt;данные изъяты&gt; - протоколом выемки от &lt;дата обезличена&gt;, согласно которого у свидетеля ФИО34 был изъят автомобиль марки "&lt;данные изъяты&gt;&lt;данные изъяты&gt;" г/н &lt;№&gt;, 30 рег., VIN: &lt;№&gt; (&lt;данные изъяты&gt; - протоколом осмотра предметов от &lt;дата обезличена&gt;, согласно которого был осмотрен автомобиль марки "&lt;данные изъяты&gt;&lt;данные изъяты&gt;" г/н &lt;№&gt;, 30 рег., VIN: &lt;№&gt; изъятый &lt;дата обезличена&gt; в ходе поведения выемки у свидетеля ФИО34 (&lt;данные изъяты&gt; - протоколом выемки от &lt;дата обезличена&gt;, согласно которого у подозреваемого ФИО50 .. был изъят автомобиль марки "&lt;данные изъяты&gt;" г/н &lt;№&gt;, 30 рег., VIN: &lt;№&gt; (&lt;данные изъяты&gt; - протоколом осмотра предметов от &lt;дата обезличена&gt;, согласно которого с участием специалиста осмотрены: 1&lt;данные изъяты&gt; (&lt;данные изъяты&gt; - протоколом осмотра предметов от &lt;дата обезличена&gt;, согласно которого был осмотрен автомобиль марки "&lt;данные изъяты&gt;" г/н &lt;№&gt;, 30 рег., VIN: &lt;№&gt; изъятый &lt;дата обезличена&gt; в ходе поведения выемки у подозреваемого ФИО50 . (&lt;данные изъяты&gt; - вещественными доказательствами, проходящими по делу: - два регистрационных знака "&lt;данные изъяты&gt;", изъятые в ходе проведения ОМП от &lt;дата обезличена&gt; у участка &lt;адрес&gt; (&lt;данные изъяты&gt; - 1) топор "&lt;данные изъяты&gt;"; 2) канистра "&lt;данные изъяты&gt; max. 5l"; 3) ящик, с 3 металлическими гаечными ключами на "17"; металлическими гаечными ключами на "19"; металлическими гаечными ключами на "14"; 2 металлическими гаечными ключами на "13"; 2 металлическими гаечными ключами на "13"; набором шестиугольных головок в количестве 10 штук, на металлической подставке; аварийной свечой; 4) автомагнитола марки &lt;данные изъяты&gt;"; 5) стеклянная бутылка, объёмом 0, 25 литра, "Российский коньяк трех летней выдержки "&lt;данные изъяты&gt;""; 6) "свидетельство о регистрации ТС" серии ES &lt;№&gt; на автомобиль “&lt;данные изъяты&gt; года выпуска, VIN:&lt;№&gt;, регистрационный номер "&lt;данные изъяты&gt;"; 7) денежные средства в сумме &lt;данные изъяты&gt; рубль; 8) мобильный телефон “&lt;данные изъяты&gt;, IMEI: &lt;№&gt;, с SIM - картой мобильного оператора "Билайн, серийный номер &lt;№&gt;", изъятые в ходе проведения ОМП от &lt;дата обезличена&gt;&lt;адрес&gt;&lt;данные изъяты&gt; - автомобиль марки "&lt;данные изъяты&gt;" VIN:&lt;№&gt;, и ключи от автомобиля с пультом сигнализации "Центурион" и декоративным брелком с логотипом "&lt;данные изъяты&gt;", изъятые &lt;дата обезличена&gt; в ходе поведения выемки у потерпевшей В.С.В. (&lt;данные изъяты&gt; - автомобиль марки "&lt;данные изъяты&gt;&lt;данные изъяты&gt;" г/н &lt;№&gt;, 30 рег., VIN: &lt;№&gt;, изъятый &lt;дата обезличена&gt; в ходе поведения выемки у свидетеля ФИО34 (&lt;данные изъяты&gt; - мобильный телефон “&lt;данные изъяты&gt;”, "Модель: &lt;данные изъяты&gt; IMEI: &lt;№&gt;", изъятые в ходе проведения личного обыскам подозреваемого ФИО43, при задержании в порядке ст. , 92 УПК РФ , &lt;дата обезличена&gt; (&lt;данные изъяты&gt; - автомобиль марки "&lt;данные изъяты&gt;" г/н &lt;№&gt;, 30 рег., VIN: &lt;№&gt;, изъятый &lt;дата обезличена&gt; в ходе поведения выемки у подозреваемого ФИО50 . (&lt;данные изъяты&gt; - CD - R диск содержащий файлы в формате "Excel": 1) "…&lt;№&gt;) "…&lt;№&gt;…", 4) "…&lt;№&gt;…", 5) "…&lt;№&gt;…", с детализацией телефонных соединений обвиняемых: ФИО41, ФИО43, ФИО44 и ФИО50 . (&lt;данные изъяты&gt; - протоколом осмотра и прослушивания фонограммы с участием свидетеля ФИО18 от &lt;дата обезличена&gt;, согласно которого прослушаны фонограммы разговора ГАСПАРЯН и ФИО18, имевшие место &lt;дата обезличена&gt; в 10 часов 33 мин., &lt;дата обезличена&gt; в 9 часов 41 мин., в 11 часов 29 мин., в 12 часов 21 мин., в 16 часов 29 мин., &lt;дата обезличена&gt; в 14 часов 34 мин., &lt;дата обезличена&gt; в 10 часов 21 мин., в 11 часов 14 мин., в 12 часов 33 мин., в 18 часов 51 мин., &lt;дата обезличена&gt; в 20 часов 2 мин., &lt;дата обезличена&gt; в 9 часов 22 мин. (&lt;данные изъяты&gt; - протоколом осмотра и прослушивания фонограммы с участием свидетеля ФИО40 от &lt;дата обезличена&gt;, согласно которого прослушаны фонограммы разговора ГАСПАРЯН и ФИО65, имевшего место &lt;дата обезличена&gt; в 22 часа 24 мин&lt;данные изъяты&gt; - протоколом осмотра и прослушивания фонограммы с участием свидетеля ФИО51 от &lt;дата обезличена&gt;, согласно которого прослушана фонограмма разговора ГАСПАРЯН и ФИО51, имевшие место &lt;дата обезличена&gt; в 13 часов 34 мин.. Присутствующий в ходе осмотра и прослушивания фонограммы ФИО51 показал, что на данной записи он узнал свой голос, а также узнал голос ФИО41, в ходе данного разговора ФИО41 предлагал ему приобрести автомобиль "&lt;данные изъяты&gt;&lt;данные изъяты&gt;", который находился в кредите, но он (ФИО51.) отказался; &lt;дата обезличена&gt; в 13 часов 37 мин.. Присутствующий в ходе осмотра и прослушивания фонограммы ФИО51 показал, что на данной записи он узнал свой голос, а также узнал голос ФИО41, это продолжение первого разговора, в ходе данного разговора ФИО41 предлагал ему приобрести автомобиль "&lt;данные изъяты&gt;&lt;данные изъяты&gt;", который как поясняет ФИО41 возможно попадет к нему (то есть ФИО41 купит данную машину или будет участвовать как посредник при продаже), но данный автомобиль будет в кредите или что - то в этом роде, но он (ФИО51 отказался; &lt;дата обезличена&gt; в 20 часов 25 мин.. Присутствующий в ходе осмотра и прослушивания фонограммы ФИО51 показал, что на данной записи он узнал свой голос, а также узнал голос ФИО41, в этом разговоре ФИО41 просил его узнать адрес регистрации человека по номеру машины, но он (ФИО51.) отказался, ему помогать, так как это ему было не нужно и он не хотел с этим связываться; &lt;дата обезличена&gt; в 14 часов 21 мин.. Присутствующий в ходе осмотра и прослушивания фонограммы ФИО51 показал, что на данной записи он узнал свой голос, а также узнал голос ФИО41, в этом разговоре ФИО41 просил его узнать адрес регистрации человека по номеру машины, но он (ФИО51.) отказался, ему помогать, так как это ему было не нужно (&lt;данные изъяты&gt; - протоколом осмотра и прослушивания фонограммы с участием свидетеля ФИО34 от &lt;дата обезличена&gt;, согласно которого прослушаны фонограммы разговоров ГАСПАРЯН и ФИО48, имевшие место &lt;дата обезличена&gt; в 13 часов 40 минут и &lt;дата обезличена&gt; в 20 часов 30 мин. (&lt;данные изъяты&gt; - протоколом осмотра и прослушивания фонограммы с участием свидетеля ФИО35 от &lt;дата обезличена&gt;, ФИО15 О.Н. от &lt;дата обезличена&gt;, ФИО33 от &lt;дата обезличена&gt; согласно которых в их присутствии была просмотрена видеозапись, из которой видно, что на контролируемой местности находится автомобиль "&lt;данные изъяты&gt;" фиолетового цвета (&lt;№&gt;), рядом с которым располагается второй автомобиль "Hyundai Solaris" серого цвета, на крыше которого располагается колпак белого цвета с эмблемой такси (&lt;№&gt;). У первого автомобиля находится ФИО41 и ФИО44, которые по очереди прикручивают регистрационные знаки &lt;данные изъяты&gt;". На данном участке местности также находится водитель такси (ФИО30), ФИО41 вытаскивает из первого автомобиля магнитолу, которую забирает ФИО44 и кладёт в автомобиль &lt;№&gt; - такси. Из рядом расположенного дома выходят трое неустановленных мужчин, которые находятся около автомобиля &lt;№&gt; и смотрят за действиями ФИО41 ФИО44 садится на заднее пассажирское сидение автомобиля &lt;№&gt;, ФИО30 садится за водительское сидение и они отъезжают. ФИО41 после того, как закончил установку заднего регистрационного знака "KZ 926 CZA, 06", на крышку багажника автомобиля &lt;№&gt;, открыл багажник и стал вытаскивать на землю вещи находящиеся в багажнике автомобиля &lt;№&gt;. Трое неустановленных мужчин, которые находились у автомобиля &lt;№&gt; стали помогать ФИО41 и уносили указанные вещи в сторону ближайшего дома, откуда ранее вышли, в том числе откатили запасное колесо, находящиеся в багажнике автомобиля &lt;№&gt;. Затем ФИО41 сел за руль автомобиля &lt;№&gt; и уехал &lt;данные изъяты&gt; - протоколом осмотра и прослушивания фонограмм с участием обвиняемого ФИО41 от &lt;дата обезличена&gt;, согласно которого следует, что в его присутствии были прослушаны фонограммы разговоров его с другими лицами, имевших место: с ФИО45, &lt;дата обезличена&gt; в 7 часов 56 мин., в 16 часов 26 мин., в 16 часов 47 мин., в 17 часов 33 мин., &lt;дата обезличена&gt; в 22 часа 24 мин., &lt;дата обезличена&gt; в 9 часов 37 мин., в 9 часов 42 мин., в 10 часов 54 мин., в 12 часов 6 мин., в 12 часов 49 мин., в 12 часов 58 мин., в 18 часов 21 мин., в 20 часов 14 мин., в 21 час. 20 мин., &lt;дата обезличена&gt; в 11 часов 35 мин., в 11 часов 41 мин., в 12 часов 36 мин., в 19 часов 58 мин., &lt;дата обезличена&gt; в 12 часов 16 мин., в 12 часов 18 мин., в 12 часов 55 мин., в 13 часов 4 мин., в 13 часов 10 мин., в 18 часов 37 мин., с ФИО50 &lt;дата обезличена&gt; в 8 часов 28 мин., 10 часов 36 мин., &lt;дата обезличена&gt; в 16 часов 15 мин., &lt;дата обезличена&gt; в 18 часов 22 мин., в 19 часов 34 мин., в 19 часов 37 мин., в 20 часов 1 мин., &lt;дата обезличена&gt; в 11 часов 24 мин., в 16 часов 24 мин., в 16 часов 40 мин., &lt;дата обезличена&gt; в 10 часов 26 мин., в 12 часов 48 мин., в 18 часов 57 мин., &lt;дата обезличена&gt; в 12 часов 17 мин., в 12 часов 47 мин., в 13 часов 24 мин., &lt;дата обезличена&gt; в 9 часов 54 мин., в 11 часов 59 мин., в 13 часов 9 мин., в 13 часов 43 мин., в 13 часов 48 мин., &lt;дата обезличена&gt; в 11 часов 16 мин., в 12 часов 1 мин., с ФИО44 &lt;дата обезличена&gt; в 15 часов 37 мин., в 21 час 27 мин., &lt;дата обезличена&gt; в 14 часов 21 мин., &lt;дата обезличена&gt; в 10 часов 29 мин., в 19 часов 38 мин., &lt;дата обезличена&gt; в 11 часов 38 мин., в 12 часов 17 мин., в 12 часов 51 мин., в 17 часов 13 мин., &lt;дата обезличена&gt; в 10 часов 58 мин., в 11 часов 52 мин., в 16 часов 7 мин., в 14 часов 16 мин., с ФИО18 &lt;дата обезличена&gt; в 9 часов 34 мин., в 10 часов 33 мин., &lt;дата обезличена&gt; в 9 часов 41 мин., в 11 часов 29 мин., в 12 часов 21 мин., в 16 часов 29 мин., &lt;дата обезличена&gt; в 14 часов 34 мин., с ФИО5 &lt;дата обезличена&gt; в 12 часов 25 мин., в 12 часов 3 мин., в 12 часов 47 мин. с неустановленным лицом по имени "САША" &lt;дата обезличена&gt; в 13 часов 34 мин., в 13 часов 37 мин., в 20 часов 25 мин., с неустановленным лицом по имени "АРМЕН" &lt;дата обезличена&gt; в 13 часов 40 мин., с неустановленным лицом по имени "ПАША" &lt;дата обезличена&gt; в 14 часов 29 мин., с неустановленным лицом по имени "САНЫЧ" &lt;дата обезличена&gt; в 12 часов 22 мин. (т.5 л.д.132 - 178). - протоколом осмотра и прослушивания фонограмм с участием обвиняемого ФИО43 и его защитника адвоката ФИО31 от &lt;дата обезличена&gt;, согласно которого следует, что в их присутствии были прослушаны фонограммы имевших разговоров ФИО45 с другими лицами, имевшими место: с ГАСПАРЯН &lt;дата обезличена&gt; в 7 часов 56 мин., в 16 часов 26 мин., в 16 часов 47 мин., в 17 часов 33 мин., &lt;дата обезличена&gt; в 22 часа 24 мин., &lt;дата обезличена&gt; в 9 часов 37 мин., в 9 часов 42 мин., в 10 часов 54 мин., в 12 часов 6 мин., в 12 часов 49 мин., в 12 часов 58 мин., в 18 часов 21 мин., в 20 часов 14 мин., в 21 час. 20 мин., &lt;дата обезличена&gt; в 11 часов 35 мин., в 11 часов 41 мин., в 12 часов 36 мин., в 19 часов 58 мин., &lt;дата обезличена&gt; в 12 часов 16 мин., в 12 часов 18 мин., в 12 часов 55 мин., в 13 часов 4 мин., в 13 часов 10 мин., в 18 часов 37 мин., &lt;дата обезличена&gt; в 21 час 3 мин., с ФИО50 &lt;дата обезличена&gt; в 18 часов 59 мин., &lt;дата обезличена&gt; в 12 часов 16 мин., в 18 часов 36 мин., в 19 часов 57 мин., &lt;дата обезличена&gt; в 16 часов 23 мин., в 19 часов 10 мин., &lt;дата обезличена&gt; в 10 часов 6 мин., в 14 часов 40 мин., с ФИО5 &lt;дата обезличена&gt; в 14 часов 12 мин. &lt;данные изъяты&gt; - протоколом осмотра и прослушивания фонограмм с участием обвиняемого ФИО44 и его защитника адвоката ФИО17 от &lt;дата обезличена&gt;, согласно которого следует, что в их присутствии были прослушаны фонограммы разговоров ФИО44 с другими лицами, имевшими место: - с ГАСПАРЯН &lt;дата обезличена&gt; в 15 часов 37 мин., в 21 час 27 мин., &lt;дата обезличена&gt; в 14 часов 21 мин., &lt;дата обезличена&gt; в 10 часов 29 мин., в 19 часов 38 мин., &lt;дата обезличена&gt; в 11 часов 38 мин., в 12 часов 17 мин., в 12 часов 51 мин., в 17 часов 13 мин., &lt;дата обезличена&gt; в 16 часов 41 мин., в 17 часов 18 мин., в 17 часов 22 мин., в 17 часов 47 мин., &lt;дата обезличена&gt; в 10 часов 58 мин., в 11 часов 52 мин., в 13 часов 41 мин., в 14 часов 16 мин., в 15 часов 29 мин., в 16 часов 7 мин., - с неустановленным мужчиной по имени БАУР &lt;дата обезличена&gt; в 17 часов 57 мин., - с неустановленным мужчиной по имени РУСЛАН &lt;дата обезличена&gt; в 18 часов 39 мин., - с неустановленными мужчинами &lt;дата обезличена&gt; в 20 часов 6 мин., &lt;дата обезличена&gt; в 14 часов 38 мин. &lt;данные изъяты&gt; - протоколом осмотра и прослушивания фонограмм с участием обвиняемого ФИО50 .. и его защитника адвоката ФИО36 от &lt;дата обезличена&gt;, согласно которого следует, что в их присутствии были прослушаны фонограммы разговоров ФИО50, ГАСПАРЯН, ФИО45 между собой, а также с другими лицами, имевшими место: - ФИО50 с ГАСПАРЯН &lt;дата обезличена&gt; в 16 часов 7 мин., &lt;дата обезличена&gt; в 18 часов 22 мин., в 19 часов 34 мин., в 19 часов 37 мин., в 20 часов 1 мин. - после прослушивания фонограммы, присутствующий ФИО50 .. пояснил, что на данной записи он узнаёт свой голос и голос ФИО41, данный разговор состоялся между ним и ФИО41 когда он по просьбе ГАСПАРЯН, наблюдал за домом владельцев автомобиля "&lt;данные изъяты&gt;, в &lt;адрес&gt; в ходе которого ГАСПАРЯН спрашивает выезжали ли владельцы указанного автомобиля из дома или нет и на месте ли указанный автомобиль, на что он ему пояснил, что дома никого нет, когда был данный разговор он не помнит, скорее всего в середине июля 2016г.; &lt;дата обезличена&gt; в 11 часов 24 мин. - после прослушивания фонограммы, присутствующий ФИО50 .. пояснил, что на данной записи он узнаёт свой голос и голос ФИО41, данный разговор состоялся между ним и ФИО41, сначала разговор шёл на отвлеченную тему, по поводу его неофициальной работе на стройке, а затем ФИО41, просил его съездить в &lt;адрес&gt; завод № 1 Приволжского района Астраханской области, проверить на мести ли автомобиль &lt;данные изъяты&gt;, и если он автомобиль не увидит во дворе то зайти к хозяевам в дом и под предлогом якобы ранее состоявшегося ДТП, который придумал ФИО41, выяснить где находится в настоящее время указанный автомобиль; в 16 часов 24 мин. - после прослушивания фонограммы, присутствующий ФИО50 .. пояснил, что на данной записи он узнаёт свой голос и голос ФИО41, данный разговор состоялся между ним и ФИО41, который ему пояснил, что едет за ФИО43, по прозвище "&lt;данные изъяты&gt; а также просит его очередной раз съездить в &lt;адрес&gt;, проверить на мести ли автомобиль "&lt;данные изъяты&gt;, и если он автомобиль не увидит во дворе то зайти к хозяевам в дом и под предлогом выяснить где находится в настоящее время указанный автомобиль., в 16 часов 40 мин. - после прослушивания фонограммы, присутствующий ФИО50 .. пояснил, что на данной записи он узнаёт свой голос и голос ФИО41, данный разговор состоялся между ним и ФИО41, в ходе которого последний просит его очередной раз съездить в &lt;адрес&gt;, проверить на месте ли автомобиль "&lt;данные изъяты&gt; и если он автомобиль не увидит во дворе, то зайти к хозяевам в дом и под предлогом выяснить, где находится в настоящее время указанный автомобиль. А он пояснил ФИО41, что взял с собой своего соседа ФИО66, который проживает на &lt;адрес&gt; номера дома он не помнит, что бы он (ФИО46) зашёл по вышеуказанному адресу и узнал про автомобиль"Hyundai Solaris" г/н 999., &lt;дата обезличена&gt; в 10 часов 26 мин., в 12 часов 48 мин. - после прослушивания фонограммы, присутствующий ФИО50 .. пояснил, что на данной записи он узнаёт свой голос и голос ФИО41, данный разговор состоялся между ним и ФИО41, в ходе которого ФИО41 пояснил, что нашёл автомобиль "Hyundai Solaris" г/н &lt;№&gt; просит подъехать к "Кубанскому мосту"; в 14 час. 4 мин. - после прослушивания фонограммы, присутствующий ФИО50 .. пояснил, что на данной записи он узнаёт свой голос и голос ФИО41, данный разговор состоялся между ним, ФИО41 и мужчиной по имени Андрей, но его голоса он не узнает, кто это может быть он не знает. В ходе данного разговора ФИО41 пытается выяснить точный адрес места жительства владельца автомобиля "&lt;данные изъяты&gt; в &lt;адрес&gt;; в 18 часов 57 мин. - после прослушивания фонограммы, присутствующий ФИО50 пояснил, что на данной записи он узнаёт свой голос и голос ФИО41, данный разговор состоялся между ним и ФИО41, в ходе которого ФИО41 просит его заехать за ФИО43 и поехать с ним на адрес; &lt;дата обезличена&gt; в 12 часов 17 мин. - после прослушивания фонограммы, присутствующий ФИО50 .. пояснил, что на данной записи он узнаёт свой голос и голос ГАСПАРЯН, данный разговор состоялся между ним и ФИО41, в ходе которого он поясняет, ФИО41, что едет за "&lt;данные изъяты&gt;, в районе ИК &lt;№&gt;, ГАСПАРЯН просит не упустить данный автомобиль, чтобы проследить маршрут его передвижения; в 13 часов 22 мин. - после прослушивания фонограммы, присутствующий ФИО50 .. пояснил, что на данной записи он узнаёт свой голос и голос ГАСПАРЯН, данный разговор состоялся между ними, ФИО41, который пояснил, что он едет за "&lt;данные изъяты&gt;, в &lt;адрес&gt; области, при этом пояснил, что у него кончается топливо и он будет разворачиваться, то есть поедет обратно, он пояснил, что доехал до пос.Красные Баррикады и то же будет разворачиваться, так как у него кончается бензин; в 13 часов 24 мин. - после прослушивания фонограммы, присутствующий ФИО50 .. пояснил, что на данной записи он узнаёт свой голос и голос ГАСПАРЯН, данный разговор состоялся между ними, ФИО41, который пояснил, что он едет за "&lt;данные изъяты&gt; в &lt;адрес&gt;&lt;дата обезличена&gt; в 16 часов 7 мин. - после прослушивания фонограммы, присутствующий ФИО50 .. пояснил, что на данной записи он узнаёт свой голос и голос ГАСПАРЯН, данный разговор состоялся между ними, ФИО41, который просил доехать до дома владельцев автомобиля "&lt;данные изъяты&gt;, в &lt;адрес&gt; 1, и посмотреть на месте ли указанный автомобиль; в 11 часов 59 мин. - после прослушивания фонограммы, присутствующий ФИО50 .. пояснил, что на данной записи он узнаёт свой голос и голос ГАСПАРЯН, данный разговор состоялся между ними, ФИО41, которому он пояснил, что автомобиля "&lt;данные изъяты&gt;, во дворе дома в &lt;адрес&gt; нет и он собирается ехать по городу искать данный автомобиль, чтобы узнать его место нахождение и маршрут движения; в 13 часов 9 мин. - после прослушивания фонограммы, присутствующий ФИО50 .. пояснил, что на данной записи он узнаёт свой голос и голос ГАСПАРЯН, данный разговор состоялся между ними, ФИО41, которому он пояснил, что ищет по городу автомобиль "&lt;данные изъяты&gt;, и находится на &lt;адрес&gt;; в 13 часов 43 мин. - после прослушивания фонограммы, присутствующий ФИО50 .. пояснил, что на данной записи он узнаёт свой голос и голос ГАСПАРЯН, данный разговор состоялся между ними, ФИО41, которому он пояснил, что находится на &lt;адрес&gt;, а ФИО41, пояснил, что автомобиль "&lt;данные изъяты&gt; находится во дворе дома в &lt;адрес&gt; завод &lt;№&gt;, и просит его подъехать туда. При этом ФИО41 попросил отключит телефон и от дома владельцев данного автомобиля не звонить пока не отъедет на расстояние 1 - 2 километров, чтобы нельзя было установить что он находился в том районе; в 13 часов 48 мин. - после прослушивания фонограммы, присутствующий ФИО50 .. пояснил, что на данной записи он узнаёт свой голос и голос ГАСПАРЯН, данный разговор состоялся между ними, ГАСПАРЯН попросил подъехать на &lt;адрес&gt; и проследить за автомобилем "&lt;данные изъяты&gt;, за которым ФИО41 на своём автомобиле ехал по &lt;адрес&gt;; &lt;дата обезличена&gt; в 11 часов 16 мин. - после прослушивания фонограммы, присутствующий ФИО50 .. пояснил, что на данной записи он узнаёт свой голос и голос ГАСПАРЯН, данный разговор состоялся между ними, ФИО41, пояснил, что он получил деньги в размере 120 000 рублей за автомобиль "&lt;данные изъяты&gt;, который он похитил от ИК - 2 &lt;дата обезличена&gt;, за которым он ранее следил, также пояснил, что отдал ФИО43 &lt;данные изъяты&gt; рублей, за хищение данного автомобиля, а ему достанется &lt;данные изъяты&gt; рублей за его работу (слежку за автомобилем). Куда ФИО41 дел автомобиль "&lt;данные изъяты&gt; кто ему передал &lt;данные изъяты&gt; рублей он не знает ФИО41 ему об этом не говорил; - ФИО50 с ФИО45 &lt;дата обезличена&gt; в 18 часов 59 мин., &lt;дата обезличена&gt; в 12 часов 16 мин. - после прослушивания фонограмм, присутствующий ФИО50 .. пояснил, что: на данных записях он узнаёт свой голос и голос ФИО45, данный разговор состоялся между ним и ФИО67, в ходе которого он с ФИО43 договариваются съездить на адрес; в 18 часов 36 минут - после прослушивания фонограммы, присутствующий ФИО50 .. пояснил, что на данной записи он узнаёт свой голос и голос ФИО45, данный разговор состоялся между ними, ФИО43, который просил его посмотреть за чем - то; в 19 часов 57 мин. - после прослушивания фонограммы, присутствующий ФИО50 .. пояснил, что на данной записи он узнаёт свой голос и голос ФИО45, данный разговор состоялся между ними, ФИО43, который просил посмотреть, на пакет (контролька), на воротах дома владельцев автомобиля "&lt;данные изъяты&gt;, в &lt;адрес&gt;, который он оставлял ранее, чтобы было видно, выезжал ли указанный автомобиль со двора или нет; в 23 часа 10 мин. - после прослушивания фонограммы, присутствующий ФИО50 .. пояснил, что на данной записи он узнаёт свой голос и голос ФИО45, данный разговор состоялся между ним и ФИО45. Он говорил ФИО43, что был у дома владельцев автомобиля "Hyundai Solaris" г/н 999, в &lt;адрес&gt; и пакет (контролька), на воротах который он оставлял ранее, отсутствовал и он поставил ФИО68, чтобы было видно, выезжал ли указанный автомобиль со двора или нет; &lt;дата обезличена&gt; в 16 часов 23 мин., в 19 часов 10 мин., &lt;дата обезличена&gt; в 10 часов 6 мин., в 14 часов 40 мин. - после прослушивания фонограммы, присутствующий ФИО50 .. пояснил, что на данной записи он узнаёт свой голос и голос ФИО45, последний спросил передал ли ФИО41 ему (ФИО50 ..) деньги в размере &lt;адрес&gt; рублей за автомобиль "Hyundai Solaris" г/н 999, который они похитил от ИК - 2 &lt;дата обезличена&gt;, он отвели, что передал, но на самом деле ФИО41 он так и не виделся с ФИО41 и денег не получал, а в последствии узнал, что ФИО41 был задержан сотрудниками полиции за хищение указанного автомобиля; - ФИО45 с ГАСПАРЯН &lt;дата обезличена&gt; в 12 часов 55 минут - после прослушивания фонограммы, присутствующий ФИО50 .. пояснил, что на данной записи он узнаёт голос ГАСПАРЯН и ФИО43, ФИО43 звонил с его телефона ФИО41 и спросил, где он находится, ФИО41 пояснил, что он едет за автомобилем "&lt;данные изъяты&gt;, в районе объездной трассы в направлении &lt;адрес&gt;; в 13 часов 4 мин. - после прослушивания фонограммы, присутствующий ФИО50 .. пояснил, что на данной записи он узнаёт голос ГАСПАРЯН и ФИО43, ФИО43 звонил с его телефона и спросил, где он находится, ФИО41 пояснил, что едет за автомобилем "&lt;данные изъяты&gt; в районе &lt;адрес&gt;; в 13 часов 10 минут - после прослушивания фонограммы, присутствующий ФИО50 .. пояснил, что на данной записи он узнаёт голос ФИО43 и голос ГАСПАРЯН, данный разговор состоялся между ними, ФИО43 звонил с моего телефона ФИО41, и пояснил, что он с ФИО43 подъезжают к пос.Красные Баррикады Икрянинского района Астраханской области, а ФИО41, поясняет, что едет за "&lt;данные изъяты&gt;, в &lt;адрес&gt;; - ФИО5 с ГАСПАРЯН в присутствии ФИО50 &lt;дата обезличена&gt; в 12 часов 25 минут - после прослушивания фонограммы, присутствующий ФИО50 .. пояснил, что на данной записи он узнаёт голос своей сожительницы ФИО5 и голос ГАСПАРЯН, ФИО5 звонила по его просьбе с его телефона ФИО41 и передала ему его слова, а именно что они едут за автомобилем "&lt;данные изъяты&gt;, в районе рынка "&lt;данные изъяты&gt;"; в 12 часов 30 минут - после прослушивания фонограммы, присутствующий ФИО50 .. пояснил, что на данной записи он узнаёт голос своей сожительницы ФИО5 и голос ГАСПАРЯН, ФИО5 звонила по его просьбе с его телефона ФИО41 и передала ему его слова, а именно что они едут за автомобилем "&lt;данные изъяты&gt;, в районе магазина "Городок" у "Старого" моста через реку Волга; в 12 часов 47 минут - после прослушивания фонограммы, присутствующий ФИО50 .. пояснил, что на данной записи он узнаёт голос своей сожительницы ФИО5 и голос ГАСПАРЯН и ФИО43, ФИО5 звонила по его просьбе с его телефона ФИО41 и спросила где он находится, за тем передала телефон ФИО43, чтобы ему ФИО41 объяснил, где он находится, так как он находился за рулём и не мог ответить. ФИО41 пояснил, что они едут за автомобилем &lt;данные изъяты&gt;, в районе пожарной части на Трусовской стороне; &lt;дата обезличена&gt; в 14 часов 12 мин. - после прослушивания фонограммы, присутствующий ФИО50 .. пояснил, что на данной записи он узнаёт голос своей сожительницы ФИО5 и голос ФИО45, ФИО5 сообщила ФИО69, который ехал с ФИО41 на машине последнего, что автомобиль "Hyundai Solaris" г/н 999, находится в &lt;адрес&gt; в районе ИК - 2, а ФИО43 чтобы они уезжали, так как он с ФИО41 уже подъезжал к месту парковки данного автомобиля; в 15 часов 10 минут - после прослушивания фонограммы, присутствующий ФИО50 .. пояснил, что на данной записи он узнаёт голос своей сожительницы ФИО5 и голос ФИО45, ФИО5 по его просьбе спрашивала у ФИО69 где он с ГАСПАРЯН находится, последний пояснил, что он находятся в районе реки Царев, около &lt;адрес&gt;, в районе места жительства их общего знакомого по имени &lt;данные изъяты&gt;&lt;данные изъяты&gt; - протоколом осмотра и прослушивания фонограммы с участием обвиняемого ФИО44 от &lt;дата обезличена&gt;, ФИО41 от &lt;дата обезличена&gt;, согласно которого были просмотрены видео файлы из папок "&lt;данные изъяты&gt;" из которых соответственно папкам по вышеуказанным датам следует, что 1 - на контролируемой местности находится автомобиль "&lt;данные изъяты&gt;" фиолетового цвета (&lt;№&gt;), рядом с которым располагается второй автомобиль "&lt;данные изъяты&gt;" серого цвета, на крыше которого располагается колпак белого цвета с эмблемой такси (&lt;№&gt;). У первого автомобиля находится ФИО41 и ФИО44, которые по очереди прикручивают регистрационные знаки "&lt;данные изъяты&gt;", На данном участке местности также находится водитель такси (ФИО30), ФИО41 вытаскивает из первого автомобиля магнитолу, которую забирает ФИО44 и кладёт в автомобиль &lt;№&gt; - такси. Из рядом расположенного дома выходят трое неустановленных мужчин, которые находятся около автомобиля &lt;№&gt; и смотрят за действиями ФИО41 ФИО44 садится на заднее пассажирское сидение автомобиля &lt;№&gt;, ФИО30 садится за водительское сидение и они отъезжают. ФИО41 после того как закончил установку заднего регистрационного знака "&lt;данные изъяты&gt;", на крышку багажника автомобиля &lt;№&gt;, открыл багажник и стал вытаскивать на землю вещи находящиеся в багажнике автомобиля &lt;№&gt;. Трое неустановленных мужчин, которые находились у автомобиля &lt;№&gt; стали помогать ФИО41 и уносили указанные вещи в сторону ближайшего дома, откуда ранее вышли, в том числе откатили запасное колесо, находящиеся в багажнике автомобиля &lt;№&gt;. Затем ФИО41 сел за руль автомобиля &lt;№&gt; и уехал; 2 - на контролируемой местности у здания с вывеской "&lt;данные изъяты&gt;" находятся 4 мужчин и одна женщина азиатской внешности, также ФИО41 ФИО44 выходит из указанного здания в руке, у которого находится прямоугольный предмет, предметы, завернутые в полимерный пакет белого цвета, общаются между собой, затем ФИО44 и ФИО41 садятся в автомобиль &lt;данные изъяты&gt;&lt;№&gt;, 30 рег., серого цвета, на крыше которого располагается колпак белого цвета с эмблемой такси, под управлением водителя ФИО30 и уезжают; 3 - на контролируемой местности у здания с вывеской "&lt;данные изъяты&gt; куда подъехал автомобиля &lt;данные изъяты&gt;" г/н "&lt;№&gt;" из которого вышли 4 мужчины и одна женщина азиатской внешности, общаются между собой, 4 - на контролируемой местности у здания с вывеской "&lt;данные изъяты&gt; находятся 4 мужчин и одна женщина азиатской внешности, к ним из указанного здания выходит ФИО44 которые здороваются и начинают, общаются между собой, один из мужчин азиатской внешности достает из припаркованного автомобиля "&lt;данные изъяты&gt;" &lt;№&gt;" прямоугольный сверток, завернутый в полимерный пакет белого цвета и передает его ФИО44, продолжают общаться, ФИО44 с указанным свёртком заходит в вышеуказанное здание; 5 - на контролируемой местности у здания с вывеской "Автолегион" находятся 4 мужчин и одна женщина азиатской внешности, также ФИО41 ФИО44 выходит из указанного здания в руке, у которого находится прямоугольный предмет, предметы, завернутые в полимерный пакет белого цвета, общаются между собой, затем ФИО44 и ФИО41 садятся в автомобиль "&lt;данные изъяты&gt;" г/н &lt;№&gt;, 30 рег., серого цвета, на крыше которого располагается колпак белого цвета с эмблемой такси, под управлением водителя ФИО30 и уезжают; 6 - на контролируемой местности находится автомобиль "Hyundai Solaris" фиолетового цвета (&lt;№&gt;), рядом с которым располагается второй автомобиль &lt;данные изъяты&gt;" серого цвета, на крыше которого располагается колпак белого цвета с эмблемой такси (&lt;№&gt;). У первого автомобиля находится ФИО41 и ФИО44, которые по очереди прикручиваю регистрационные знаки "&lt;данные изъяты&gt;, На данном участке местности также находится водитель такси (ФИО30), ФИО41 вытаскивает из первого автомобиля магнитолу, которую забирает ФИО44 и кладёт в автомобиль &lt;№&gt; - такси. Из рядом расположенного дома выходят трое неустановленных мужчин, которые находятся около автомобиля &lt;№&gt; и смотрят за действиями ФИО41 ФИО44 садится на заднее пассажирское сидение автомобиля &lt;№&gt;, ФИО30 садится за водительское сидение и они отъезжают. ФИО41 после того как закончил установку заднего регистрационного знака &lt;№&gt;", на крышку багажника автомобиля &lt;№&gt;, открыл багажник и стал вытаскивать на землю вещи находящиеся в багажнике автомобиля &lt;№&gt;. Трое неустановленных мужчин, которые находились у автомобиля &lt;№&gt; стали помогать ФИО41 и уносили указанные вещи в сторону ближайшего дома, откуда ранее вышли, в том числе откатили запасное колесо, находящиеся в багажнике автомобиля &lt;№&gt;. Затем ФИО41 сел за руль автомобиля &lt;№&gt; и уехал, 7 - на контролируемой местности находится автомобиль &lt;данные изъяты&gt;" фиолетового цвета (&lt;№&gt;), рядом с которым располагается второй автомобиль "&lt;данные изъяты&gt;" серого цвета, на крыше которого располагается колпак белого цвета с эмблемой такси (&lt;№&gt;). У первого автомобиля находится ФИО41 и ФИО44, которые по очереди прикручиваю регистрационные знаки "&lt;№&gt; На данном участке местности также находится водитель такси (ФИО30), ФИО41 вытаскивает из первого автомобиля магнитолу, которую забирает ФИО44 и кладёт в автомобиль &lt;№&gt; - такси. Из рядом расположенного дома выходят трое неустановленных мужчин, которые находятся около автомобиля &lt;№&gt; и смотрят за действиями ФИО41 ФИО44 садится на заднее пассажирское сидение автомобиля &lt;№&gt;, ФИО30 садится за водительское сидение и они отъезжают. ФИО41 после того как закончил установку заднего регистрационного знака "&lt;№&gt;", на крышку багажника автомобиля &lt;№&gt;, открыл багажник и стал вытаскивать на землю вещи находящиеся в багажнике автомобиля &lt;№&gt;. Трое неустановленных мужчин, которые находились у автомобиля &lt;№&gt; стали помогать ФИО41 и уносили указанные вещи в сторону ближайшего дома, откуда ранее вышли, в том числе откатили запасное колесо, находящиеся в багажнике автомобиля &lt;№&gt;. Затем ФИО41 сел за руль автомобиля &lt;№&gt; и уехал(&lt;данные изъяты&gt;), Также суд делает вывод, что разговоры подсудимых между собой и с другими лицами также служат прямыми доказательствами виновности подсудимых в совершённом преступлении, при этом в их разговорах каждый раз присутствует завуалированный смысл относительно хищения автомобиля &lt;данные изъяты&gt;" (далее по тексту сокращённо - автомобиля, машины и т.п.), &lt;№&gt;.: от &lt;дата обезличена&gt;: - в 13 часов 40 минут ГАСПАРЯН разговаривает со свидетелем ФИО48 - из данного разговора следует, что ГАСПАРЯН рассказывает ФИО48, что у ГАСПАРЯН уже на момент разговора имелся ранее похищенный им торчащий из багажника вышеуказанного автомобиля, называя его &lt;данные изъяты&gt;" ключ, учитывая то, что при задержании ГАСПАРЯН &lt;дата обезличена&gt; на похищенном им выше указанном автомобиле был обнаружен и изъят второй ключ от него, который ранее до вышеуказанной даты пропал у свидетеля ФИО42, следовательно разговор на данной записи идёт именно о похищенном ГАСПАРЯН ключе от вышеуказанного автомобиля, а не якобы ГАСПАРЯН найденным на земле, - в 15 часов 37 мин. ГАСПАРЯН разговаривает с ФИО44 (ФИО87) - из данного разговора следует, что они договариваются о встрече по инициативе ФИО41, и что у последнего имеется к ФИО44 разговор, с которым он хотел бы поговорить лично при встрече, после чего они договорились встретиться через 30 - 40 минут, при этом ФИО44 должен был ГАСПАРЯН привезти также "деньги". В последующем в судебном разбирательстве было установлено что разговор шёл о части денежных средств из общей суммы похищаемого вышеуказанного автомобиля. - в 16 часов 26 мин. ГАСПАРЯН разговаривает с ФИО45 - из данного разговора следует, что ГАСПАРЯН после разговора с ФИО44 уже разговаривает с ФИО45, при этом ГАСПАРЯН говорит ему что вышел на связь с мужчиной по имени "Саша" (согласно ОРМ "ПТП" "Саша" - ФИО44), которому рассказал, что у них имеется предмет интересующий ФИО44, который можно продать за "&lt;***&gt;". В этом разговоре предметом интересующим ФИО44 являлся также вышеуказанный автомобиль, "&lt;***&gt;" - это сума &lt;данные изъяты&gt; рублей, за которую ГАСПАРЯН, предлагал ФИО44 найти покупателей на указанный автомобиль, Также ГАСПАРЯН спрашивает у ФИО45 что им делать если ФИО44 скажет что ему сейчас нужна будет эта машина, и где они её искать будут, на что ФИО45 предложил ГАСПАРЯН сказать ФИО44 что она будет только через 3 дня, также предложил деньги забрать и осуществить расчёт когда они отдадут ФИО44 машину. При этом ГАСПАРЯН сказал ФИО45, что он подумает и примет решение, что также подтверждает, что конечное решение по данному вопросу будет принимать ГАСПАРЯН, как организатор преступной группы. Также ГАСПАРЯН говорит ФИО45 чтобы тот позвонил "Татарину", судом установлено, что им является ФИО50 .., что бы тот поехал и стал уже искать вышеуказанный автомобиль, и что сам ГАСПАРЯН тоже его уже ищет, что подтверждает что ГАСПАРЯН как организатор и руководитель ОПГ, даёт указания ФИО45, которые тем исполняются, - в 16 часов 47 мин. ГАСПАРЯН разговаривает с ФИО45 - из данного разговора следует, что ГАСПАРЯН говорит ФИО45 что он (ГАСПАРЯН) взял (у ФИО44) аванс за красный автомобиль, далее говоря ФИО45 что по его мнению достаточно для его обнаружения не 3 дня, как говорил ФИО45, а 2 дня, и что он (ГАСПАРЯН) договорился с ФИО44 что тот ждёт 2 дня. Также ГАСПАРЯН сказал ФИО45 что договорился с ФИО44 о стоимости машины - &lt;данные изъяты&gt; рублей, ФИО45 соглашается с такой стоимостью. ФИО45 спрашивает у ГАСПАРЯН что ФИО44 отдаст сразу все &lt;данные изъяты&gt; рублей, на что ГАСПАРЯН ему поясняет, что сразу когда ему привезут машину. Далее ФИО45 спрашивает у ГАСПАРЯН взял ли какие - либо денежные средства у ФИО44, на что ГАСПАРЯН поясняет что конечно взял, о чём ему ранее уже сказал, что также подтверждает что ГАСПАРЯН сам принимает все решения по делу как организатор и руководитель ОПГ, в том числе несмотря на советы ФИО45, - в 21 час 27 мин. ГАСПАРЯН разговаривает с ФИО44 - из данного разговора следует, что ФИО44 просит ГАСПАРЯН прислать СМС - сообщение с описанием вышеуказанного автомобиля, о котором они ранее разговаривали, а именно указать какая коробка передач (автоматическая или нет и т.д.), ГАСПАРЯН отвечает что исполнит просьбу ФИО44, от &lt;дата обезличена&gt;: - в 14 часов 21 минута ГАСПАРЯН разговаривает с ФИО70 - из данного разговора следует, что ГАСПАРЯН говорит об СМС-ке, которую ГАСПАРЯН отправил ему, спрашивает может ли то узнать информацию о машине, на что ФИО51 отвечает может это попробовать. ФИО51 уточняет у ГАСПАРЯН название машины, тот её называет - "&lt;данные изъяты&gt;". Далее ГАСПАРЯН и ФИО51 договариваются встретиться у последнего на работе. &lt;дата обезличена&gt;: - в 9 часов 34 мин. ГАСПАРЯН разговаривает с мужчиной по имени ВЛАД (согласно ОРМ "ПТП" "ВЛАД" - ФИО82 - сотрудник прокуратуры Кировского района) - из данного разговора следует, что разговор идёт о машине, ГАСПАРЯН называет её "&lt;данные изъяты&gt;" с номером 999 САД, ГАСПАРЯН просит ФИО18 узнать информацию по данной машине. Причину поиска машины ГАСПАРЯН ВОРОНОВУ поясняет что водитель данной машины пристаёт к жене одного парня, который в настоящее время находится под стражей и который просит ГАСПАРЯН чтобы он хотя бы проколол шину этой машины. ФИО82 соглашается, просит скинуть данные на машину СМС-кой. - в 9 часов 37 мин. ГАСПАРЯН разговаривает с ФИО45 - из данного разговора следует, что разговор идёт о вышеуказанной похищаемой ими машине. ГАСПАРЯН говорит что всю ночь не спал, ездил искал её, но не нашёл. ФИО45 спрашивает у ГАСПАРЯН а что говорит "этот", на что ГАСПАРЯН говорит ему, что он (ГАСПАРЯН) приехал в прокуратуру Кировского района (к ФИО18), и что хочет ему сказать что ему (ГАСПАРЯН) известно что водитель на вышеуказанной машине (&lt;№&gt;) вчера (&lt;дата обезличена&gt;) показания давал, из чего следует что ФИО45 в эту дату также было известно что ГАСПАРЯН, выполняя свою руководящую роль в совершении преступления, ищет сведения о машине через представителя прокуратуры ФИО18, - в 9 часов 42 мин. ГАСПАРЯН разговаривает с ФИО45 - из данного разговора следует, что разговор идёт о вышеуказанной похищаемой ими машине. ГАСПАРЯН спрашивает у ФИО45 правильные буквы на номере машине САД или САР, на что ФИО45 говорит ГАСПАРЯНУ что буквы САР, из чего следует, что ФИО45 уже на данную дату был полностью осведомлён о номерах машины, которую они планировали с ГАСПАРЯН похитить. - 10 часов 33 мин. ГАСПАРЯН разговаривает с ФИО18 - из данного разговора следует, что разговор идёт о вышеуказанной похищаемой ГАСПАРЯН машине, ФИО82 говорит ему что тот просил уже готово, и что ГАСПАРЯН может к нему приехать, из чего следует, что ФИО82 говорит ГАСПАРЯН что нашёл адрес вышеуказанной машины, - в 10 часов 54 мин. ГАСПАРЯН разговаривает с ФИО45 - из данного разговора следует, что разговор идёт о вышеуказанной похищаемой ими машине. ГАСПАРЯН говорит ФИО45 что ГАСПАРЯН нашёл адрес машины, что она зарегистрирована на женщину, и что ГАСПАРЯН предлагает ФИО45 вместе поехать к её месту нахождения на ФИО7 машине (то есть на автомобиле "&lt;данные изъяты&gt;&lt;данные изъяты&gt;", белого цвета, г/н &lt;№&gt;, 30 рег., который как установлено в судебном разбирательстве был приобретен в июле 2016г. родственником ГАСПАРЯНА - ФИО71, &lt;дата обезличена&gt; г.р.), которая является затемнённой, то есть чтобы лиц, находящихся в ней не было видно. ФИО45 уточняет что ему надо делать, то есть тем самым вновь подтверждая свою роль подчинения в ОПГ руководителю ГАСПАРЯНУ, - в 12 часов 6 мин. ГАСПАРЯН разговаривает с ФИО45 - из данного разговора следует, что разговор идёт о вышеуказанной похищаемой ими машине. ФИО45 говорит ГАСПАРЯН что подъезжает к нему и будет у него через 15 минут. ГАСПАРЯН отвечает ему что его уже нет дома, и чтобы ФИО45 тогда взял у него велосипед, который стоит во дворе. Также ФИО45 спрашивает у ГАСПАРЯН что насчёт машины, ГАСПАРЯН отвечает, что ездил по данному ему ФИО18 адресу, но её там нет, также что ГАСПАРЯН просил "ФИО51" помочь ему, также что бы вместе с ГАСПАРЯН съездил посмотреть на эту машину, но по данному ГАСПАРЯНУ ВОРОНОВЫМ адресу машины не оказалось. ГАСПАРЯН допустил что её водитель (мужчина) может быть находится на работе. ФИО45 спрашивает у ГАСПАРЯН в черте ли города адрес, ГАСПАРЯН отвечает что нет, но недалеко. - в 20 часов 14 мин. ГАСПАРЯН разговаривает с ФИО45 - из данного разговора следует, что разговор идёт о вышеуказанной похищаемой ими машине. ГАСПАРЯН говорит ему что вновь разговаривал с прокурором (ФИО18), с которым не стал заезжать к ФИО45, высадив раньше. Также ГАСПАРЯН сказал ФИО45 что с ключом, который он вытащил из багажника, он вновь поедет на данный ему адрес, сделает там круг, и если это подтвердится, то сразу приедет к ФИО45 что бы взять его для похищения машины, последний с этим соглашается, &lt;дата обезличена&gt;: - в 9 часов 41 мин. ГАСПАРЯН разговаривает с ФИО18 - из данного разговора следует, что разговор идёт о вышеуказанной машине, ГАСПАРЯН говорит ФИО18 что по тому адресу что он ему дал вообще никто не живёт, и нельзя ли ФИО18 узнать более подробно о данной машине и её владельце, и что ГАСПАРЯН находится рядом с ФИО18, предлагает ему с ним встретиться, - в 10 часов 29 мин. ГАСПАРЯН разговаривает с ФИО44 - из данного разговора следует, что ФИО44 спрашивает у ГАСПАРЯН что там с машиной. ГАСПАРЯН отвечает что всё нормально, на что ФИО44 говорит ему что "они" (судом установлено, что этими лицами ФИО44 говорит про лиц из Республики Казахстан) должны завтра (&lt;дата обезличена&gt;) приехать. На это ГАСПАРЯН говорит ему что сейчас он свяжется с "пацанами" (ФИО45 и ФИО50) и после этого перезвонит ФИО44, - в 11 часов 29 мин. ГАСПАРЯН разговаривает с ФИО18 - из данного разговора следует, что разговор идёт о вышеуказанной машине, ФИО82 говорит ГАСПАРЯНУ про другой адрес машины, где она может находится &lt;адрес&gt; - в 11 часов 35 мин. ГАСПАРЯН разговаривает с ФИО45 - из данного разговора следует, что ГАСПАРЯН говорит ФИО45 что ФИО82 ему дал другой адрес. ФИО45 спрашивает какой и предлагает ГАСПАРЯН заехать к нему и его дать, на что ГАСПАРЯН говорит ему что сначала он сам заедет туда, после чего приедет к ФИО45, что также подтверждает что ГАСПАРЯН сам принимает решения в созданной им ОПГ, - В 12 часов 21 мин. ГАСПАРЯН разговаривает с ФИО18 - из данного разговора следует, что разговор идёт о вышеуказанной машине, ГАСПАРЯН говорит ФИО18 что он проехал по тому адресу который он дал, и что там дом частный, и что там не может быть квартиры. ФИО82 говорит что может быть адрес записан неправильно. ГАСПАРЯН переспрашивает у ФИО82 адрес: &lt;адрес&gt;, ФИО82 его подтверждает, при этом говорит ему что по одной справке имеется просто дом с номером, по другой только квартира, предполагает что этот адрес может быть на 2 семьи. ГАСПАРЯН говорит ФИО18 что он уже находится по данному адресу и что также его поищет по Интернету, - в 12 часов 36 мин. ГАСПАРЯН разговаривает с ФИО45 - из данного разговора следует, что ГАСПАРЯН говорит ФИО45 что по тому адресу находится гараж, и что ГАСПАРЯН был по данному адресу, там также находятся ворота во двор. При этом ФИО45 спрашивает дозвонился ли ГАСПАРЯН до ФИО12 (ФИО50), - в 16 часов 29 мин. ГАСПАРЯН разговаривает с ФИО18 - из данного разговора следует, что разговор идёт о переданном ФИО18М ГАСПАРЯНУ адресе. ФИО82 говорит ГАСПАРЯН что он ещё раз посмотрел и что верный адрес. ГАСПАРЯН спрашивает у ФИО82 правильно ли что проживающего там мужчину зовут АНАТОЛИЙ, на что ФИО82 называет имя и отчество ФИО13, проживающего по данному адресу, из чего следует, что ГАСПАРЯН от ФИО18 получил сведения о супруге потерпевшей ФИО42 - о ФИО42. При этом ФИО82 говорит ГАСПАРЯН что ФИО42 его одногодка, и что там проживает с женой и своими детьми, ранее проживал по другому адресу (&lt;адрес&gt;), с учёта с которого недавно снялись. Также ФИО82 говорит о причинах приезда ФИО42, называя точно его фамилию, в то место, где его видел ГАСПАРЯН, в частности решать по поводу призыва его сына на военную службу, - в 18 часов 22 мин. ФИО50 разговаривает с ГАСПАРЯНОМ - из данного разговора следует, что ФИО50 говорит ГАСПАРЯНУ что он "на месте", то есть по ранее указанному ГАСПАРЯН адресу, и никто ещё не приезжал, но машина на 100 % та, которую они ищут вплоть до цвета. Далее ГАСПАРЯН даёт указание ФИО50 продолжать там находиться, ФИО50 соглашается это исполнить, - в 19 часов 35 мин. ФИО50 разговаривает с ГАСПАРЯНОМ - из данного разговора следует, что ФИО50 говорит ГАСПАРЯН что всё по прежнему также, и что никто по адресу, за которым наблюдает ФИО50 не появлялся, - в 19 часов 37 мин. ФИО50 разговаривает с ГАСПАРЯНОМ - из данного разговора следует, что ГАСПАРЯН предлагает ФИО50 зайти и спросить о том что их интересует, ФИО50 соглашается, - в 20 часов 1 мин. ФИО50 разговаривает с ГАСПАРЯНОМ - из данного разговора следует, что ФИО50 говорит ГАСПАРЯН что он по прежнему там же, ГАСПАРЯН вновь предлагает ФИО50 зайти и спросить о том что их интересует, ФИО50 сказал что заходил по адресу, но дверь ему никто не открыл, &lt;дата обезличена&gt;: - в 11 часов 24 мин. ГАСПАРЯН разговаривает с ФИО50 - из данного разговора следует, что ГАСПАРЯН предлагает и далее по существу даёт указание ФИО50 встретиться с ФИО42, называет его фамилию и говорит что надо сказать ФИО50 при встрече, в частности сказать ему что они ходили в следственный комитет и всё знают, что ФИО42 туда ездил по поводу своего сына, &lt;данные изъяты&gt;, который от армии уклоняется, и что скорее всего это ФИО42 на своей машине якобы задел его машину. При этом сказать что надо посмотреть машину ФИО42 и что если он не даст, то ФИО50 будет вызывать ГАИ (представителей ГИБДД), то есть обмануть ФИО42. Также сказать последнему что якобы ФИО50 стоял, а когда пришёл, то ему кто - то сказал что его машину задела машина с номером &lt;данные изъяты&gt;" и поэтому ФИО50 ищет эту машину, которая стояла около следственного комитета, при этом чтобы ФИО50 сказал ФИО42 что его (ФИО50) машина стояла в другом месте, назвать его, но чтобы в этом месте не было камер видеонаблюдения. ФИО50 уточняет у ГАСПАРЯН фамилию того мужчины - ФИО42?, которую ГАСПАРЯН подтверждает. Из данного разговора следует, что вышеуказанный свидетель на дату &lt;дата обезличена&gt; был уже также был осведомлён о преступных планах ГАСПАРЯН и ФИО45, о чём в том числе свидетельствует что ФИО50 даже не спрашивает на какой адрес ему надо ехать к ФИО42, в том числе не спрашивает для чего необходимы все эти действия ФИО50, а просто соглашается выполнить указания ГАСПАРЯНА, - в 14 часов 34 мин. ГАСПАРЯН разговаривает с ФИО18 - из данного разговора следует, что ГАСПАРЯН спрашивает его не помнит ли он какие буквы он называл по машине САД или САР, ФИО82 отвечает что САР. Далее ГАСПАРЯН говорит ФИО18 что машины по адресу нет, и что они со вчерашнего дня там её ищут. Кроме того ГАСПАРЯН говорит ФИО18 что по тому адресу живёт седой мужчина, а он (ГАСПАРЯН) видел маленького лысоватого, то есть не тот человек, которого он (ГАСПАРЯН) ищет, - в 16 часов 24 мин. ГАСПАРЯН разговаривает со свидетелем ФИО50 - из данного разговора следует, что ФИО50 жалуется на ФИО45, называя его в одном случае "УЗБЕК", в другом по имени "ФИО86", говорит ГАСПАРЯН что он (ФИО50) в момент разговора едет за ФИО45. ГАСПАРЯН спрашивает у ФИО50 нашёл он его (ФИО42), на что ФИО50 отвечает ему, что ещё нет, и что он едет за ФИО45 на адрес. После этого ГАСПАРЯН даёт указание ФИО50 чтобы он и ФИО45 зашли на адрес и узнали там об информации, о которой они ранее говорили, - в 16 часов 40 мин. ГАСПАРЯН разговаривает с ФИО50 - из данного разговора следует, что ФИО50 поясняет ГАСПАРЯНУ что взял с собой своего соседа ФИО66, который проживает на &lt;адрес&gt;, номера дома он не помнит, что бы он (ФИО46) зашёл по адресу и узнал про автомобиль"Hyundai Solaris" г/н 999, также ГАСПАРЯН даёт указание ФИО50 узнать где находится владелец машины, которую они ищут, сказать ему что он врезался в его машину, покарябал, полицию будут вызывать. ФИО50 уточняет у ГАСПАРЯН какие буквы на машине точно, ГАСПАРЯН отвечает ему что САР, &lt;дата обезличена&gt;: - в 10 часов 21 мин. ГАСПАРЯН разговаривает с ФИО18 - из данного разговора следует, что ГАСПАРЯН в скрытой форме поясняет, что вчера ездил по данному ему ФИО18 адресу, однако машины там нет. ГАСПАРЯН вновь просит ФИО18 помочь ему найти адрес по номеру машины, ФИО82 соглашается помочь ГАСПАРЯНУ, - в 10 часов 26 мин. ГАСПАРЯН разговаривает с ФИО50 - из данного разговора следует, что ГАСПАРЯНУ утром позвонил ФИО45, и ГАСПАРЯН сказал ему чтобы он также помогал им, так как люди уже здесь, а номер один, - в 11 часов 14 мин. ГАСПАРЯН разговаривает с ФИО18 - из данного разговора следует, что ГАСПАРЯН в скрытой форме поясняет, что предоставленная им ранее информация по поводу адреса собственника автомобиля "HYUNDAI SOLARIS", г/н &lt;№&gt;, 30 рег. - &lt;адрес&gt;, не достоверна, и просит уточнить, - в 11 часов 38 мин. ГАСПАРЯН разговаривает с ФИО44 - из данного разговора следует, что ФИО44 спрашивает у ГАСПАРЯН что там с машиной. ГАСПАРЯН отвечает что он занимаются ей, то есть во множественном лице (с другими лицами ФИО45 и ФИО50). Сегодня пока вопрос они не решили, и ещё со своими подельниками не созванивался, но они работают. На это ФИО44 говорит ГАСПАРЯН что то лицо, о котором они говорили ранее (лицо из Казахстана) уже приехал и находится в Астрахани. На это ГАСПАРЯН ему говорит что ему (ГАСПАРЯН) также нужна помощь от ФИО44, в частности ГАСПАРЯНУ нужна информация по обговоренной ими ранее машине, всю информацию по которой ГАСПАРЯН ещё не собрал, хотя ему её адрес также дала прокуратура (ФИО82) по номеру машины. ГАСПАРЯН ищет её, но найти пока они не могут. ФИО44 соглашается и просит направить ему по СМС сообщению номер машины, - в 12 часов 17 мин. ГАСПАРЯН разговаривает с ФИО44 - из данного разговора следует, что ФИО44 говорит что звонил парню (из Казахстана), но он не берёт трубку. ГАСПАРЯН отвечает что у него "всё на взводе", то есть в порядке, и сейчас они найдут машину. На это ФИО44 говорит, что он всё понял, однако тот парень (из Казахстана) сегодня хочет уехать вечером. На это ГАСПАРЯН говорит ФИО18 что "мы", то есть называя свою ОПГ во множественном лице, всё будут делать что от них зависит. И если не найдёт машину, то ГАСПАРЯН сам найдёт ему деньги за то, что у них не получилось, и от себя их отдаст, скажет что бы он понял их и приехал позже. Также ГАСПАРЯН сказал ФИО44 что сам боится что у него пока ничего не получается, то есть найти машину, - в 12 часов 33 мин. ГАСПАРЯН разговаривает с ФИО18 - из данного разговора следует, что ФИО82 назначает ГАСПАРЯНУ встречу на &lt;адрес&gt;), - в 12 часов 48 мин. ГАСПАРЯН разговаривает с ФИО50 - из данного разговора следует, что ФИО50 говорит ГАСПАРЯНУ что наконец то он (ФИО50) нашёл машину, то есть можно сделать вывод, что при встрече на &lt;адрес&gt;), ФИО82 сообщил данный адрес ГАСПАРЯНУ, далее последний даёт указание ФИО50, чтобы последний выезжал в сторону "Кубанского" моста, - в 12 часов 51 мин. ГАСПАРЯН разговаривает с ФИО44 - из данного разговора следует, что ГАСПАРЯН говорит ему что машину он действительно нашёл, на что ФИО44 вновь подтверждает что эта информация ему как "бальзам по сердцу", что подтверждает факт что ФИО44 обрадовался данной информации. Далее ГАСПАРЯН говорит ФИО44 что он ГАСПАРЯН в поисках машины не спал, и что ему неправильно давали адрес "звёзды" (представитель прокуратуры ФИО82), которому ГАСПАРЯН говорил что нигде машины нет, при этом ГАСПАРЯН ставки (денежные средства) повысил немного, выяснилось что владельцы машины меняли адреса, однако ГАСПАРЯНУ сегодня повезло, и что в настоящее время ГАСПАРЯН сам едет к машине, и там всё сам посмотрит, однако сейчас на улице светло. ФИО44 сказал что всё понял. Также ГАСПАРЯН сказал что он (ФИО44) может смело обнадёжить того парня (из Казахстана), на что ФИО44 сказал что его он уже обнадёжил ещё 2 дня назад. На это ГАСПАРЯН сказал ФИО44, что могло бы получиться что самому ГАСПАРЯНУ пришлось бы снимать тому парню (из Казахстана) номер в гостинице (Альпаше), - в 14 часов 4 мин. ГАСПАРЯН разговаривает с ФИО50 и парнем по имени АНДРЕЙ, которого просит найти точный адрес по программе "ДубльГис" - Астраханская область пос.Кирпичный &lt;№&gt;, &lt;адрес&gt;, после чего АНДРЕЙ ему сообщает, что он находится в районе "Казачьего" г.Астрахань, - в 17 часов 13 мин. ГАСПАРЯН разговаривает с ФИО44 - из данного разговора следует, что ФИО44 спрашивает решился ли вопрос с машиной, учитывая, что парню (из Казахстана) сегодня надо уезжать, на что ГАСПАРЯН ему отвечает, что сам находится на месте, но пока машина не у него, также ГАСПАРЯН просит объяснить тому парню, прежде чем ехать из Казахстана пусть сначала решит вопрос когда надо выезжать. Далее ФИО44 и ГАСПАРЯН договорились созвониться через 30 минут, - в 18 часов 57 мин. ГАСПАРЯН разговаривает с ФИО50 - из данного разговора следует, что ГАСПАРЯН интересуется где находится ФИО50, тот отвечает что дома, после этого ГАСПАРЯН ему говорит, что "звёзды" (ФИО82) опять всё перепутали относительно адреса машины. Далее ГАСПАРЯН говорит ФИО50 что сейчас он с ФИО48 поедет. Также ГАСПАРЯН даёт указание ФИО50 чтобы тот также ехал с ФИО45 НАЗИМОМ на адрес и были там, а то сам ГАСПАРЯН сам не может учитывая что к нему приехали лица из Казахстана с деньгами и документами, а также учитывая, что сам ГАСПАРЯН был неоднократно по адресу машины, где она должна находиться. ФИО50 спрашивает не нашли машину, ГАСПАРЯН отвечает что нет, и чтобы ФИО50 и ФИО45 обязательно поехали на адрес машины, за которую деньги сейчас же те лица (из Казахстана) готовы отдать. Также чтобы сам ФИО50 это передал ФИО45, на что ФИО50 согласился, то есть вышеуказанные обстоятельства также подтверждают руководящую роль ГАСПАРЯН в совершённом преступлении, учитывая что он распределял роли каждого из соучастников преступления, - в 18 часов 59 мин. (через 2 минуты после вышеуказанного разговора) ФИО50 разговаривает с ФИО45 - из данного разговора следует, что ФИО50 называет его по имени, что свидетельствует о их знакомстве, при этом ФИО45 говорит что он находится дома. ФИО50 спрашивает пойдёт ли ФИО45 туда (на адрес машины), ФИО45 говорит конечно, спрашивает где находится сам ГАСПАРЯН, ФИО50 отвечает что он уже поехал на адрес. ФИО45 просит ФИО50 забрать его (ФИО45) с дома, на что ФИО50 соглашается, - в 20 часов 30 мин. ФИО50 разговаривает с ФИО34 и с находящимся в его машине ГАСПАРЯНОМ - из данного разговора следует, что ФИО50 говорит ГАСПАРЯНУ что он (ФИО50) сейчас был там (по адресу), но там никого не увидел, на что ГАСПАРЯН говорит ФИО50 что они тоже оттуда, &lt;дата обезличена&gt;: - в 12 часов 16 мин. 10 сек. ФИО50 разговаривает с ФИО45 - из данного разговора следует, что ФИО50 говорит ФИО45 что они (ФИО42) выехали, и что ФИО50 не может дозвониться до ГАСПАРЯНА, и что бы сам ФИО45 позвонил ГАСПАРЯНУ, на что ФИО45 соглашается, - в 12 часов 16 мин. 40 сек. ФИО45 звонит ГАСПАРЯНУ и говорит ему что они (ФИО42) выехали и что ФИО50 уже звонил ФИО45, и чтобы ГАСПАРЯН забрал ФИО45, ГАСПАРЯН отвечает ему что нужно делать всё быстро, так как ФИО50 может потерять (ФИО42) на их машине учитывая, что у ФИО50 машина (шестёрка), то есть слабее по мощности, - в 12 часов 17 мин. ФИО50 разговаривает с ГАСПАРЯНОМ - из данного разговора следует, что ГАСПАРЯН спрашивает у него где он находится, на что ФИО50 отвечает ему, что проезжает "десятку" - район г.Астрахань, ГАСПАРЯН даёт ФИО50 указание "ни в коем случае" не упускать машину, на что ФИО50 отвечает что постарается это сделать, - в 12 часов 18 мин. ГАСПАРЯН разговаривает с ФИО45 - из данного разговора следует, что ГАСПАРЯН говорит ФИО45 что сейчас он поменяет ФИО50, после чего ФИО50 заберёт ФИО45, потому что ГАСПАРЯН предполагает, что в городе ФИО50 может потерять машину, за которой он следит, и что бы ФИО45 уже одетый выходил из дома и ждал ФИО50, на что ФИО45 соглашается, - в 12 часов 25 мин. ГАСПАРЯН разговаривает с ФИО5, которая находится в машине вместе с ФИО50 - из данного разговора следует, что ФИО5 поясняет ГАСПАРЯН где по пути находится машина, за которой они следят, ГАСПАРЯН поясняет ей чтобы водитель машины ничего не заподозрил, и что он ГАСПАРЯН также едет к ним на встречу, - в 12 часов 30 мин. ГАСПАРЯН разговаривает с ФИО5, которая находится в машине вместе с ФИО50 - из данного разговора следует, что ФИО5 поясняет ГАСПАРЯН где по пути находится машина, за которой они следят, также сказав что при остановке они увидели что водитель в машине находился вместе с женой и ребёнком, после чего ГАСПАРЯН сказал чтобы ФИО50 уезжал от машины, за которой он следил и ехал за ФИО45, - в 12 часов 47 мин. ГАСПАРЯН разговаривает с ФИО5, которая находится в машине вместе с ФИО50 - из данного разговора следует, что ФИО5 спрашивает где находится ГАСПАРЯН, на что он ей поясняет что сам следуя за машиной едет за город, в момент разговора находится в районе пожарной части на Трусовской стороне, - в 12 часов 55 мин. ГАСПАРЯН разговаривает с ФИО45 - из данного разговора следует, что ФИО45 спрашивает у ГАСПАРЯНА где тот находится, но что он ему отвечает, что по пути в сторону &lt;адрес&gt;, и что ГАСПАРЯН не знает куда направляется машина, которую они хотят похитить, и в которой находится вся семья ФИО42, - в 13 часов 4 мин. ГАСПАРЯН разговаривает с ФИО45 - из данного разговора следует, что ФИО45 спрашивает у ГАСПАРЯНА где тот находится, но что он ему отвечает, что они едут со скоростью &lt;***&gt; км в час в сторону пос.Красные Баррикады и что у ГАСПАРЯН бензина осталось на 200 рублей. Также ГАСПАРЯН рассказывает что делал водитель машины, в частности закупил продукты в магазине Городок, и поехал дальше, куда ГАСПАРЯНУ не известно, - в 13 часов 10 мин. ГАСПАРЯН разговаривает с ФИО45 - из данного разговора следует, что ГАСПАРЯН спрашивает у ФИО45 где тот находится, ФИО45 отвечает, что он с ФИО50 недалеко от него и уже подъезжают к мосту. ГАСПАРЯН говорит что он уже проехал &lt;адрес&gt; и продолжает следить за автомобилем, который их всех интересует, и чуть не был замечен его водителем, когда тот пересаживался, - в 13 часов 22 мин. ГАСПАРЯН разговаривает с ФИО50 - из данного разговора следует, что ФИО50 спрашивает у него где тот находится, ГАСПАРЯН отвечает, что он едет за "Hyundai Solaris" г/н 999, в &lt;адрес&gt; Икрянинского района Астраханской области, при этом пояснил, что у него кончается топливо и он будет разворачиваться, то есть поедет обратно, он пояснил, что доехал до пос.Красные Баррикады и то же будет разворачиваться, так как у него кончается бензин, - в 13 часов 24 мин. ГАСПАРЯН разговаривает с ФИО50 - из данного разговора следует, что ФИО50 спрашивает у него где тот находится, ГАСПАРЯН отвечает, что он едет за "Hyundai Solaris" г/н 999, в &lt;адрес&gt; Икрянинского района Астраханской области, - в 18 часов 36 мин. ФИО50 звонит и разговаривает с ФИО45 - из данного разговора следует, что ФИО50 говорит ему, что он заехал к ГАСПАРЯНУ, после чего ФИО45 спрашивает поедет ли ФИО50 туда (к месту нахождения машины), ФИО50 говорит что "да" поедет, после чего ФИО45 говорит чтобы ФИО50 не забыл это сделать, но только попозже и что надо посмотреть там ли машина, - в 18 часов 37 мин. ГАСПАРЯН разговаривает с ФИО45 - из данного разговора следует, что ФИО45 говорит ГАСПАРЯН что он позвонил ФИО50 и что последний поедет туда (к месту нахождения машины) и посмотрит там ли она, на что ГАСПАРЯН говорит что все вместе туда поедут, - в 19 часов 57 мин. ФИО50 разговаривает с ФИО45 - из данного разговора следует, что ФИО45 говорит ФИО50 чтобы последний когда смотрел машину посмотрел также на "пакет" и что с ним. В данном разговоре как установлено судом идёт разговор о контрольном пакете оставленном на месте для выяснения уезжала (двигалась) ли машина, которую они хотят похитить, - в 23 часа 10 мин. ФИО50 разговаривает с ФИО45 - из данного разговора следует, что ФИО50 говорит ФИО45 что туда (к месту нахождения машины) лучше не идти потому что там "глаз открыт", то есть оставленный им пакет то ли слетел с того места, где его оставил ФИО50, то ли его кто - то убрал, и что ФИО50 поставил ФИО68 "контрольную" метку. ФИО50 говорит что надо ехать утром, ФИО45 спрашивает во сколько, ФИО50 отвечает, что с утра. ФИО45 говорит ФИО50, что об этом надо сказать ГАСПАРЯН, и что это сделает ФИО45, из чего следует, что ФИО50 и ФИО45 каждый выполнял свои роли в совершаемом преступлении, при этом отчитываясь перед ГАСПАРЯН, &lt;дата обезличена&gt;: - в 9 часов 43 мин. ФИО50 разговаривает с ГАСПАРЯН - из данного разговора следует, что ФИО50 говорит ФИО45 что у него закончился бензин, на что ГАСПАРЯН сказал что сейчас приедет за ним, после чего они посмотрят на месте ли автомобиль, который они ищут, - в 11 часов 59 мин. ФИО50 разговаривает с ГАСПАРЯН - из данного разговора следует, что ФИО50 говорит ФИО45 что он сейчас будет кататься по городу и искать машину, ГАСПАРЯН говорит что он также поедет в прокуратуру и посмотрит может быть машина будет там, - в 13 часов 9 мин. ФИО50 разговаривает с ГАСПАРЯН - из данного разговора следует, что ФИО50 говорит ГАСПАРЯНУ что продолжает искать машину, которую они хотят похитить, и в настоящее время находится на &lt;адрес&gt;, и если увидит машину, то сообщит "шуманёт" об этом ГАСПАРЯНУ, - в 13 часов 43 мин. ФИО50 разговаривает с ГАСПАРЯН - из данного разговора следует, что ФИО50 говорит ГАСПАРЯНУ что он (ФИО50) обнаружил машину, которая находится на &lt;адрес&gt;. ГАСПАРЯН даёт указание ФИО50 чтобы тот отключил в телефоне Интернет, находился рядом с машиной, а они (ГАСПАРЯН и ФИО45) будут за мостом, при этом чтобы ФИО50 с места (похищения автомобиля) не делал ни одного звонка им, и позвонил когда отъехал примерно на 1 - 2 километра. ФИО50 отвечает ГАСПАРЯНУ что он всё сделает как тот ему сказал, - в 13 часов 48 мин. ФИО50 разговаривает с ГАСПАРЯН - из данного разговора следует, что ГАСПАРЯН говорит ФИО50 что он с ФИО45 перед мостом "Кубанским", а ФИО50 говорит что сам подъезжает на &lt;адрес&gt;, после чего ГАСПАРЯН спрашивает у ФИО50 где находится объект их наблюдения, сзади ли их?, на что ФИО50 отвечает утвердительно, - в 14 часов 12 мин. ФИО5 разговаривает с ФИО45. Последний спрашивает у неё где они (она с ФИО50 на его машине). ФИО5 отвечает что они находятся в районе &lt;адрес&gt;. ФИО45 говорит ей что они (он и ГАСПАРЯН) сейчас к ним приедут и чтобы они также ехали к ним в район н.&lt;адрес&gt;, в районе ИК - 2, - в 15 часов 10 мин. ФИО5 разговаривает с ФИО45 и спрашивает у него где они находятся. ФИО45 отвечает что они уже на месте, у СТАСА (согласно материалов дела установленный как ФИО35 - владелец дома на дачном участке &lt;адрес&gt;), на что ФИО5 говорит ФИО45 что тоже сейчас туда приедут, - в 16 часов 23 мин. ФИО50 звонит и разговаривает с ФИО45 - из данного разговора следует, что ФИО50 спрашивает звонил ли он (ФИО45) ему (ФИО50), ФИО45 отвечает что звонил. В это время трубку берёт ГАСПАРЯН, который начинает разговаривать с ФИО50, говорить ему что ГАСПАРЯН поменял номер своего телефона на другой - последние цифры 42 и чтобы ФИО50 удалил старый номер ГАСПАРЯНА, - в 16 часов 41 мин. ФИО44 разговаривает с ГАСПАРЯНОМ. ФИО44 спрашивает у ГАСПАРЯНА куда ФИО44 подъехать, на что ГАСПАРЯН говорит ему чтобы ФИО44 ехал туда, где они всегда раньше встречались, и спрашивает через сколько ФИО44 туда сможет подъехать. ФИО44 отвечает что через 1 час. Тогда ГАСПАРЯН спрашивает ФИО44 где он в настоящее время проживает, тот отвечает что на &lt;адрес&gt;, на что ГАСПАРЯН говорит ему что сам к нему приедет через 15 минут на такси, - в 17 часов 18 мин. ФИО44 разговаривает с ГАСПАРЯН. Последний интересуется на машине ли сам ФИО44, тот отвечает что нет, после чего ГАСПАРЯН ему говорит что таксист не хочет его везти к ФИО44. ГАСПАРЯН также говорит ФИО44 что у них всё прошло нормально, но есть одно обстоятельство ("косяк"), в частности что у украденной машины задний бампер поломался когда они ехали на ней. ФИО44 спрашивает "сильно ли", ГАСПАРЯН отвечает что нормально. Также ГАСПАРЯН уточняет что интересующая его машина (похищенная) 2012 года. После этого ФИО44 предлагает самому приехать к месту её нахождения. ГАСПАРЯН говорит ФИО44 чтобы он приехал, машина стоит у ГАСПАРЯНА, он покажет её ФИО44 и они вместе обсудят дальнейшие их действия ("покубатурят"). ФИО44 спрашивает куда ему ехать, на что ГАСПАРЯН говорит ФИО44 что "туда", где они всегда встречались, из чего следует что ФИО44 уже ранее был на том месте, где после хищения машины она была оставлена (&lt;адрес&gt;"), - в 17 часов 22 мин. ФИО44 разговаривает с ГАСПАРЯН и говорит что через 10 - 15 минут выедет к нему встретиться, - в 17 часов 47 мин. ФИО44 разговаривает с ГАСПАРЯН и говорит что подъезжает к месту их встречи на красном "&lt;данные изъяты&gt; Сам ГАСПАРЯН также отвечает ФИО44 что тоже едет, в момент разговора переезжая мост, - в 17 часов 57 мин. ФИО44 разговаривает с мужчиной по имени ФИО10 (согласно материалов дела установленный как ФИО28 - гражданин Республики Казахстан). ФИО44 говорит ему что едет забирать машину. ФИО5 напоминает ФИО44 что ФИО9 (согласно материалов дела установленный как ФИО38 - гражданин Республики Казахстан) собирается уезжать. ФИО44 пообещал перезвонить, как только заберёт то, за чем едет (согласно материалов дела вышеуказанную похищенную ОПГ машину), - в 18 часов 39 мин. ФИО44 разговаривает с мужчиной по имени ФИО6 (согласно материалов дела установленный как ФИО32 - гражданин Республики Казахстан). ФИО11 спрашивает у ФИО44 у него ли находится машина, на что ФИО44 отвечает утвердительно. ФИО72 говорит ФИО44 что может уже сегодня ночью выехать за ней, на что ФИО44 отвечает что это было бы хорошо, - в 19 часов 10 мин. ФИО50 звонит и разговаривает с ФИО45 - из данного разговора следует, что ФИО50 спрашивает где находится он и ГАСПАРЯН, на что ФИО45 отвечает что он находится дома, а ГАСПАРЯН "поехал туда с этим", то есть завуалировано указывая на поездку ГАСПАРЯН и ФИО44 к месту нахождения похищенной ими машины. Далее ФИО45 предлагает ФИО50 пойти сейчас также к месту нахождения машины с контролькой, то есть провести проверочные мероприятия, и далее ещё раз поехать часов 11 или 11 часов 30 минут, и если не будет "контрольки" то поставить её ещё раз, на что ФИО50 соглашается, - в 20 часов 6 мин. ФИО44 разговаривает с неизвестным мужчиной и говорит ему что завтра должны приехать "Казахи", - в 21 час 3 мин. ГАСПАРЯН разговаривает с ФИО45, и они обсуждают кому и сколько надо отдать денежных средств за проделанную работу из получаемых за похищенную машину &lt;***&gt; тысяч рублей, при этом ГАСПАРЯН говорит ФИО45, что " … вот 135 тысяч у него заберу я", то есть не говоря что он (ГАСПАРЯН) уже получил денежные средства за машину. Далее ГАСПАРЯН обращает внимание ФИО45 что ФИО44 удивился что машина 2011 года, хотя ранее ГАСПАРЯН говорил ему что она 2013 года. Далее ГАСПАРЯН говорит ФИО45 что ему надо отдать также и прокурорские деньги (то есть якобы ФИО18), на что ФИО45 спрашивает сколько, уточняет 10 тысяч что - ли, на что ГАСПАРЯН предлагает (советует) отдать 20 тысяч рублей, учитывая что ФИО82 может пригодиться в дальнейшем. Далее ГАСПАРЯН предлагает отдать 20 тысяч ФИО12 (ФИО50), который в равной с ними доле, на что ФИО45 спрашивает что в общем получится. ГАСПАРЯН говорит что получается по 40 тысяч рублей. ФИО45 спрашивает почему по 40, на что ГАСПАРЯН говорит что 120 надо разделить на 3, и что он вообще обманул ФИО44 сказав ему что машина 2013 года. После этого ФИО45 спрашивает ГАСПАРЯНА отдал ли ФИО44 ему деньги, и ездил ли ФИО44 вместе с ним, на что ГАСПАРЯН говорит ФИО45 что конечно ездил, и что ГАСПАРЯН при ФИО44 топил номера. Далее ФИО45 спрашивает зачем ГАСПАРЯН сейчас ему это говорит, после чего ГАСПАРЯН сказал ФИО45 что ночью приедут люди и заберут машину оттуда где она стоит, и что уже даже ФИО16 (согласно материалов дела установленный как ФИО35 - владелец дома на дачном участке &lt;адрес&gt;) сказал убрать её оттуда. На это ФИО45 попросил ГАСПАРЯН прекратить такие вещи говорить по телефону и предложил встретиться лично, &lt;дата обезличена&gt;: - в 10 часов 6 мин. ФИО50 звонит и разговаривает с ФИО45 - из данного разговора следует, что ФИО45 спрашивает ФИО50 ездил ли он вчера к месту нахождения машины, ФИО50 ответил что да и что там всё нормально. Далее ФИО45 спрашивает ФИО50 поставил ли он туда в 12 часов "контрольку", то есть проверочный предмет, ФИО50 отвечает что да. После этого ФИО45 предложил с утра вновь её ("контрольку") посмотреть. Также ФИО45 сказал что вчера поздно вечером он виделся с ГАСПАРЯНОМ, который к нему приехал, а до этого ГАСПАРЯН был с ФИО44, - в 10 часов 58 мин. ФИО44 разговаривает с ГАСПАРЯНОМ - из данного разговора следует, что ГАСПАРЯН спрашивает встретил ли ФИО44 людей (из Казахстана) ФИО44 говорит ГАСПАРЯНУ что с 8 - ми часов утра ждёт этих людей, сейчас им позвонит, узнает где они, после чего позвонит ГАСПАРЯНУ, - в 11 часов 16 мин. ФИО50 разговаривает с ГАСПАРЯНОМ - из данного разговора следует, что ГАСПАРЯН говорит ему что вчера он ругался с "узбеком", называя так НАЗИМА ФИО45, из - за того что он ведёт себя плохо, что касается денег тот уже трясётся, предлагал отдать ему на "звёзды" (ФИО18), но тот не согласился, в связи с чем более у ГАСПАРЯН и ФИО50 дел с ГИБАДУЛОВЫМ не будет, и что ГАСПАРЯН вчера ФИО45 отдал деньги (его долю). Далее ГАСПАРЯН сказал ФИО50 что он (ГАСПАРЯН) также рассказал ФИО45 что в отличии от него, который ездил на велосипеде, он ФИО50 ездил на машине. Также что после того, как ГАСПАРЯН отдал деньги ФИО45, то с ним попрощался, однако ФИО45 сегодня с утра неоднократно звонил ГАСПАРЯНУ, просил извинений, однако ГАСПАРЯН сказал ему что более с ним дел больше не будет. При этом ГАСПАРЯН также сказал ФИО50 что ГАСПАРЯНУ из 120000 были отданы 80000 рублей, при этом ФИО44 вычел 25000 рублей, которые ранее он был должен. Также, что ГАСПАРЯН предлагал ФИО45 отдать 20000 рублей "звезде" (ФИО18) и по 30000 разделить, однако ГИБАДУЛОВ на это не согласился и сказал что он никому ничего отдавать не будет. После этого ГАСПАРЯН сказал что ФИО50 он (ГАСПАРЯН) всё равно будет считать ровную долю, на что ФИО45 также стал возмущаться. В конечном счёте со слов ГАСПАРЯНА он отдал ФИО45 40 тысяч рублей и сказал что больше с ним дел иметь не будет, в связи с чем оставшаяся доля ФИО50 составила 20 тысяч рублей и что на большее он может не рассчитывать, и которые ФИО50 может заехать к нему и забрать когда хочет. ФИО50 сказал что желает заехать сейчас, на что ГАСПАРЯН сказал что сейчас он находится в районе магазина "Три кота", - в 11 часов 52 мин. ФИО44 разговаривает с ГАСПАРЯНОМ - из данного разговора следует, что ГАСПАРЯН спрашивает встретил ли ФИО44 людей (из Казахстана), на что ФИО44 говорит ГАСПАРЯНУ что они в настоящее время ещё находятся на границе, и приедут через 1 - 1,5 часа, - в 13 часов 41 мин. ФИО44 разговаривает с ГАСПАРЯНОМ - из данного разговора следует, что ФИО44 спрашивает ГАСПАРЯН теперь ему куда надо ехать за машиной, на что ГАСПАРЯН говорит ФИО44 что туда же, из чего следует что ФИО44 и ГАСПАРЯН говорят о том месте, где находится похищенная машина, и то место известно им обоим, - в 14 часов 16 мин. ФИО44 разговаривает с ГАСПАРЯНОМ - из данного разговора следует, что ГАСПАРЯН спрашивает его приехали ли люди (из Казахстана), на что ФИО44 отвечает утвердительно, и сказал что ждёт машину. ГАСПАРЯН торопит ФИО44 побыстрей забрать машину, при этом ФИО44 говорит ГАСПАРЯНУ что у него нет своей машины чтобы поехать к месту нахождения машины, ГАСПАРЯН предлагает взять его. ФИО44 спрашивает может ли ГАСПАРЯН приехать к нему на работу, на что ГАСПАРЯН соглашается. Также ГАСПАРЯН спрашивает привезли ли люди из Казахстана то, что обещали, ФИО44 отвечает ему что он думает, что да. ГАСПАРЯН говорит ФИО44 что будет у него через 20 минут, - в 14 часов 40 мин. ФИО50 разговаривает с ФИО45 - из данного разговора следует, что ФИО45 спрашивает заезжал ли к нему ГАСПАРЯН, на что ФИО50 отвечает утвердительно. ФИО45 спрашивает "взгрел" ли его ГАСПАРЯН, то есть отдал ли ему деньги, на что ФИО50 также отвечает утвердительно, - в 15 часов 29 мин. ФИО44 разговаривает с ГАСПАРЯНОМ - из данного разговора следует, что они договариваются о встрече, при этом ГАСПАРЯН ещё раз интересуется приехали ли люди (из Казахстана), на что ФИО44 отвечает ему утвердительно, - в 16 часов 7 мин. ФИО44 разговаривает с ГАСПАРЯНОМ - из данного разговора следует, что они договариваются о встрече, ФИО44 спрашивает ГАСПАРЯН теперь ему куда надо ехать за машиной, на что ГАСПАРЯН говорит ФИО44 что туда же, из чего следует что ФИО44 и ГАСПАРЯН говорят о том месте, где находится похищенная машина, и то место известно им обоим &lt;данные изъяты&gt; Все вышеуказанные представленные суду стороной обвинения доказательства судом оценивались, анализировались и сопоставлялись друг с другом. Анализируя вышеизложенные показания потерпевшей, свидетелей суд не усматривает в них каких - либо существенных противоречий. Все вышеуказанные лица подробно и логично показывали об известных им обстоятельствах дела. Свидетели допрошенные в судебном разбирательстве подтвердили свои вышеуказанные показания, данные в ходе предварительного расследования по делу, которые суд также расценивает как подробные и данные по истечению непродолжительного времени после тех обстоятельств, очевидцами которых свидетели являлись, сторона защиты не опровергнула в судебном разбирательстве ни одно из показаний вышеуказанных свидетелей, часть свидетелей (ФИО23, ФИО25) свои показания в том числе подтверждали в ходе очных ставок с подсудимым ФИО45, изобличая его в совершении преступления. Ранее вышеуказанные свидетели не были знакомы с подсудимыми, в связи с чем у них отсутствовали основания для их оговора. В связи с вышеизложенным вышеуказанные показания свидетелей суд расценивает как достоверные, при этом, в их совокупности полностью подтверждающие виновность подсудимых в совершении вышеуказанных преступлений при вышеизложенных судом обстоятельствах. У суда также нет оснований сомневаться в достоверности обстоятельств, указанных в вышеуказанных процессуальных документах в силу их подробности и последовательности. В связи с вышеизложенным суд делает вывод, что вышеперечисленные доказательства в своей совокупности и сопоставимости друг с другом подтверждают виновность подсудимых в совершении вышеуказанных преступлений при вышеизложенных судом обстоятельствах. При этом суд из числа доказательств виновности подсудимых исключает постановления: о рассекречивании сведений, составляющих государственную тайну, и их носителей от &lt;дата обезличена&gt;, согласно которого рассекречены результаты оперативно - розыскных мероприятий (&lt;данные изъяты&gt; о предоставлении результатов оперативно - розыскной деятельности следователю от &lt;дата обезличена&gt;, согласно которого предоставлены результаты оперативно - розыскных мероприятий &lt;данные изъяты&gt; &lt;№&gt;с о проведении ОРМ "Прослушивание телефонных переговоров" от &lt;дата обезличена&gt;, согласно которого проводилось ОРМ "Прослушивание телефонных переговоров", сроком 90 суток, в отношении ФИО43 по используемому им абонентскому номеру &lt;№&gt;&lt;данные изъяты&gt; &lt;№&gt;с о проведении ОРМ "Прослушивание телефонных переговоров" от &lt;дата обезличена&gt;, согласно которого проводилось ОРМ "Прослушивание телефонных переговоров", сроком 90 суток, в отношении ФИО41 по используемому им абонентскому номеру &lt;№&gt; (&lt;данные изъяты&gt; &lt;№&gt;с о проведении ОРМ "Прослушивание телефонных переговоров" от &lt;дата обезличена&gt;, согласно которого проводилось ОРМ "Прослушивание телефонных переговоров", сроком 90 суток, в отношении ФИО44 по используемому им абонентскому номеру &lt;№&gt; (&lt;данные изъяты&gt; &lt;№&gt;с о проведении ОРМ "Прослушивание телефонных переговоров" от &lt;дата обезличена&gt;, согласно которого проводилось ОРМ "Прослушивание телефонных переговоров", сроком 90 суток, в отношении ФИО50 .. по используемому им абонентскому номеру &lt;№&gt; (&lt;данные изъяты&gt; &lt;№&gt;с о проведении ОРМ "Наблюдение" от &lt;дата обезличена&gt;, согласно которого проводилось ОРМ "Наблюдение", сроком 30 суток, в отношении ФИО41, с целью документирования преступной деятельности последнего и установления иных соучастников преступной деятельности ФИО41 &lt;данные изъяты&gt; учитывая что в них не содержатся требуемых законом (ч.1 ст. УК РФ) каких - либо сведений, на основе которых суд в порядке, определённом УПК РФ может установить наличие обстоятельств, подлежащих доказыванию при производстве по уголовному делу, а также иных обстоятельств, имеющих значение для уголовного дела, а сами вышеуказанные постановления являются лишь процессуальными документами, на основании которых органом предварительного расследования собирались представленные суду доказательства. Также суд в соответствии со ст. УК РФ из доказательств виновности подсудимых исключает свидетельские показания ФИО37 - знакомого подсудимого ФИО44 от &lt;дата обезличена&gt;, подтверждающего в ходе предварительного расследования лишь факты общения с ним по телефону &lt;№&gt; относительно их общения, касающихся других (не похищенного) автомобилей, однако что - либо по предъявленному обвинению подсудимым не показавшего &lt;данные изъяты&gt;), ФИО40 - знакомого ГАСПАРЯН и ФИО45 от &lt;дата обезличена&gt;, подтвердившего лишь правильность отражения в акте наблюдения от &lt;дата обезличена&gt; в 22 часа 22 минуты его встречи с ними, однако что - либо по предъявленному обвинению подсудимым также не показавшего (&lt;данные изъяты&gt; Относительно стоимости похищенного у потерпевшей ФИО42 имущества, в том числе автомобиля &lt;данные изъяты&gt;" суд учитывает, что в силу ст. , Гражданского Кодекса РФ (Содержание и право собственности граждан) лишь собственнику принадлежат права владения, пользования и распоряжения своим имуществом, стоимость которого, как указано в законе, не ограничивается, то есть, исходя из смысла данного закона, сам гражданин также вправе определять стоимость своего имущества. Судом установлено, что потерпевшая ФИО42 на протяжении всего предварительного расследования и в судебном разбирательстве показывала о стоимости похищенных у неё вещей, в том числе на часть из которых у неё не имелось документов, подтверждающих их первоначальную стоимость при покупке, при этом также соглашаясь с рыночной стоимостью вышеуказанного автомобиля, установленной экспертным путём при оценочной экспертизе автомобиля, что не противоречит закону. Судом в совокупности с другими вышеперечисленными доказательствами оценивались вышеуказанное экспертные заключения &lt;№&gt; от &lt;дата обезличена&gt; и &lt;№&gt; от &lt;дата обезличена&gt;, по стоимости похищенных у потерпевшей автомобиля и другого имущества. Анализируя их суд не усматривает в них каких - либо противоречивых выводов. Исходя из текстов заключений следует, что эксперты, проводившие экспертизы, подробно и конкретно ответили на поставленные перед ним органом предварительного расследования вопросы, имеющие значение для дела. У суда нет сомнений в правильности выводов экспертов в связи с их логичностью и обоснованностью. Данные выводы, изложенные экспертами, как делает вывод суд, по существу не опровергнуты стороной защиты, кроме того с выводами экспертиз была согласна потерпевшая ФИО42, в том числе что стоимость похищенного у неё автомобиля на момент его хищения составляла &lt;данные изъяты&gt; рублей, то есть была больше рыночной стоимости, за которую она его приобрела &lt;данные изъяты&gt;). Суд также учитывает, что сторона защиты ни одним из доказательств не опровергла вышеуказанные обстоятельства, в том числе указанный потерпевшей общий размер похищенного у неё имущества, при этом сам суд, исходя из вышеуказанных критериев, также делает вывод, что стоимости вышеуказанных вещей, в том числе автомобиля "&lt;данные изъяты&gt; несмотря на то, что они фактически находились в пользованном виде, - нельзя признать завышенной, в связи с чем именно вышеуказанные стоимости похищенных вещей у потерпевшей, в том числе автомобиля "&lt;данные изъяты&gt; суд оставляет в объёме преступных действий подсудимых. При этом оценивая показания подсудимых в судебном разбирательстве суд признаёт их несостоятельными, а в части отрицания совершения преступления при выше установленных судом обстоятельствах, нелогичными, непоследовательными и в связи с чем недостоверными. Подсудимый ГАСПАРЯН показывает что нашёл ключ на земле, вместе с тем ранее свидетелю ФИО48 и ФИО50 он показывал иначе, в частности что именно из багажника машины он вытащил ключ от машины потерпевшей. То, что ключ находился именно в багажнике показал свидетель ФИО42, показания которого судом признаны последовательными и достоверными. В судебном разбирательстве подсудимый ГАСПАРЯН, обладающий знаниями в области права с учётом наличия у него высшего юридического образования, тем не менее в последующем стал признавать что автомобиль потерпевшей он похищал, а не угонял. Учитывая, что в явке с повинной ГАСПАРЯН также указывал на признание его именно в угоне автомобиля потерпевшей данные обстоятельства суд признаёт как стремление ГАСПАРЯН уменьшить степень общественной опасности совершённого им преступления. Кроме того в судебном разбирательстве ГАСПАРЯН неоднократно акцентировал внимание суда что решение о похищении машины было принято им в состоянии алкогольного опьянения, и что дальнейшие действия ГАСПАРЯНА были необоснованные, глупые, неосознанные, и он не давал себе отчёта, однако суд учитывает, что исходя из всех действий подсудимого и его многочисленных разговоров с другими лицами на протяжении периода с &lt;дата обезличена&gt; по &lt;дата обезличена&gt; суд не усматривает какую - либо неадекватность, что подтверждено в том числе заключением проведённой в отношении ГАСПАРЯНА судебно - психиатрической экспертизы от &lt;дата обезличена&gt;&lt;№&gt; (&lt;данные изъяты&gt;), согласно которой следовало, что ГАСПАРЯН в момент совершения преступления мог в полной мере осознавать фактический и общественно опасный характер своих действий и руководствоваться ими. Говоря об отсутствии у ГАСПАРЯНА корыстной цели на хищение машины с учётом наличия у него фермерского хозяйства, сам ГАСПАРЯН противоречит своим же последующим показаниям, из которых следует, что оно принесло ему убыток и он нуждался в денежных средствах. Кроме того ГАСПАРЯН указывает что в связи с данными ему неверными 3-мя адресами у него появились интрига, азарт, игра, и он не хотел оказаться хвастуном перед другими лицами, которыми он ранее говорил о его намерениях похитить (угнать) машину. Вместе с тем исходя из контролируемых разговоров ГАСПАРЯН с другими лицами следовало что вопросы о выше указанном автомобиле ГАСПАРЯН обсуждал лишь с ограниченным кругом лиц, в части с ФИО18, которого просил найти адрес владельца машины, с ФИО45 и ФИО50 в части хищения в составе ОПГ вышеуказанной машины, а также лишь с одним ФИО44, который оказывал ГАСПАРЯНУ пособничество в заранее данном обещании приобрести и сбыть вышеуказанный автомобиль, добытый преступным путём. Также вышеуказанными представленными суду стороной обвинения доказательствами опровергаются показания ГАСПАРЯН что все действия с похищенным автомобилем он осуществлял сам, без помощи ФИО45 и ФИО50, которым ГАСПАРЯН якобы не давал никаких указаний по поиску машины. Утверждения ГАСПАРЯНА что он ФИО45 и ФИО50 придумал историю про нахождение машины в кредите судом признаются необоснованными учитывая опровержение их вышеуказанными доказательствами, где данное обстоятельство ни разу не упоминается, в том числе при разговорах ГАСПАРЯН с ФИО45 и ФИО50. Кроме того данные обстоятельства опроверг в своих вышеуказанных показаниях, признанных судом достоверными, сам ФИО50 в ходе предварительного расследования. То, что при совершении преступления ГАСПАРЯН действовал в одиночку также опровергается вышеуказанными показаниями свидетелей НАЙДА и ФИО73, лично наблюдавшими о совершаемом ГАСПАРЯН преступлении в составе ОПГ, в том числе актом наблюдения от &lt;дата обезличена&gt;, описывающего действия ГАСПАРЯН, ФИО45 и ФИО50. То, что ГАСПАРЯН не знал куда везти похищенную им машину, и то, что ГАСПАРЯН не осознавал что он едет на ворованной машине, которую потом оставил на улице, суд признаёт недостоверными в показаниях ГАСПАРЯНА учитывая, что как установлено в судебном разбирательстве первым перед похищенным автомобилем ехал на машине "&lt;данные изъяты&gt;&lt;данные изъяты&gt;" ФИО45, далее примерно в 1 000 - 1 500 метрах за ним ехал ФИО41 на похищенном автомобиле "&lt;данные изъяты&gt;&lt;данные изъяты&gt;", и в следом за ними ФИО50 .. на своей машине ВАЗ, при этом ГАСПАРЯН ехал по &lt;адрес&gt;, ФИО63, ФИО59, Боевая на высокой скорости и в 15 часов 08 минут уже находился в &lt;адрес&gt;", принадлежащей его другу ФИО59, где сразу припарковав похищенный автомобиль "&lt;данные изъяты&gt;&lt;данные изъяты&gt;" и пересел в свою автомашину "&lt;данные изъяты&gt;&lt;данные изъяты&gt;", в которой находился ФИО45, после чего они сразу выехали с СНТ &lt;адрес&gt;, и подъехали к автомашине ВАЗ 2106, в которой находился ФИО50. Доводы ГАСПАРЯН что он желал чтобы бы похищенную им машину нашли судом также признаётся нелогичной в его показаниях учитывая, что вечером этого же дня сам ГАСПАРЯН возвращался к похищенной им машине, где с неё снимал номера, брал за неё у ФИО44 деньги. В судебном разбирательстве ГАСПАРЯН показал, что он хотел похищенную им машину предложить ФИО44 и чтобы она постояла у него на территории, и в дальнейшем ГАСПАРЯН её бы забрал, и что под таким предлогом ГАСПАРЯН и связался с ФИО44. Однако указанные ГАСПАРЯНОМ вышеуказанные обстоятельства опровергаются имеемыми между ним и ФИО44 фиксированными разговорами, кроме того их не подтвердил сам ФИО44 в своих показаниях, в том числе в судебном разбирательстве. То, что ГАСПАРЯН получил от ФИО44 деньги за машину в сумме &lt;данные изъяты&gt; рублей ГАСПАРЯН это обстоятельство не посчитал значимым, и стал о нём лишь показывать уже после показаний ФИО44, показавшего о данном обстоятельстве, в судебном разбирательстве ГАСПАРЯН пояснил, что он не посчитал нужным это сказать. Вместе с тем данную позицию суд признаёт также как стремление ГАСПАРЯН исказить имеемые в действительности произошедшие события, учитывая, что стороной обвинения получение именно ГАСПАРЯНОМ денежных средств было представлено суду в качестве одного из доказательств руководства ГАСПАРЯНОМ созданной им ОПГ, что было установлено в судебном разбирательстве, в том числе исходя из телефонных переговоров между ГАСПАРЯНОМ с ФИО45 и с ФИО50, где именно ГАСПАРЯН делит полученные им от ФИО44 денежные средства, по существу не спрашивая у других их мнения. Доводы что ГАСПАРЯН мог просто положить в салон машины МОВСЕЯН автомагнитолу, которая оказалась рядом с ФИО44 при его задержании, судом также признаются необоснованными и не подтверждёнными представленными суду материалами дела, из которых (актом &lt;№&gt;с о проведении ОРМ "Наблюдение" от &lt;дата обезличена&gt;&lt;данные изъяты&gt;) следует, что ГАСПАРЯН сам лично из похищенного автомобиля вытаскивал вещи, часть отдал ФИО30, а автомагнитолу лично в руки отдал ФИО44, которую тот взял. Оценивая показания ФИО45 суд учитывает, что ранее он привлекался к уголовной ответственности, был судим, то есть он должен был знать, и как суд делает вывод знал доказательственное значение его признательных показаний. Вместе с тем ГИБАДУЛОВ ни разу в ходе предварительного расследования нелогично не показывает о наличии в отношении него какого - либо давления, в том числе при написании им явки с повинной. Также ФИО45 в ходе предварительного расследования нелогично меняет свои же показания от &lt;дата обезличена&gt;, данные им в присутствии адвоката, в которых он показывал что знал что ГАСПАРЯН хочет угнать автомобиль и в этом стал ему помогать, однако через несколько дней &lt;дата обезличена&gt; уже начинает показывать, что лишь находился с ГАСПАРЯН в его машине, но что либо с ним не совершал. В судебном разбирательстве ФИО45 также нелогично начинает показывать, что именно ФИО50 сказал ГАСПАРЯНУ где стоит автомобиль потерпевшей, хотя на протяжении всего предварительного расследования ФИО45 об этом обстоятельстве ни разу не указывал. Также ФИО45 ранее не показывал о наличии якобы его несогласия с действиями ГАСПАРЯНА, который якобы хотел угнать автомобиль, находящийся под кредитными обязательствами, и что водитель - женщина, которая управляла данным автомобилем будет на это согласна. Об этих обстоятельствах якобы имевших место, о которых в том числе ни разу не показывал в том числе сам ГАСПАРЯН ГИБАДУЛОВ нелогично заявил в судебном разбирательстве, тем самым, как делает вывод суд, пытаясь также как и ГАСПАРЯН избежать уголовной ответственности за содеянное. Утверждения, что ГАСПАРЯН после похищения машины звонил ФИО45 и говорил что хочет дать ему обещанные деньги, однако ФИО45 ему сказал, что ему их не надо, и что в этот день они больше не виделись опровергаются имеемыми материалами дела, в том числе разговорами: ФИО45 и ГАСПАРЯНА &lt;дата обезличена&gt; в 21 час 3 мин. из которого следует, что ГАСПАРЯН разговаривает с ФИО45, и они обсуждают кому и сколько надо отдать денежных средств за проделанную работу из получаемых за похищенную машину &lt;***&gt; тысяч рублей, при этом ГАСПАРЯН говорит ФИО45, что ему причитается 40 тысяч рублей, ФИО45 с распределением ГАСПАРЯНОМ денег за похищенную ими машину соглашается, после чего они договариваются встретиться вечером лично. ФИО45 и ФИО50 &lt;дата обезличена&gt; в 10 часов 6 мин. из которого следует, что ГИБАДУЛОВ на его вопрос подтверждает ему, что вчера (&lt;дата обезличена&gt;) поздно вечером он (ФИО45) виделся с ГАСПАРЯНОМ, который к нему приехал, из чего следует, что именно при этой встрече ФИО45 были получены от ГАСПАРЯН причитающиеся ему деньги за похищенную машину. Оценивая показания ФИО44 суд также учитывает, что ранее он привлекался к уголовной ответственности, был судим, то есть он должен был знать, и как суд делает вывод, знал доказательственное значение его показаний. Вместе с тем как установлено в судебном разбирательстве ФИО44 ни разу в ходе предварительного расследования не показывал что им были переданы ГАСПАРЯНУ денежные средства в сумме &lt;данные изъяты&gt; рублей. Данное обстоятельство, как делает вывод суд, подтверждает что в ходе предварительного расследования подсудимый ФИО44 также пытался скрыть значимое для дела обстоятельство, учитывая, что его оценка в том числе напрямую свидетельствует о причастности ФИО44 к совершённому преступлению принимая во внимание следующее. ФИО44 в судебном разбирательстве и в ходе предварительного расследования показывал что ГАСПАРЯН рассказывал ему о автомобиле, находящимся в кредите у банка, и который ФИО44 пожелал приобрести. Вместе с тем все вышеуказанные описанные ФИО44 его действия, якобы имевшие место, являются нелогичными. В частности ФИО44 показывал что сам хотел приобрести вышеуказанный автомобиль, чтобы потом ему самому выкупить у банка, однако как установлено судом в действительности автомобиль предназначался для другого лица из Республики Казахстан, которое в Россию прибыло за данным автомобилем. При этом доводы ФИО44 что он не знал что он оказывает пособничество ГАСПАРЯНУ в заранее данном обещании приобрести и сбыть вышеуказанный автомобиль суд признаёт несостоятельными. Как установлено судом ФИО44, который занимался куплей - продажей машин не мог не видеть что на представленной ему ГАСПАРЯНОМ автомобиле нет государственных номеров, доводы ГАСПАРЯНА что они находятся в багажнике машины при этом ФИО44 якобы не смутили, так как он сам лично не убедился что они действительно там. Кроме того на автомобиль не было ни одного документа. При этом далее ФИО44 сразу же передаёт ГАСПАРЯНУ денежные средства за автомобиль, хотя то лицо (из Казахстана), которому ФИО44 якобы с его слов намеревался продать автомобиль его ещё не видел. Дальнейшие действия ФИО44 по установлению на автомобиль г/номеров &lt;адрес&gt;, получение из рук ГАСПАРЯНА взятую из автомобиля магнитолу также свидетельствуют о причастности ФИО44 к совершённому ГАСПАРЯН преступлению в виде пособничества. В судебном разбирательстве подсудимый ФИО44 не смог логично пояснить суду необходимость скрытно перемещать автомобиль с поддельными номерами другого государства к офису ФИО44, если там он хотел оставить автомобиль для последующей реализации, хотя денежные средства за данный автомобиль ФИО44 были уже отданы ГАСПАРЯНУ. Кроме того как установлено в судебном разбирательстве уже с &lt;дата обезличена&gt; ФИО44 был в курсе о намерениях ГАСПАРЯНА похитить вышеуказанный автомобиль, об этом свидетельствуют фиксированные разговоры ФИО44 с ГАСПАРЯНОМ об автомобиле в данную дату, продолжением разговора в последующие дни когда ФИО44 часто интересуется машиной, радуется когда её нашёл ГАСПАРЯН, при этом последний говорит ФИО44 (&lt;дата обезличена&gt; в 12 часов 51 мин), что ФИО44 может смело обнадёжить того парня (из Казахстана), на что ФИО44 сказал что его он уже обнадёжил ещё 2 дня назад. На это ГАСПАРЯН сказал ФИО44, что могло бы получиться что самому ГАСПАРЯНУ пришлось бы снимать тому парню (из Казахстана) номер в гостинице (Альпаше). Данный разговор между ГАСПАРЯНОМ и ФИО44 также подтверждает то обстоятельство, что уже на дату &lt;дата обезличена&gt; договорённость между ГАСПАРЯНОМ и ФИО44 подтверждала посредническую роль последнего в приобретении и сбыте в Республику Казахстан вышеуказанного автомобиля, который ГАСПАРЯН намеревался на дату &lt;дата обезличена&gt; похитить, и что им в последующем было осуществлено в составе ОПГ &lt;дата обезличена&gt;. С учётом вышеизложенного позицию подсудимых в ходе предварительного расследования и в судебном разбирательстве суд признаёт как их стремление избежать уголовной ответственности за совершённые преступления при выше установленных судом обстоятельствах. Суд учитывает, что в судебном разбирательстве от проходящего по выделенному уголовному делу ФИО50 поступило письменное заявление, в котором он показал, что на стадии предварительного следствия ФИО50 были даны признательные показания и сделано заявление о рассмотрении уголовного дела в особом порядке. Данные показания ФИО50 были сделаны под принуждением сотрудников правоохранительных органов, а именно следователя расследовавшего данное дело - следователь СЧ СУ УМВД России по городу Астрахань - ФИО39, который располагая информацией о личной жизни ФИО50, вынудил его сделать вышеуказанное заявление и дать неправдивые показания. Следователь ФИО39 пригрозил ФИО50 что он (СЫЧЕВ) выйдет с ходатайством о лишении гражданской жены ФИО50 - ФИО5 родительских прав в отношении ребёнка ФИО50, который попадёт в приемную семью, и ФИО50 и ФИО5 его больше ни когда не увидят. А если ФИО50 всё признает, и даст признательные показания, а так же подпишет заявление о рассмотрении уголовного дела в особом порядке, то СЫЧЕВ оставит семью ФИО50 в покое. Переживая за свою семью считая себя виновным в том, что ФИО50 не смог должным образом воспитать дочь, ФИО50 вынужден был написать такое заявление, и признать вину по данному уголовному делу. Прибывший в суд ФИО50 изъявил желание дать показания, пояснив, что в ходе предварительного расследования он в связи с оказанным на него давлением оговорил как себя, так и ГАСПАРЯНА с ФИО45. Последних ФИО50 знает, ФИО44 ранее не знал. В один из дней когда ФИО50 жаловался ГАСПАРЯНУ на тяжелое материальное положение ГАСПАРЯН предложил ему помочь найти один автомобиль, владелец которого является его должником, после чего проследить за ним, на что ФИО50 согласился. ФИО50 ездил по адресам, но автомобиль не находил. Через некоторое время автомобиль нашёлся, после чего ФИО50 по просьбе ГАСПАРЯН стал его сопровождать. В машине кроме ФИО50 также находилась его гражданская жена ФИО5. Соглашение о сотрудничестве предложили заключить ФИО50 оперативные сотрудники полиции, кто он не знает. ФИО39 не оказывал на ФИО50 давление, а просто он постоянно ему напоминал, что могут арестовать супругу ФИО50. Сам последний не изъявлял желание дать показания. Явку с повинной ФИО50 также писал под давлением оперативных сотрудников, кого именно он не знает, но допускает что это ФИО27, который сразу сказал ФИО50, что если он не даст необходимые показания, то супруга ФИО50 также будет арестована. Во время показаний проверки на месте давление уже не оказывалось, но следователь ФИО39 сказал ему что надо подписать его показания, которые ФИО50 заставили дать. Свои показания ФИО50 не читал, а просто подписывал то, что написал следователь ФИО39 В судебном разбирательстве свидетель ФИО5 также изменила свои показания и стала утверждать что вышеуказанных показаний, имеющихся в материалах дела она не давала, просто подписывала протокол своего допроса, при этом в другую дату, не дату её допроса, имеемого в материалах дела. В действительности как показала свидетель ФИО5 &lt;дата обезличена&gt; ФИО50 увидев что преследуемый автомобиль припаркован возле здания ИК - 2, позвонил ГАСПАРЯНУ и сообщил об этом. После приезда ФИО45 вместе с ФИО50 уехали домой. Кроме того в судебном разбирательстве свидетель ФИО5 показала об оказанном на неё давлении со стороны следователя, который её допрашивал. Вместе с тем допрошенный в судебном разбирательстве в качестве свидетеля - следователь ФИО39 показал, что у него в производстве находилось настоящее уголовное дело, по которому он проводил определённые следственные действия, в том числе и допросы как ФИО50, так и других свидетелей. Всё что они показывали ФИО39 записывал с их слов в протоколы допросов, ничего сам не придумывал, и допрашиваемым лицам не подсказывал как надо давать показания. Никакого давления ни на кого ФИО39 не оказывал. Никого из допрашиваемых лиц ФИО39 не заставлял что бы они кого - либо оговорили. После допроса всем лицам предъявлялись все протоколы, лица все читали свои показания, после чего расписывались в протоколах своих допросов. Никаких замечаний не подавали, иначе ФИО39 их бы записал. Оценивая показания свидетеля ФИО39 суд не усматривает в них существенных противоречий, стороной защиты также не опровергнуты показания вышеуказанного свидетеля, в связи с чем, а также в силу их последовательности и логичности суд признаёт за достоверные и соответствующие имеемым место обстоятельствам дела. Оценивая показания ФИО50 и ФИО5 суд относится к ним критически, поскольку данные показания противоречивы друг другу, в том числе принимая во внимание что ФИО5 показывая о наличии в отношении ФИО50 давления также указывает что его били, что отрицается самим ФИО50, вышеуказанные их показания также опровергаются их же показаниями в ходе предварительного расследования, которые судом признаны достоверными, при этом у ФИО50 каждый раз данными в присутствии его защитника, также опровергаются актами наблюдения, показаниями других свидетелей ФИО23, ФИО25. Учитывая длительные товарищеские отношения между ГАСПАРЯНОМ и ФИО50 показания последнего суд признаёт как стремление увести от уголовной ответственности как себя, так и ГАСПАРЯНА, а показания свидетеля ФИО5 как данные с целью уклонения от уголовной ответственности близкого человека - гражданского супруга. С учётом вышеизложенного доводы защиты о признании показаний ФИО50 недопустимыми доказательствами суд отклоняет в связи с необоснованностью. Действительно суд учитывал, что согласно материалов дела ФИО50 допрашивался в качестве подозреваемого и обвиняемого, при этом не предупреждался об уголовной ответственности за дачу заведомо ложных показаний, вместе с тем данное обстоятельство, как делает вывод суд, не является основанием для признания недопустимыми его показаний, учитывая что во - первых вышеуказанные показания ФИО50 каждый раз давал в присутствии своего защитника - адвоката, и во - вторых, что их оценку суд даёт в совокупности с другими доказательствами по делу. Также суд принимал во внимание, что подсудимым ГАСПАРЯНУ, ФИО45 и ФИО50 адвокаты были предоставлены в соответствии с законом сразу же при допросе их в качестве подозреваемых, в последующем обвиняемых. Ранее каких - либо заявлений или просьб о предоставлении им адвокатов, в том числе при задержании, а также при добровольном написании ими собственноручно явок с повинной от подсудимых ГАСПАРЯНА, ФИО45, а также от ФИО50, в том числе при добровольном заключении им соглашения о сотрудничестве с органом предварительного расследования, не исходило. Подсудимый ФИО45, а также ФИО50 и ФИО5, как следует из материалов дела, ранее привлекались к уголовной ответственности, были судимы, то есть они не могли не знать доказательственное значение явки с повинной у ФИО45, у ФИО50 и ФИО5 их показаний, а также процедуру уголовного судопроизводства, согласно которой следует, что окончательное решение по делу принимается судом с учётом всей совокупности представленных суду доказательств после передачи дела в суд, а не в стадии предварительного расследования. Относительно явок с повинной у подсудимых ГАСПАРЯН и ФИО45 суд учитывает, что они приняты у них с соблюдением закона (ст. 142 УПК РФ ), написаны они подсудимыми собственноручно, в них они признаются в совершении преступлений. Оснований не доверять обстоятельствам, изложенным в явках подсудимых с повинной в ходе предварительного расследования, у суда нет. Относительно вышеуказанных ОРМ в отношении подсудимых суд признаёт их проведёнными также в соответствии с требованиями закона, учитывая что они осуществлялись для решения задач, определенных в статье 2 Федерального закона "Об оперативно - розыскной деятельности", при наличии оснований и с соблюдением условий, предусмотренных соответственно ст.7 и 8 выше указанного Федерального закона, и при наличии у сотрудников полиции сведений об участии подсудимого ГАСПАРЯНА в подготовке и совершении противоправных деяний. При этом суд делает вывод, что результаты вышеуказанных ОРМ, представленные суду свидетельствуют о наличии у подсудимого ГАСПАРЯНА изначально умысла на создание ОПГ, после чего совершения хищения автомобиля потерпевшей, сформировавшегося независимо от деятельности сотрудников полиции. Также суд не усматривает в действиях сотрудников полиции какой - либо провокации в отношении подсудимых, учитывая, что как установлено судом сотрудники полиции стали проводить ОРМ "Наблюдения" и "Прослушивания телефонных переговоров" лишь после того, как у них появилась информация о подготовке ГАСПАРЯНА к совершению преступления, в результате чего была также установлена причастность к совершённому преступлению в том числе ФИО45, ФИО44 и другое лица, в ходе проверочных мероприятий данная информация была подтверждена. Также судом отклоняются доводы защиты ГАСПАРЯНА о заинтересованности вышеуказанных сотрудников полиции ФИО23, ФИО25 в раскрытии тяжкого преступления с учётом показателей в их работе, как не подтверждённые представленными суду доказательствами. То, что ГАСПАРЯН являлся одновременно и организатором ОПГ, а также исполнителем в совершенном преступление, как делает вывод суд, не опровергает предъявленное ему обвинение. Доводы подсудимого ГАСПАРЯН что ключ от машины потерпевшей он нашёл на земле суд признаёт несостоятельными учитывая что они опровергнуты материалами дела, в частности показаниями свидетеля ФИО42, показавшего что ключ он мог оставить только в багажнике машины, а также показаниями свидетелей ФИО50 и ФИО48, слышавших лично от самого ГАСПАРЯНА, при разговоре с ним (ФИО48 уже на дату &lt;дата обезличена&gt; в 13 часов 40 минут), что "ключ от машины торчал в багажнике", то есть не находился на земле, и ГАСПАРЯН именно его взял без разрешения владельца, то есть именно похитил, а не присвоил чужое найденное им имущество. Вместе с тем суд исключает из объёма обвинения, что в хищении вышеуказанного ключа принимал также участие подсудимый ФИО45, учитывая непредставление стороной обвинения доказательств в подтверждении данного обстоятельства. Обращение внимание подсудимого ГАСПАРЯН суду на имевшие место нарушения при избрании в отношении него такой меры пресечения как заключение под стражу на протяжении всего предварительного расследования, хотя в отношении другого лица, с одинаковыми обстоятельствами (признание вины, наличие малолетних детей и т.п.) была избрана мера пресечения не связанная с изоляцией от общества суд таковыми не признаёт с учётом материалов дела, в том числе показаний свидетеля ФИО39, показавшего в судебном разбирательстве, что в отличие от обвиняемого ФИО50 подсудимый ГАСПАРЯН вину признавал не в полном объёме предъявленного ему обвинения, то есть активно со следствием в отличии от ФИО50 не сотрудничал. Доводы подсудимого ФИО45 об отсутствии в материалах дела доказательств нахождения его около ИК - 2 с учётом необходимости истребования из колонии видеозаписей наблюдения за территорией судом отклоняются в силу их несостоятельности учитывая, что как установлено в судебном разбирательстве, в том числе из показаний потерпевшей ФИО42, что вышеуказанными записями не охватывалась то место, где находилась похищаемая у потерпевшей машина, а также дорога, по которой подсудимые скрылись с места совершёния преступления. Отсутствие в материалах дела сведений об специальной аппаратуре, которой пользовались сотрудники полиции ФИО23, ФИО25 при осуществлении аудио и видеозаписей, также как считает суд, не опровергает предъявленное подсудимым обвинения, учитывая указание на вышеуказанную аппаратуру вышеуказанными свидетелями в судебном разбирательстве, что не противоречит закону. То, что по делу сотрудниками полиции не осуществили ни одной фото фиксации проведённых ОРМ как считает суд не является основанием для признания вышеуказанных Актов наблюдений недопустимыми доказательствами учитывая, что в каждом из них полно и подробно отражены все зафиксированные события. Суд принимал во внимание небольшой промежуток времени, прошедший после хищения ГАСПАРЯН ключей от машины потерпевшей и фактическим похищением её автомобиля &lt;дата обезличена&gt;, также учитывал, что ГАСПАРЯН, ФИО45 и другое лицо совершили одно преступление, однако при этом принимал во внимание что по смыслу закона в отличие от группы лиц, заранее договорившихся о совместном совершении преступления, организованная группа характеризуется, в частности, устойчивостью, наличием в ее составе организатора (руководителя) и заранее разработанного плана совместной преступной деятельности, распределением функций между членами группы при подготовке к совершению преступления и осуществлении преступного умысла. Об устойчивости организованной группы может свидетельствовать не только большой временной промежуток её существования, неоднократность совершения преступлений членами группы, но и их техническая оснащенность, длительность подготовки даже одного преступления, а также иные обстоятельства (например, специальная подготовка участников организованной группы к проникновению в хранилище для изъятия денег (валюты) или других материальных ценностей). Об устойчивости и организованности вышеуказанной ОПГ как считает суд также свидетельствует стойкая преступная связь между её участниками ГАСПАРЯНОМ, ФИО45 и другим лицом, наличия организатора и руководителя ГАСПАРЯНА, наличия заранее разработанного им преступного плана совместной преступной деятельности, распределения функций между членами преступной группы при совершении преступления, наличия заранее приисканных средств совершёния преступления: транспортных средств, сотовых телефонов. С учётом вышеизложенного доводы защитника Алексеенко об отсутствии доказательств в подтверждении хищения автомобиля потерпевшей ФИО44 в составе ОПГ, суд признаёт несостоятельными, в том числе учитывая, что ФИО44 не вменялось совершение преступления в составе ОПГ. При этом суд исходя из совокупности представленных суду доказательств, их оценки и анализа, делает вывод что ФИО44 не обладал информацией о хищении вышеуказанного автомобиля ОПГ с распределёнными ролями, в том числе что ФИО44 получал от ГАСПАРЯН сведения об организации им (ГАСПАРЯНОМ) ОПГ, о наличии её участников ФИО45 и другого лица, о разработанном плане тайного хищения вышеуказанного автомобиля. Как установлено судом ни в одном из фиксированных разговоров как между ГАСПАРЯН и ФИО44, так и последнего с другими лицами, в том числе в том числе в представленных суду материалах дела, нет сведений, указывающих, что ФИО44 было известно, что ГАСПАРЯНОМ похищается вышеуказанный автомобиль совместно с другими лицами. Суд учитывал, что в некоторых вышеуказанных фиксированных разговорах ГАСПАРЯН действительности говорил ФИО44 про поиски машины во множественном числе, при этом как суд делает вывод ГАСПАРЯН имел в виду ФИО45 и ФИО50, однако делать вывод, что ФИО44 понял, знал либо догадывался, что ГАСПАРЯН ведёт речь о других лицах, совместно с ГАСПАРЯН совершавших преступление - это было бы предположением суда, что в силу закона недопустимо. При этом, наоборот, во всех остальных и неоднократных разговорах ГАСПАРЯН говорил ФИО44 что именно он один занимается вышеуказанным автомобилем, а после его похищения - что именно он (ГАСПАРЯН) его похитил, в связи с чем им распоряжается, получая от ФИО44 деньги. Также в вышеуказанных, представленных суду стороной обвинения доказательств нет каких - либо сведений, что ФИО44 было известно о распределении денежных средств, полученных ГАСПАРЯН за похищенный автомобиль между другими участниками ОПГ. Также суд считает невозможным признать началом принятия ГАСПАРЯН решения о создании ОПГ до &lt;дата обезличена&gt;, что повлекло бы неопределённость в дате совершения преступления, что, как делает вывод суд, также нарушило бы право подсудимых на защиту, в связи с чем делает вывод, что решение о создании ГАСПАРЯНОМ устойчивой ОПГ для совершёния в г.Астрахани тайного хищения чужого имущества в крупном размере, а именно транспортного средства (автомобиля), было принято им в конкретную дату &lt;дата обезличена&gt;, что подтверждается в том числе началом фиксации в ходе ОРМ его разговоров с другими лицами именно &lt;дата обезличена&gt; в 13 часов 40 минут с ФИО48 о ключе, в 15 часов 37 мин. с ФИО44 о встрече, в 16 часов 26 мин. с ФИО45 о предмете хищения - автомобиля, с дачей ФИО45 указаний, что чтобы тот позвонил ФИО50 что бы тот поехал и стал уже искать вышеуказанный автомобиль, и что сам ГАСПАРЯН тоже его уже ищет, что подтверждает что ГАСПАРЯН как организатор и руководитель ОПГ, даёт указания ФИО45 и через него ФИО50, которые ими исполняются; в 16 часов 47 мин. с ФИО45 также о стоимости в последствии продаваемой ФИО44 машины - &lt;данные изъяты&gt; рублей, с которой также был согласен и ФИО45, в 21 час 27 мин. с ФИО44, которому уже соглашается направить СМС - сообщение с описанием технических характеристик вышеуказанного автомобиля, то есть ГАСПАРЯН уже с &lt;дата обезличена&gt; рассчитывал руководить действиями участников ОПГ, а также лично принимать участие в совершёнии планируемого и подготавливаемого преступления. Принимая во внимание вышеуказанное суд в соответствии с п.20 постановления Пленума Верховного Суда РФ от &lt;дата обезличена&gt;&lt;№&gt; "О судебном приговоре" изменяет вышеуказанные обстоятельства совершения ФИО44 преступления с указанных в обвинительном заключении на вышеуказанные обстоятельства дела, фактически установленные судом их конкретизируя по последовательности событий, в части оказания пособничества ОПГ, оставляя одного подсудимого ГАСПАРЯНА. Вышеуказанные преступные действия подсудимых суд квалифицирует: - ГАСПАРЯН и ФИО45 - по п."а" ч.4 ст. 158 УК РФ по признакам: кража, то есть тайное хищение чужого имущества, совершённая в крупном размере, организованной группой, - ФИО44 по ч.5 ст. , п."в" ч.3 ст. 158 УК РФ по признакам: пособничество, то есть содействие в совершёнии кражи, то есть тайном хищении чужого имущества, совершённое в крупном размере, выразившееся в заранее данном обещании приобрести и сбыть предмет, добытый преступным путём. Квалифицирующие признаки преступлений подтверждаются - совершение его: - "в крупном размере" исходя из стоимости похищенного у потерпевшей В.С.В. имущества (всего &lt;данные изъяты&gt; рублей, в том числе стоимостью автомобиля &lt;данные изъяты&gt; рублей), превышающих указанного в примечании 4 к ст. 158 УК РФ требуемого размера в 250 тысяч рублей, - "организованной группой" исходя из того, что преступление было совершёно устойчивой группой, состоящей их подсудимых ГАСПАРЯН, ФИО45 и другого лица, заранее объединившихся для совершёния одного преступления, при пособничестве ФИО44 ГАСПАРЯНУ в заранее данном обещании приобрести и сбыть вышеуказанный автомобиль, добытый преступным путём. Доводы стороны защиты по необходимости квалификации действий ГАСПАРЯН по другим нормам уголовного закона, и оправданию подсудимых ФИО45 и ФИО44 с учётом вышеуказанной оценки представленных суду доказательств суд признаёт необоснованными, в связи с чем отклоняет. Судом в действиях подсудимого ФИО44 также не усмотрена наличие квалификации по признакам другого состава преступления, в частности ст. 175 УК РФ (заранее не обещанные приобретение или сбыт имущества, заведомо добытого преступным путем). Несмотря на то, что в основном все преступные действия подсудимых ГАСПАРЯН, ФИО45 и другого лица производились под наблюдением сотрудников правоохранительных органов, кроме того ГАСПАРЯН был задержан на похищенном им и другими членами ОПГ автомобиле, суд делает вывод о совершении вышеуказанными членами ОПГ оконченного преступления, учитывая, что они во - первых скрылись из вида потерпевшей, во - вторых похищенный автомобиль был ими перемещён в другой район г.Астрахань, в третьих - там с похищенного автомобиля ГАСПАРЯНОМ снимались номера, в последующем к автомобилю с ведома ГАСПАРЯН и ФИО45, приезжало другое лицо с целью проведения проверочных мероприятий (установления "контрольки"), далее автомобиль оставлялся без наблюдения, в том числе сотрудниками правоохранительных органов (в ночь с 25 на &lt;дата обезличена&gt;), то есть как считает суд, подсудимые ГАСПАРЯН, ФИО45 и другое лицо имели возможность до задержания ГАСПАРЯНА на похищенной машине распоряжаться ею по своему усмотрению. С учётом вышеизложенного доводы стороны защиты ГАСПАРЯН о квалификации его действий как неоконченное преступление суд отклоняет в силу их необоснованности. При этом доводы стороны защиты о бездействии сотрудников полиции, выразившиеся в непресечении похищения вышеуказанного автомобиля суд признаёт несостоятельными учитывая пояснение свидетелем ФИО23 причин продолжения наблюдения за автомобилем потерпевшей ФИО42 вплоть до задержания его под управлением ГАСПАРЯНА, которые судом признаются обоснованными и подтверждёнными материалами дела. Квалифицируя действия подсудимого ФИО44 по вышеуказанной норме закона, суд также принимал во внимание, что они не препятствуют квалификации действий соучастников преступления, в том числе непосредственных исполнителей и пособника, по различным статьям и разным частям одной и той же статьи особенной части УК РФ учитывая, что в силу ч.1 ст. 34 УК РФ ответственность соучастников преступления определяется характером и степенью фактического участия каждого из них в совершении преступления. Кроме того по смыслу ст. 34 УК РФ юридическая оценка действий пособника производна от квалификации действий исполнителя (соисполнителя) преступления при наличии у них единого умысла на совершение конкретного преступления и при совершении исполнителем именно этого преступления. Однако в случаях, когда исполнителем преступления совершается преступление, которое не охватывалось умыслом пособника, последний не подлежит уголовной ответственности за эксцесс исполнителя (ст. 36 УПК РФ ), и их действия следует квалифицировать за фактически совершённое ими преступление, исходя из направленности умысла. В соответствии с ч.1 ст. 5 УК РФ лицо, подлежит уголовной ответственности только за те общественно опасные действия (бездействие) и наступившие общественно опасные последствия, в отношении которых установлена его вина. В порядке ст. 300 УПК РФ при решении вопроса о вменяемости подсудимых суд принимал во внимание, что согласно заключений амбулаторных судебно - психиатрических экспертиз по ФИО45 от &lt;дата обезличена&gt;&lt;№&gt;, по ГАСПАРЯН от &lt;дата обезличена&gt;&lt;№&gt;, по ФИО44 от &lt;дата обезличена&gt;&lt;№&gt; следует, что они хроническими психическими расстройствами, слабоумием и иными болезненными состояниями психики не страдали ранее и не страдают в настоящее время. Они могли в полной мере осознавать фактический и общественно опасный характер своих действий и руководствоваться ими в момент совершёния инкриминируемых ему преступлений. В принудительных мерах медицинского характера они не нуждаются (&lt;данные изъяты&gt;). Учитывая вышеназванные экспертные заключения, в том числе то, что все подсудимые в ходе предварительного расследования и в судебном разбирательстве вели себя адекватно, давали показания и отвечали на вопросы суда, в судебном разбирательстве судом не усмотрено в действиях подсудимых признаков психического расстройства, опровергающих вышеуказанные экспертные заключения, суд в отношении совершённых деяний признаёт подсудимых вменяемыми, и считает что они подлежат уголовной ответственности. По личности подсудимых суд принимает во внимание, что подсудимые на учётах в психоневрологическом и наркологическом диспансерах не состоят, по месту жительства участковыми, обслуживающими административный участок, где проживают подсудимые, ФИО45 и ФИО44 характеризуются отрицательно, ГАСПАРЯН удовлетворительно, ФИО44 по месту проживания родственниками и соседями, по предыдущему месту отбывания наказания с положительной стороны. При назначении подсудимым наказания судом также учитывались требования ст. 60 УК РФ о необходимости назначения справедливого наказания. Судом учитывались личности виновных, в том числе влияние назначенного наказания на исправление подсудимых, и на условия жизни их семей. Отягчающих наказание обстоятельств ГАСПАРЯН судом не усмотрено. Вместе с тем в действиях ФИО45 и ФИО44 в силу ст. 18 УК РФ суд усматривает опасные рецидивы преступлений, которые суд признаёт в качестве отягчающих наказание обстоятельств. При этом в соответствии с ч.1 ст. 68 УК РФ суд также учитывал характер и степень общественной опасности ранее совершённых подсудимыми ФИО45 и ФИО44 преступлений и обстоятельства, в силу которых исправительное воздействие предыдущих наказаний оказалось для них недостаточным. В качестве смягчающих наказание обстоятельств суд в силу ст. 61 УК РФ учитывал наличие у подсудимых малолетних детей, написание ГАСПАРЯН, ФИО45 явок с повинной, частично признательные показания подсудимого ГАСПАРЯН в ходе предварительного расследования и в судебном разбирательстве, публичное извинение перед потерпевшей в судебном разбирательстве, раскаяние в содеянном, полное возмещение с его стороны причинённого потерпевшей ФИО42 ущерба, отсутствие у последней претензий к ГАСПАРЯН, мнение потерпевшей относительно назначаемого ему наказания. Вместе с тем судом также принимался во внимание характер и степень общественной опасности совершённых подсудимыми тяжких преступлений, исходя из конкретных обстоятельств содеянного, в том числе от характера и размера наступивших последствий, способа совершёния преступления, с учётом которых суд в том числе не находит возможность применения к подсудимым правил ст. 64 УК РФ , ФИО45 также ч.3 ст. 68 УК РФ . Учитывая обстоятельства совершённых подсудимыми преступлений суд считает возможным и необходимым назначить каждому из них наказание в виде лишения свободы, без штрафа и ограничения свободы, принимая во внимание обстоятельства дела, с учётом вышеуказанных смягчающих и отягчающих наказание обстоятельств, вместе с тем также принимая во внимание требования ч.1 ст. 34 УК РФ по учёту характера и степени фактического участия каждого из подсудимых в совершёнии преступления и ч.7 ст. 35 УК РФ , ГАСПАРЯН также с учётом ч.1 ст. 62 УК РФ , ФИО45 и ФИО44 также с учётом ч.2 ст. 68 УК РФ , сроком: ГАСПАРЯН и ФИО45 в 5 лет каждому, ФИО44 в 4 года. С учётом фактических обстоятельств преступлений и степени их общественной опасности суд не находит возможность применения к подсудимым правил ч.6 ст. и ст. 73 УК РФ . Отбывание наказания подсудимым в силу ст. 58 УК РФ необходимо назначить в исправительных колониях: ГАСПАРЯН общего режима, ФИО45 и ФИО44 строгого режима. В соответствии со ст.ст. , 115 УПК РФ вопрос по всем вещественным доказательствам, проходящим по настоящему делу, а также по арестам, наложенным на имущества (денежные средства) лиц, проходящих по настоящему делу, учитывая что все они непосредственно касаются и проходят по уголовному делу по обвинению ФИО50 .., обвиняемого в совершёнии преступления в соучастии с подсудимыми ГАСПАРЯН и ФИО45, при пособничестве ФИО44, предусмотренного п."а" ч.4 ст. 158 УК РФ , по которому в настоящее время проводится судебное разбирательство, рассмотреть при вынесении окончательного судебного решения в отношении ФИО50 ... Процессуальные издержки, связанные с оплатой услуг защитников подсудимого ФИО45 - адвокатов, участвующих в судебном разбирательстве по назначению суда, в силу ст. , 132 УПК РФ следует: ФИО74 отнести на счёт Федерального бюджета, ФИО75, ФИО76, Царукяна А.В. взыскать с подсудимого ФИО45 в полном объёме. Учитывая, что в своём ходатайстве от &lt;дата обезличена&gt; и своих показаниях от &lt;дата обезличена&gt; свидетель ФИО50 .. по существу сообщил о совершённом следователем ФИО39 преступлении, копию вышеуказанного ходатайства ФИО50 .. с копией протокола судебного заседания от &lt;дата обезличена&gt; с показаниями ФИО50 .., а также показания подсудимого ФИО45, свидетеля ФИО5 о наличии противоправных действий со стороны сотрудников правоохранительных органов, следует установленным порядком после вступления приговора в законную силу направить прокурору Ленинского района г.Астрахань для разрешения вопроса в порядке ст. 144 УПК РФ . На основании изложенного и руководствуясь ст.ст. , , ч.1 ст. , ч.2 ст. 68 УК РФ , ст.ст. - 309 УПК РФ , суд П Р И Г О В О Р И Л : Признать ФИО41 виновным в совершёнии преступления, предусмотренного п."а" ч.4 ст. 158 УК РФ и назначить ему наказание в виде лишения свободы сроком на 5 лет, с отбыванием наказания в исправительной колонии общего режима. Признать ФИО43 виновным в совершёнии преступления, предусмотренного п."а" ч.4 ст. 158 УК РФ и назначить ему наказание в виде лишения свободы сроком на 5 лет, с отбыванием наказания в исправительной колонии строгого режима. Признать ФИО44 виновным в совершёнии преступления, предусмотренного ч.5 ст. , п."в" ч.3 ст. 158 УК РФ и назначить ему наказание в виде лишения свободы сроком на 4 года, с отбыванием наказания в исправительной колонии строгого режима. Срок наказания ФИО41, ФИО43, ФИО44 А.В исчислять с &lt;дата обезличена&gt;, засчитать в срок отбытого наказания время содержания под стражей: ФИО41 с &lt;дата обезличена&gt; до &lt;дата обезличена&gt;, ФИО43, и ФИО44 с &lt;дата обезличена&gt; до &lt;дата обезличена&gt;. Меру пресечения до вступления приговора в законную силу ФИО41, ФИО43, ФИО44 оставить без изменения в виде заключения под стражей. Процессуальные издержки, связанные с оплатой услуг защитников подсудимого ФИО43 - адвокатов, участвующих в судебном разбирательстве по назначению суда, в силу ст. , 132 УПК РФ следует: ФИО74 отнести на счёт Федерального бюджета РФ, ФИО75, ФИО76, Царукяна А.В. взыскать с подсудимого ФИО43 в полном объёме. В соответствии со ст.ст. , 115 УПК РФ вопрос по вещественным доказательствам и арестам на имущества (денежные средства) лиц, проходящих по настоящему делу, рассмотреть при вынесении окончательного судебного решения при рассмотрении уголовного дела в отношении ФИО50 М.М., обвиняемого в совершёнии преступления, предусмотренного п."а" ч.4 ст. 158 УК РФ , копию приговора с принятым решением по вышеуказанному вопросу направить установленным порядком в суд, рассматривающий уголовное дело в отношении ФИО50 ... Копию ходатайства ФИО50 .. от &lt;дата обезличена&gt;, копию протоколов судебных заседаний от &lt;дата обезличена&gt; с показаниями ФИО50 .., от &lt;дата обезличена&gt; с показаниями ФИО5, от &lt;дата обезличена&gt; с показаниями подсудимого ФИО43 направить прокурору Ленинского района г.Астрахань для разрешения вопроса в порядке ст. 144 УПК РФ . Приговор может быть обжалован в апелляционном порядке в судебную коллегию по уголовным делам Астраханского областного суда в течение 10 суток со дня провозглашения, а осужденными - в тот же срок, с момента вручения им копии приговора. Осужденные вправе ходатайствовать о своём участии в рассмотрении уголовного дела судом апелляционной инстанции, а так же поручать осуществление своей защиты избранному защитнику либо ходатайствовать перед судом о назначении защитника, в тот же срок при подаче апелляционной жалобы либо путём подачи отдельного ходатайства, а также в возражениях на принесенные по делу апелляционные жалобы (представления) другими участниками процесса в течение десяти дней со дня вручения их копий. Председательствующий Постановлением судебной коллегией по уголовным делам Астраханского областного суда г. Астрахани от &lt;дата обезличена&gt; апелляционное представление государственного обвинителя удовлетворить частично. Приговор Ленинского районного суда г.Астрахани от &lt;дата обезличена&gt;г. в отношении ФИО43 и ФИО44 изменить: -засчитать в срок отбывания наказания осужденным ФИО43 и ФИО44, время их предварительного содержания под стражей с &lt;дата обезличена&gt; до &lt;дата обезличена&gt;г. В остальном приговор в отношении ФИО43 и ФИО44 и этот же приговор в отношении ФИО41 оставить без изменения, а апелляционные жалобы осужденных ФИО41, ФИО43, ФИО44 и их защитников-адвокатов Верблюдов А.В., ФИО17 и Царукяна А.В.-без удовлетворения. Суд: Ленинский районный суд г. Астрахани (Астраханская область) (подробнее) Судьи дела: Агапов Сергей Андреевич (судья) (подробнее) Судебная практика по: По мошенничеству Судебная практика по применению нормы ст. 159 УК РФ По кражам Судебная практика по применению нормы ст. 158 УК РФ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