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октября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ФИО2, в период времени с августа 2015 года до ДД.ММ.ГГГГ, вступил в созданную неустановленным лицом преступную группу для незаконного сбыта наркотических средств на территории &lt;адрес&gt;. Под руководством неустановленного лица, (далее по тексту – лицо №) ФИО2 в составе организованной группы вовлекал в состав преступной группы лиц, с которыми состоял в доверительных отношениях, осуществлял незаконное хранение наркотических средств по месту своего проживания по адресу: &lt;адрес&gt; целью последующего их незаконного сбыта. В 2015 году в период, предшествующий ДД.ММ.ГГГГ неустановленное лицо № имея умысел, направленный на незаконный сбыт на территории России наркотических средств, содержащих в своем составе производное наркотического средства N-метилэфедрон – 2-пирролидиновалерофенон и наркотических средств, содержащих в своем составе производное наркотического средства метиловый эфир 3 – метил – 2 – (1 – пентил – 1Н – индазол – 3 – карбоксамидо) бутановой кислоты – метиловый эфир 3,3 – диметил – 2 - (1 – циклогексилметил – 1Н – индазол – 3 – карбоксамидо) бутановой кислоты, приняло решение о создании устойчивой преступной группы для осуществления незаконного сбыта наркотических средств на территории Российской Федерации, в том числе, в &lt;адрес&gt; для извлечения постоянного незаконного дохода. Неустановленное лицо № возложило на себя роль руководителя организованной группы, разработало структуру создаваемой им группы, определило количество соучастников, их роли, план совместной преступной деятельности, определило себе следующие функции: подбор, вербовка и вовлечение новых участников в организованную группу; проведение инструктажа о мерах безопасности и конспирации; расширение рынка незаконного сбыта наркотических средств; общее руководство, координация и контроль за деятельностью участников организованной группы; определение функций соучастников организованной группы; незаконное приобретение оптовых партий наркотических средств; распределение наркотических средств между соучастниками и их бесперебойное снабжение ими; учет сбытого наркотического средства и извлеченного преступного дохода. В 2015 году, в период времени предшествующий ДД.ММ.ГГГГ лицо №, находясь в неустановленном месте, обратилось к ФИО2, с предложением о вступлении в состав организованной им группы в качестве лица, осуществляющего подбор кандидатов на вступление в состав организованной преступной группы, а также за осуществление незаконного хранения наркотических средств, за что обязалось выплачивать ему денежное вознаграждение, в зависимости от количества вовлеченных лиц и незаконно ими сбытого наркотика. В состоявшейся устной беседе лицо № и ФИО2, достигли договоренности, согласно которой ФИО2, стремясь к незаконному обогащению за счет незаконного оборота наркотических средств, преследуя корыстную цель и, осознавая общественную опасность своих действий, предвидя неизбежность наступления общественно-опасных последствий и желая этого, действуя с целью вовлечения лиц в организованную преступную группу, незаконного приобретения, перевозки, хранения, фасовки и сбыта наркотических средств, приняв предложение лица №, понимая, что ему предложено стать участником организованной группы, вступил в состав организованной группы и принял активное участие в её незаконной деятельности. В 2015 году, в период времени, предшествующий ДД.ММ.ГГГГ неустановленное лицо №, с целью увеличения преступного дохода, находясь в неустановленном месте, обратилось к неустановленному лицу №, с предложением о вступлении в состав организованной им группы в качестве «оператора» - лица, принимающего от участников организованной преступной группы адресов мест нахождения тайников - «закладок» с сокрытым наркотическими средствами на территории &lt;адрес&gt;, осуществить поиск покупателей среди наркозависимых лиц, на имеющееся наркотические средства, принимать заказы от неопределенного круга лиц из числа потребителей наркотических средств и сообщать потребителям о месте нахождения тайника с сокрытыми наркотическими средствами, непосредственно осуществляя, таким образом, незаконный сбыт наркотического средства. Неустановленное лицо № и неустановленное лицо № достигли договоренности, согласно которой неустановленное лицо №, приняло предложение неустановленного лица №, понимая, что ему предложено стать участником организованной группы целью которой является незаконный сбыт наркотиков. В 2015 году, в период времени предшествующий ДД.ММ.ГГГГ ФИО2 подыскал и вовлек в преступную деятельность организованной группы ФИО4 Т.В., а также другое лицо – Б., уголовное преследование в отношении которого прекращено в связи с его смертью. ФИО4 Т.В. и другое лицо Б., из корыстных побуждений приняли предложение ФИО2, понимая, что им предложено стать участниками организованной группы, занимающейся незаконным распространением наркотических средств. О решении ФИО4 Т.В. и другого лица Б. ФИО2 сообщил лидеру организованной преступной группы - неустановленному лицу №. В ходе участия в незаконной деятельности организованной группы лицо № участвовало в качестве «оператора», а ФИО4 Т.В. и Б. в качестве «закладчиков» наркотиков. Неустановленное лицо № определило цели и задачи деятельности организованной группы, в состав которой вошли: ФИО2, неустановленное лицо №, ФИО4 Т.В. и другое лицо Б., а также распределило каждому преступные роли. В обязанности неустановленного лица №, как лидера организованной преступной группы, входил инструктаж о необходимых мерах безопасности и конспирации вновь прибывших соучастников организованной группы на территории Российской Федерации с использованием специальных программ интерактивного общения «Cover Me», «Jabber». Имея источник и налаженный канал незаконного приобретения наркотических средств, содержащих в своем составе производное наркотического средства N-метилэфедрон – 2-пирролидиновалерофенон и наркотических средств, содержащих в своем составе производное наркотического средства метиловый эфир 3 – метил – 2 – (1 – пентил – 1Н – индазол – 3 – карбоксамидо) бутановой кислоты – метиловый эфир 3,3 – диметил – 2 - (1 – циклогексилметил – 1Н – индазол – 3 – карбоксамидо) бутановой кислоты, неустановленное лицо № должно было незаконно приобретать наркотические средства, сокрыть их в тайнике на территории &lt;адрес&gt;, о чем сообщить ФИО4 Т.В. и Б., осуществлять контроль и руководство за действиями неустановленного лица №, ФИО4 Т.В., ФИО2 и Б., решать организационные вопросы, в том числе, по аренде жилья для соучастников путем перевода им денежных средств на общие бытовые расходы, получать денежные средства от сбыта наркотических средств и осуществлять участникам организованной преступной группы ФИО2, неустановленному лицу №, ФИО4 Т.В. и Б. перевод денежных средств в качестве вознаграждения за преступную деятельность. В обязанности ФИО2, как участника организованной преступной группы, входило открыть расчетный счет в любом банке РФ для перевода ему неустановленным лицом № на данный расчетный счет денежных средств – заработной платы, денежных средств на аренду квартир; с целью конспирации преступной деятельности, приобрести мобильный телефон, куда установить мобильные приложения «Cover Me», «Jabber» и другие для общения с участниками преступной группы посредством глобальной сети Интернет, а также посредством сотовой связи. С целью увеличения прибыли от незаконного сбыта наркотических средств, предлагая возможность легкого заработка, вовлекать в состав организованной преступной группы лиц, с которыми состоял в дружеских и доверительных отношениях, которые должны были непосредственно осуществлять незаконный сбыт наркотических средств тайниковым способом на территории &lt;адрес&gt;. Получив от лидера организованной преступной группы - неустановленного лица № денежные средства, предназначенные для аренды квартиры, арендовать ее и обеспечить соучастников преступной группы жилым помещением, в котором они смогут проживать и незаконно хранить полученные от неустановленного лица № наркотические средства для дальнейшего помещения данных наркотических средств в тайники на территории &lt;адрес&gt; и их сбыта, проводить инструктаж о необходимых мерах безопасности и конспирации при осуществлении преступной деятельности ФИО4 Т.В. и другого лица Б., осуществление контроля за их действиями, получать от лидера организованной преступной группы неустановленного лица № часть денежных средств, полученных от сбыта наркотических средств, которыми распоряжаться по своему усмотрению. В обязанности ФИО4 Т.В. и другого лица Б., как участников организованной преступной группы, входило открыть расчетный счет в любом банке РФ для перевода им неустановленным лицом № на данный расчетный счет денежных средств – заработной платы, денежных средств на аренду квартир; получив от лидера организованной преступной группы неустановленного лица № денежные средства, предназначенные для аренды квартиры, арендовать ее, обеспечив тем самым себя жилым помещением, в котором они смогут проживать и незаконно хранить полученные от неустановленного лица № наркотические средства для дальнейшего помещения данных наркотических средств в тайники на территории &lt;адрес&gt;; При получении от лидера организованной преступной группы, неустановленного лица № информации о месте нахождения тайника с наркотическими средствами на территории &lt;адрес&gt; ФИО4 Т.В. и другое лицо Б. должны были извлечь из него наркотические средства и осуществить их незаконную перевозку к месту хранения – заранее арендованной квартиры на территории &lt;адрес&gt;, где с помощью приобретенных электронных весов, полимерных пакетов с полосой фиксатором, фольги, резиновых перчаток, металлической ложки, осуществить расфасовку наркотических средств на более мелкие партии, вести учет остатка наркотических средств. После этого сокрыть наркотики в специально оборудованных и в произвольно выбранных ФИО4 Т.В. и Б. тайниках на территории &lt;адрес&gt;, произвести фиксацию информации о местах нахождения тайников – «закладок», а также информации о количестве заложенных в тайниках наркотических средств и передать эту информацию «оператору» - неустановленному лицу № посредством глобальной сети Интернет с использованием программ общения «Cover Me» и «Jabber» с целью последующего незаконного сбыта неограниченному кругу лиц из числа потребителей на территории &lt;адрес&gt;, получать от лидера организованной преступной группы неустановленного лица № часть денежных средств полученных от сбыта наркотических средств, которыми распоряжаться по своему усмотрению. В обязанности неустановленного лица №, как участника организованной преступной группы, входило с целью конспирации преступной деятельности, приобрести мобильный телефон, куда установить различные мобильные приложения «Cover Me» и «Jabber», для общения с участниками преступной группы посредством Глобальной сети Интернет. Посредством использования мобильного телефона с установленными мобильными приложениями через глобальную сеть Интернет получить от ФИО4 Т.В. и другого лица Б. адреса с мест нахождения тайников - «закладок» с сокрытым ими (ФИО4 ФИО31 наркотическими средствами на территории &lt;адрес&gt;, учитывая и контролируя при этом количество сокрытого ФИО4 Т.В. и Б. наркотического средства, осуществить поиск покупателей наркотических средств, принимать заказы от неопределенного круга лиц из числа потребителей наркотических средств и сообщать потребителям места нахождения тайников с сокрытым ФИО4 Т.В. и Б. наркотическими средствами, непосредственно осуществляя, таким образом, незаконный сбыт наркотического средства; получать от потребителей наркотиков денежные средства путем перечисления через различные платежные системы, получать от лидера организованной преступной группы неустановленного лица № часть денежные средства, полученные от сбыта наркотических средств. Организованная и руководимая неустановленным лицом № группа, в состав которой вошли ФИО2, ФИО4 Т.В., другое лицо Б. и неустановленное лицо №, заранее объединившиеся для совершения преступлений в сфере незаконного оборота наркотических средств, характеризовалась: продолжительным сроком существования; взаимоосведомленностью ее участников об осуществлении преступной деятельности; высокой степенью организованности; наличием руководителя (организатора) группы; распределением обязанностей в группе и ролей при совершении преступлений и четкое их исполнение; наличием дисциплины внутри группы; планировании совершения преступлений; наличием способов сокрытия преступлений, осуществлением незаконного сбыта наркотических средств бесконтактным, тайниковым способом через «закладки»; совершением преступлений в условиях конспирации с использованием переговоров между соучастниками через сообщения в программах интерактивного общения «Cover Me», «Jabber»; приисканием и арендой квартир для осуществления фасовки и хранения наркотических средств; осуществлением инструктажа соучастников («закладчиков») по осуществлению преступной деятельности, в том числе, по фасовке и помещению в тайники наркотических средств; использованием технических средств - сотовых телефонов с техническими характеристиками, позволяющими выходить в глобальную сеть Интернет, со специально установленными для этих целей программами интерактивного общения «Cover Me», «Jabber» для осуществления переговоров между соучастниками. ФИО2, из корыстной заинтересованности, выполняя отведенную ему в организованной преступной группе роль, в 2015 году в период времени до ДД.ММ.ГГГГ, по указанию лидера организованной преступной группы неустановленного лица № прибыл в &lt;адрес&gt;, где ДД.ММ.ГГГГ арендовал &lt;адрес&gt; для себя, а также участников организованной группы ФИО4 Т.В. и Б., где они могли проживать и незаконно хранить полученное от лидера организованной преступной группы неустановленного лица № наркотическое средство с целью помещения данного наркотического средства в тайники на территории &lt;адрес&gt; для незаконного сбыта потребителям. Неустановленное лицо №, действуя в составе организованной преступной группы, выполняя возложенные на себя обязанности руководителя в преступной группе, реализуя совместный с неустановленным лицом №, ФИО2 и ФИО4 Т.В. преступный умысел, направленный на незаконный сбыт наркотических средств, действуя из корыстных побуждений, в 2015 году, в период времени, предшествующий 15.00 часам ДД.ММ.ГГГГ незаконно приобрело у неустановленных лиц, наркотическое средство, содержащее в своем составе производное наркотического средства N-метилэфедрон – 2-пирролидиновалерофенон в значительном размере, общей массой не менее 0,48 грамма, которое в указанное время доставило на территорию &lt;адрес&gt; сокрыв его в неустановленном тайнике, о чем сообщило участнику организованной преступной группы ФИО4 Т.В. для дальнейшего незаконного сбыта потребителям наркотических средств на территории &lt;адрес&gt;. ФИО4 Т.В., действуя в составе организованной преступной группы, выполняя отведенную ему неустановленным лицом № преступную роль, реализуя совместный с неустановленным лицом №, неустановленным лицом № и ФИО2 преступный умысел, направленный на незаконный сбыт наркотических средств в 2015 году, в период времени, предшествующий 15.00 часам ДД.ММ.ГГГГ проследовал к указанному неустановленным лицом № тайнику на территории &lt;адрес&gt;, где в указанное время извлек из тайника наркотическое средство, содержащее в своем составе производное наркотического средства N-метилэфедрон – 2-пирролидиновалерофенон в значительном размере, массой не менее 0,48 грамма, осуществил перевозку данного наркотического средства от места незаконного приобретения с территории &lt;адрес&gt; до места совместного с ФИО2 проживания по адресу: &lt;адрес&gt;. ФИО2, находясь в данной квартире, с ДД.ММ.ГГГГ, в 2015 году, в период времени, предшествующий 15.00 часам ДД.ММ.ГГГГ, совместно с участником организованной группы ФИО4 Т.В., продолжая действовать согласно отведенной ему преступной роли, проинструктировал ФИО4 Т.В. о мерах безопасности и конспирации при реализации единого преступного умысла и в дальнейшем осуществлял контроль за преступными действиями ФИО4 Т.В.. ФИО4 Т.В., следуя доведенным до него мерам безопасности и конспирации, заранее приобрел по указанию лидера организованной преступной группы неустановленного лица № электронные весы, полимерные пакеты с полосой фиксатором, фольгу серебристо-серого цвета, резиновые перчатки, металлическую ложку, с помощью которых осуществил расфасовку наркотического средства, содержащего в своем составе производное наркотического средства N-метилэфедрон – 2-пирролидиновалерофенон на более мелкие партии, и совместно с ФИО2 незаконно хранил наркотические средства, содержащие в своем составе производное наркотического средства N-метилэфедрон – 2-пирролидиновалерофенон в значительном размере, массой не менее 0,48 грамма в &lt;адрес&gt; до 15.00 часов ДД.ММ.ГГГГ. ФИО4 Т.В., продолжая реализовывать совместный с неустановленным лицом №, неустановленным лицом № и ФИО2 преступный умысел, направленный на незаконный сбыт наркотических средств в значительном размере в составе организованной преступной группы, ДД.ММ.ГГГГ в период времени с 15.00 часов до 16 часов 40 минут, сокрыв наркотическое средство, содержащее в своем составе производное наркотического средства N-метилэфедрон – 2-пирролидиновалерофенон в значительном размере, массой не менее 0,48 грамма, упакованное в фольгу и в прозрачные полимерные пакеты с полосой фиксатором, в предметах своей одежды, соблюдая меры безопасности и конспирации, доведенные ему участником организованной преступной группы ФИО2, проследовал к третьему подъезду &lt;адрес&gt;, где около 16 часов 42 минут в произвольно выбранном им тайнике - на земле между ветками у основания кустарника, расположенного с правой стороны при входе в подъезд № &lt;адрес&gt; сокрыл наркотическое средство, содержащее в своем составе производное наркотического средства N-метилэфедрон – 2-пирролидиновалерофенон в значительном размере, массой 0,48 грамма с целью совместного с неустановленным лицом №, неустановленным лицом № и ФИО2 незаконного сбыта потребителям. После этого ДД.ММ.ГГГГ, ФИО4 Т.В., используя Глобальную сеть Интернет и мобильные приложения «Cover Me», «Jabber», сообщил адрес с месторасположением тайника – «закладки» неустановленному лицу № для последующего сообщения данного адреса покупателям наркотических средств. ДД.ММ.ГГГГ в период времени с 18.00 часов до 18 часов 20 минут в ходе проведения оперативно-розыскного мероприятия «Обследование зданий, сооружений, участков местности», сотрудниками правоохранительных органов вышеуказанное наркотическое средство было обнаружено и изъято.</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Неустановленное лицо №, действуя в составе организованной преступной группы, выполняя возложенные на себя обязанности руководителя в преступной группе, реализуя совместный с неустановленным лицом №, ФИО2, ФИО4 Т.В. и другим лицом Б. преступный умысел, направленный на незаконный сбыт наркотических средств в крупном размере, из корыстных побуждений, в целях получения преступного дохода, в 2015 году, в период времени, предшествующий 09 часам 45 минутам ДД.ММ.ГГГГ незаконно приобрело в неустановленном месте наркотическое средство - производное наркотического средства метиловый эфир 3 – метил – 2 – (1 – пентил – 1Н – индазол – 3 – карбоксамидо) бутановой кислоты – метиловый эфир 3,3 – диметил – 2 - (1 – циклогексилметил – 1Н – индазол – 3 – карбоксамидо) бутановой кислоты, массой не менее 4,81 грамма в крупном размере, которое в 2015 году, в указанный период времени сокрыло в тайнике на территории &lt;адрес&gt; о чем сообщило ФИО4 Т.В. и Б. для дальнейшего совместного с неустановленным лицом №, неустановленным лицом № и ФИО2 незаконного сбыта потребителям наркотических средств на территории &lt;адрес&gt;. ФИО4 Т.В. и Б., действуя в составе организованной преступной группы, выполняя отведенные им преступные роли, реализуя совместный с неустановленным лицом №, неустановленным лицом № и ФИО2 преступный умысел, направленный на незаконный сбыт наркотических средств в крупном размере в 2015 году, в период времени, предшествующий 09 часам 45 минутам ДД.ММ.ГГГГ проследовали в указанное неустановленным лицом № место на территории &lt;адрес&gt;, где указанное время извлекли из тайника «закладку» с наркотическим средством - производным наркотического средства метиловый эфир 3 – метил – 2 – (1 – пентил – 1Н – индазол – 3 – карбоксамидо) бутановой кислоты – метиловый эфир 3,3 – диметил – 2 - (1 – циклогексилметил – 1Н – индазол – 3 – карбоксамидо) бутановой кислоты, массой не менее 4,81 грамма в крупном размере, осуществили перевозку данного наркотического средства с территории &lt;адрес&gt; до места совместного с ФИО2 проживания в &lt;адрес&gt;. ФИО2, находясь в данной квартире с ДД.ММ.ГГГГ, в 2015 году, в период до 09 часов 45 минут ДД.ММ.ГГГГ, совместно с участниками организованной группы ФИО4 Т.В. и Б., продолжая действовать согласно отведенной ему преступной роли, проинструктировал ФИО4 Т.В. и Б. о мерах безопасности и конспирации при реализации единого преступного умысла и в дальнейшем осуществлял контроль за преступными действиями ФИО4 Т.В. и Б. ФИО4 Т.В. и Б., следуя доведенным до них мерам безопасности и конспирации, заранее приобретя по указанию лидера организованной преступной группы неустановленного лица № в неустановленном месте электронные весы, полимерные пакеты с полосой фиксатором, фольгу, резиновые перчатки, металлическую ложку, осуществили расфасовку наркотического средства - производного наркотического средства метиловый эфир 3 – метил – 2 – (1 – пентил – 1Н – индазол – 3 – карбоксамидо) бутановой кислоты – метиловый эфир 3,3 – диметил – 2 - (1 – циклогексилметил – 1Н – индазол – 3 – карбоксамидо) бутановой кислоты, на более мелкие партии, и совместно с ФИО2 незаконно хранили данное наркотическое средство массой не менее 4,81 грамма в крупном размере в &lt;адрес&gt; до 09 часов 45 минут ДД.ММ.ГГГГ. В период времени с 09 часов 45 минут до 10 часов 45 минут ДД.ММ.ГГГГ ФИО4 Т.В., продолжая реализацию преступного умысла действуя совместно с другим лицом Б., ФИО2, неустановленными лицами № и №, в составе организованной преступной группы, соблюдая меры конспирации проследовал к дому № «б» по &lt;адрес&gt;, где ДД.ММ.ГГГГ около 10 часов 45 минут ФИО4 Т.В. в произвольно выбранном им и Б. тайнике возле указанного дома сокрыл наркотическое средство – производное наркотического средства метиловый эфир 3 – метил – 2 – (1 – пентил – 1Н – индазол – 3 – карбоксамидо) бутановой кислоты – метиловый эфир 3,3 – диметил – 2 - (1 – циклогексилметил – 1Н – индазол – 3 – карбоксамидо) бутановой кислоты в крупном размере, массой 4,81 грамма. ДД.ММ.ГГГГ другое лицо Б., выполняя отведенную ему в организованной преступной группе роль, используя Глобальную сеть Интернет и мобильные приложения «Cover Me», «Jabber», сообщило адрес с месторасположением тайника – «закладки», приисканным им и ФИО4 Т.В., неустановленному лицу № для последующего сообщения данного адреса покупателям наркотических средств. ДД.ММ.ГГГГ в период с 11 часов 20 минут по 11 часов 40 минут возле &lt;адрес&gt;, в ходе проведения оперативно-розыскного мероприятия «Обследование зданий, сооружений, участков местности» сотрудниками правоохранительных органов было обнаружено и изъято вышеуказанное наркотическое средство.</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Неустановленное лицо №, действуя в составе организованной преступной группы, реализуя совместный с неустановленным лицом №, ФИО2, ФИО4 Т.В. и другим лицом Б. преступный умысел, направленный на незаконный сбыт наркотических средств, из корыстных побуждений, в целях получения преступного дохода, в 2015 году, в период времени, предшествующий 09 часам 45 минутам ДД.ММ.ГГГГ незаконно приобрело наркотическое средство - производное наркотического средства метиловый эфир 3 – метил – 2 – (1 – пентил – 1Н – индазол – 3 – карбоксамидо) бутановой кислоты – метиловый эфир 3,3 – диметил – 2 - (1 – циклогексилметил – 1Н – индазол – 3 – карбоксамидо) бутановой кислоты, массой 4,82 грамма, 4,78 грамма и 33,56 грамма в крупном размере и наркотическое средство, содержащее в своем составе производное наркотического средства N-метилэфедрон – 2-пирролидиновалерофенон, массой 9,32 грамма и 247,96 грамма в особо крупном размере. Затем в 2015 году, в период времени, предшествующий 09 часам 45 минутам ДД.ММ.ГГГГ неустановленное лицо № осуществило поставку данного наркотического средства на территорию &lt;адрес&gt;, где сокрыло тайниковым способом, о чем, сообщило ФИО4 Т.В. и Б. с целью дальнейшего совместного с неустановленным лицом №, неустановленным лицом № и ФИО2 незаконного сбыта потребителям наркотических средств на территории &lt;адрес&gt;. ФИО4 Т.В. и другое лицо Б., действуя в составе организованной преступной группы, выполняя отведенные им преступные роли, реализуя совместный с неустановленными лицами №, № и ФИО2 преступный умысел, направленный на незаконный сбыт наркотических средств в 2015 году, в период времени, предшествующий 09 часам 45 минутам ДД.ММ.ГГГГ, проследовали в указанное неустановленным лицом № место на территорию &lt;адрес&gt;, где в указанное время извлеки из тайника «закладку» с наркотическим средством - производным наркотического средства метиловый эфир 3 – метил – 2 – (1 – пентил – 1Н – индазол – 3 – карбоксамидо) бутановой кислоты – метиловый эфир 3,3 – диметил – 2 - (1 – циклогексилметил – 1Н – индазол – 3 – карбоксамидо) бутановой кислоты, массой 4,82 грамма, 4,78 грамма и 33,56 грамма в крупном размере и наркотическое средство, содержащее в своем составе производное наркотического средства N-метилэфедрон – 2-пирролидиновалерофенон, массой 9,32 грамма и 247,96 грамма в особо крупном размере, осуществили перевозку данных наркотических средств от места незаконного приобретения с территории &lt;адрес&gt; до места совместного с ФИО2 проживания в &lt;адрес&gt;. ФИО2, находясь в данной квартире с ДД.ММ.ГГГГ, в 2015 году, в период времени до 14 часов 30 минут ДД.ММ.ГГГГ совместно с участниками организованной группы ФИО4 Т.В. и Б., действуя согласно отведенной ему преступной роли, проинструктировал ФИО4 Т.В. и Б. о мерах и конспирации при реализации преступного умысла и в дальнейшем осуществлял контроль за преступными действиями ФИО4 Т.В. и Б. После этого ФИО4 Т.В. и Б., заранее приобретя по указанию лидера организованной преступной группы неустановленного лица № в неустановленном месте, электронные весы, полимерные пакеты с полосой фиксатором, фольгу серебристо-серого цвета, резиновые перчатки, металлическую ложку, расфасовали наркотическое средство метиловый эфир 3 – метил – 2 – (1 – пентил – 1Н – индазол – 3 – карбоксамидо) бутановой кислоты – метиловый эфир 3,3 – диметил – 2 - (1 – циклогексилметил – 1Н – индазол – 3 – карбоксамидо) бутановой кислоты массой 4,82 грамма, 4,78 грамма и 33,56 грамма в крупном размере, а также наркотическое средство, содержащее в своем составе производное наркотического средства N-метилэфедрон – 2-пирролидиновалерофенон, массой 9,32 грамма и 247,96 грамма в особо крупном размере. Часть наркотического средства - производного наркотического средства метиловый эфир 3 – метил – 2 – (1 – пентил – 1Н – индазол – 3 – карбоксамидо) бутановой кислоты – метиловый эфир 3,3 – диметил – 2 - (1 – циклогексилметил – 1Н – индазол – 3 – карбоксамидо) бутановой кислоты в крупном размере, массой 4,78 грамма ФИО2 незаконно хранил с целью совместного с неустановленным лицом №, неустановленным лицом №, другим лицом Б. и ФИО4 Т.В. незаконного сбыта потребителям на территории &lt;адрес&gt; при себе в своей одежде до 15 часов 55 минут ДД.ММ.ГГГГ. Другую часть наркотического средства - производного наркотического средства метиловый эфир 3 – метил – 2 – (1 – пентил – 1Н – индазол – 3 – карбоксамидо) бутановой кислоты – метиловый эфир 3,3 – диметил – 2 - (1 – циклогексилметил – 1Н – индазол – 3 – карбоксамидо) бутановой кислоты в крупном размере, массой 4,82 грамма другое лицо Б. незаконно хранило с целью совместного с неустановленным лицом №, неустановленным лицом №, ФИО2 и ФИО4 Т.В. незаконного сбыта потребителям на территории &lt;адрес&gt; при себе в предметах своей одежды до 16 часов 20 минут ДД.ММ.ГГГГ. Оставшуюся часть наркотического средства - производного наркотического средства метиловый эфир 3 – метил – 2 – (1 – пентил – 1Н – индазол – 3 – карбоксамидо) бутановой кислоты – метиловый эфир 3,3 – диметил – 2 - (1 – циклогексилметил – 1Н – индазол – 3 – карбоксамидо) бутановой кислоты в крупном размере, массой 33,56 грамма и наркотическое средство, содержащее в своем составе производное наркотического средства N-метилэфедрон – 2-пирролидиновалерофенон, массой 9,32 грамма и 247,96 грамма в особо крупном размере, ФИО2, ФИО4 Т.В., другое лицо Б., действуя согласованно с неустановленными лицами № и № незаконно хранили по месту своего совместного проживания в &lt;адрес&gt;, предоставленной ФИО2 до 15 часов 55 минут ДД.ММ.ГГГГ. Однако, ФИО2, свои совместные преступные действия с другим лицом Б., ФИО4 Т.В., неустановленными лицами № и №, направленные на незаконный сбыт наркотического средства - производного наркотического средства метиловый эфир 3 – метил – 2 – (1 – пентил – 1Н – индазол – 3 – карбоксамидо) бутановой кислоты – метиловый эфир 3,3 – диметил – 2 - (1 – циклогексилметил – 1Н – индазол – 3 – карбоксамидо) бутановой кислоты, массой 4,82 грамма, 4,78 грамма и 33,56 грамма в крупном размере и наркотического средства, содержащего в своем составе производное наркотического средства N-метилэфедрон – 2-пирролидиновалерофенон, массой 9,32 грамма и 247,96 грамма в особо крупном размере, не смогли довести до конца по независящим от них обстоятельствам. Так ДД.ММ.ГГГГ в период времени с 15 часов 55 минут по 16 часов 55 минут в ходе проведения оперативно-розыскного мероприятия «Обследование здания, сооружения, участков местности» сотрудниками УФСКН России по &lt;адрес&gt; при обследовании &lt;адрес&gt;, по месту совместного проживания ФИО2, ФИО4 Т.В. и другого лица Б. было обнаружено и изъято наркотическое средство, содержащее в своем составе производное наркотического средства N-метилэфедрон – 2-пирролидиновалерофенон, массой 9,32 грамма и 247,96 грамма, общей массой 257,28 грамма в особо крупном размере; наркотическое средство - производное наркотического средства метиловый эфир 3 – метил – 2 – (1 – пентил – 1Н – индазол – 3 – карбоксамидо) бутановой кислоты – метиловый эфир 3,3 – диметил – 2 - (1 – циклогексилметил – 1Н – индазол – 3 – карбоксамидо) бутановой кислоты, массой 33,56 грамма, в крупном размере; В то же время в ходе проведения указанного оперативно-розыскного мероприятия «Обследование здания, сооружения, участков местности» при обследовании &lt;адрес&gt; был произведен личный досмотр ФИО2, в ходе которого при нем обнаружено и изъято наркотическое средство - производное наркотического средства метиловый эфир 3 – метил – 2 – (1 – пентил – 1Н – индазол – 3 – карбоксамидо) бутановой кислоты – метиловый эфир 3,3 – диметил – 2 - (1 – циклогексилметил – 1Н – индазол – 3 – карбоксамидо) бутановой кислоты, массой 4,78 грамма в крупном размере. ДД.ММ.ГГГГ в период времени с 16 часов 20 минут до 16 часов 35 минут в ходе проведения сотрудниками УФСКН России по &lt;адрес&gt; личного досмотра другого лица Б. было обнаружено и изъято наркотическое средство - производное наркотического средства метиловый эфир 3 – метил – 2 – (1 – пентил – 1Н – индазол – 3 – карбоксамидо) бутановой кислоты – метиловый эфир 3,3 – диметил – 2 - (1 – циклогексилметил – 1Н – индазол – 3 – карбоксамидо) бутановой кислоты, массой 4,82 грамма в крупном размере. В судебном заседании ФИО2 свою вину в совершении вышеуказанных преступлений не признал, утверждал, что приехал в &lt;адрес&gt; в гости к ФИО4, с которым был ранее знаком. Чем занимались ФИО32 в &lt;адрес&gt; ему известно не было, к сбыту наркотических средств он отношения не имеет, сам наркотики не употребляет, наркотики в квартире, в которой он проживал некоторое время вместе с ФИО4, не видел. Кроме того, ФИО2 утверждал, что был задержан сотрудниками полиции в &lt;адрес&gt; 28, а не ДД.ММ.ГГГГг., как это указано в документах по уголовному делу, наркотические средства у него обнаружены не были. Акт обследования помещения, имеющийся в материалах дела, составлен неверно. Он не имеет отношения к действиям ФИО4 и Басараба, связанным с незаконными операциями с наркотическими средствами. Подсудимый ФИО4 Т.В. свою вину в совершении инкриминируемых преступлений признал частично, указав, что признает вину в совершении закладок наркотиков с целью их сбыта только 28.10.2015г. самостоятельно без участия иных лиц. Однако не признает совершение преступлений в составе организованной группы совместно с ФИО33 и другими лицами, не признает сбыт наркотиков по эпизоду от 29.10.2015г. Басараб говорил ему, что имеет большое количество наркотиков для сбыта. Наркотические средства, электронные весы, обнаруженные у них в съемной квартире сотрудниками полиции, принадлежали Басарабу. Виновность ФИО2 и ФИО4 Т.В. в совершении вышеуказанных преступлений подтверждается исследованными в суде доказательствами. По эпизоду от 28.10.2015г.: - показаниями свидетеля ФИО16, из которых следует, что в 2015г. он работал оперативным сотрудником УФСКН РФ по &lt;адрес&gt;. В октябре 2015г. в оперативную службу УФСКН поступила информация, что на территории &lt;адрес&gt; граждане ФИО4, проживающие совместно по адресу: &lt;адрес&gt; занимаются незаконным сбытом синтетических наркотиков, которые в кругу потребителей наркотических средств называются «спайс» и «соль» - производных наркотического средства N – метилэфедрон. бесконтактным способом через «закладки». В ходе производства различных оперативно – розыскных мероприятий было установлено, что граждане ФИО4 ФИО34 ФИО4 совместно и в соучастии с неустановленными лицами на территории &lt;адрес&gt; бесконтактным способом осуществляют незаконный сбыт наркотических средств. ФИО2, ФИО4ФИО35 и неустановленные лица с целью сбыта наркотиков в период времени с 22.09.2015г. по 28.10.2015г. вступили в преступный сговор с целью совместного незаконного сбыта вышеуказанных наркотических средств на территории &lt;адрес&gt; и разработали план совместного совершения преступления и распределили между собой преступные роли. Действовали они в составе организованной преступной группы, использовали мобильные приложения сети Интернет для связи, получая наркотики от неустановленных лиц. 28.10.2015г. он совместно с оперуполномоченным УФСКН России по &lt;адрес&gt; ФИО36 проводил оперативно – розыскное мероприятие «наблюдение» за &lt;адрес&gt;. 27 по &lt;адрес&gt;, в которой проживали ФИО2, ФИО4 ФИО36 28.10.2015г. около 15.00 часов из наблюдаемого адреса вышел ФИО4, а ФИО2 закрыл за ним дверь квартиры. ФИО4 пользуясь общественным транспортом и совершая проверочные действия приехал в микрорайон «&lt;адрес&gt;&lt;адрес&gt;, направился в сторону частного сектора (&lt;адрес&gt; ключи &lt;адрес&gt;), где, совершая проверочные действия (беспричинно останавливался, осматривал проходящих мимо людей), стал совершать действия, похожие на совершение сокрытия «закладок» с наркотическим средством, делая каждый раз записи в сотовом телефоне. Около 16 часов 40 минут 28.10.2015г. ФИО4 вышел из частного сектора и зашел во двор &lt;адрес&gt;&lt;адрес&gt;, подошел к 3-му подъезду и сокрыл там небольшой предмет, похожий на сверток в кустарник, расположенный с правой стороны при входе в 3-й подъезд указанного дома. После этого ФИО4 что-то записал в мобильный телефон. Затем ФИО4 пошел дальше по микрорайону. Как только ФИО4 Т.В. покинул место, где сокрыл неотождествленный объект во дворе &lt;адрес&gt; по &lt;адрес&gt; возле 3 подъезда в кустарнике, им, ФИО16, были приглашены понятые. В тот же день около 18.00-18 часов 20 минут в ходе проведения оперативно розыскного мероприятия «обследование помещений, зданий, сооружений, участков местности, транспортных средств» при обследовании участка местности, расположенного возле &lt;адрес&gt;&lt;адрес&gt;, с правой стороны при в ходе в 3-й подъезд дома был обнаружен и изъят сверток из фольги серебристого цвета, внутри которого находился пакетик из полимерного материала с полоской фиксатором, внутри которого находилось порошкообразное вещество, как потом было установлено с наркотическим средством. Данный сверток был им упакован в бумажный конверт, составлена пояснительная надпись, свои подписи поставили понятые. 29.10.2015г. он совместно с оперуполномоченным ФИО36 участвовал в проведении оперативно-розыскного мероприятия «наблюдение» за ФИО4, ФИО2 ФИО36. 29.10.2015г. около 09 часов 45 минут из &lt;адрес&gt;.27 по &lt;адрес&gt; вышли ФИО4 ФИО36 и направились в сторону &lt;адрес&gt;. Около 10 часов 05 минут 29.10.2015г. ФИО4 ФИО36 остановились на углу &lt;адрес&gt;, ФИО4 что-то сокрыл в листве рядом с дорогой, ФИО50 что-то записал в мобильный телефон. 29.10.2015г. в 10 часов 13 минут с торца &lt;адрес&gt; ФИО4 что-то сокрыл в листву рядом с дорогой, а ФИО36 что-то записал в мобильный телефон. В 10 часов 35 минут ФИО4 и ФИО45 пересекли &lt;адрес&gt; и лесополосой по тропинке пошли в сторону &lt;адрес&gt;. Около 10 часов 43 минут ФИО4 и ФИО36 зашли на &lt;адрес&gt;, около 10 часов 45 минут ФИО4 подошел к красному забору возле &lt;адрес&gt; (напротив &lt;адрес&gt;) и положил небольшой предмет серебристого цвета на землю. В это время ФИО36 осматривался по сторонам. Затем ФИО4 сказал что-то ФИО47 и тот что-то записал в мобильный телефон. Далее, наблюдаемые осмотрелись по сторонам и пошли дальше по улице. В 11 часов 20 минут 29.10.2015г. ФИО4 ФИО46 через &lt;адрес&gt; перешли &lt;адрес&gt; и пошли по &lt;адрес&gt;. В 11 часов 30 минут 29.10.2015г. ФИО4 ФИО48 остановились у &lt;адрес&gt;, где ФИО4 что-то положил под кустарник, в это время ФИО51 осматривался по сторонам. После этого ФИО4 сказал что-то ФИО49, который что-то записал в мобильный телефон. Затем наблюдаемые пошли пешком по &lt;адрес&gt; в сторону &lt;адрес&gt;. В 11 часов 40 минут 29.10.2015г. ФИО52 вышли на &lt;адрес&gt; и пошли в сторону &lt;адрес&gt; до &lt;адрес&gt; ФИО4 ФИО54 остановились, осмотрелись, после чего начали совершать действия, похожие на раскладку наркотика в тайники «закладки». В 12 часов 27 минут ФИО4 ФИО53 вернулись к себе домой в &lt;адрес&gt;. 27 по &lt;адрес&gt;. В 14 часов 15 минут 29.10.2015г. на балкон &lt;адрес&gt; вышли ФИО4 и ФИО2. ФИО4 что-то стал объяснять ФИО2, а ФИО2 стал осматривать проходящих во дворе дома людей. Около 14 часов 30 минут из указанной квартиры вышли ФИО4 ФИО55 и были задержаны на лестничной клетке, ФИО2 был задержан в &lt;адрес&gt;.27 по &lt;адрес&gt;. 29.10.2015г. в период примерно с 16.00 до 17.00 часов он проводил оперативно - розыскное мероприятие по обследованию однокомнатной квартиры по адресу: &lt;адрес&gt;, в которой на тот момент совместно проживали ФИО4 Т.В., ФИО2 и ФИО12. При обследовании участвовали понятые, осуществлялась фотосъемка, видеосъемка не проводилась. В квартире были обнаружено и изъято: паспорт гражданина ФИО4 на имя ФИО2, электронные весы, полимерный пакет с полоской фиксатором; блокнот с записями, два заявления ФИО4 Т.В. на перевод денежных средств с приходно-кассовыми ордерами, SIM– карта оператора сотовой связи «Билайн». В ходе обследования квартиры был произведен личный досмотр ФИО2, у которого в кармане одетой на нем куртки был обнаружен и изъят сверток из фольги, в котором находился полимерный прозрачный пакетик с полоской фиксатором, внутри которого находилось вещество буро – зеленого цвета растительного происхождения. В ходе дальнейшего исследования было установлено, что это наркотическое средство. Также в куртке у ФИО2 был обнаружен и изъят мобильный телефон марки «Samsung», денежная купюра достоинством 1000 рублей. В кухне была обнаружена коробка, внутри которой находился полимерный пакет желтого цвета, в котором находился пакет серебристого цвета с иероглифами и этикеткой и веществом растительного происхождения. Здесь же были обнаружены 2 полимерных пакета с иероглифами один из которых вскрыт, внутри с порошкообразным веществом. Также обнаружены были договоры аренды указанной квартиры на имя ФИО4 Т.В. и ФИО2, электронные весы, металлическая ложка, фрагмент фольги, полимерные пакетики с полоской фиксатором, медицинская маска, резиновые перчатки. Все обнаруженное было упаковано и опечатано. Кроме того, в комнате на диване был обнаружен и изъят сотовый телефон марки «Samsung» в корпусе черного цвета. С различных объектов в квартире были изъяты следы рук. В ходе дальнейшего исследования было установлено, что обнаруженное вещество растительного происхождения и порошкообразное вещество, являются наркотическими средствами. При обследовании квартиры участвовали понятые, осуществлялась фотосъемка, видеосъемка не проводилась. В средства массовой информации видеозапись проведенного ОРМ не передавалась. ФИО2 отказывался от подписания всех составляемых документов, пояснять что-либо не пожелал, отрицал свою причастность к сбыту наркотиков. По внешним признакам наркотическое средство, обнаруженное в свертке в кармане у ФИО2 было идентично обнаруженному в квартире. Все задержанные общались с оперативными сотрудниками на русском языке, никаких затруднений в общении не было, просьб о приглашении переводчика от них не поступало, они не говорили, что не понимают устной или письменной речи на русском языке. - показаниями свидетеля ФИО17 в суде, а также его показаниями, данными в ходе предварительного следствия и оглашенными в суде (т.5 л.д.37-40), из которых следует, что в 2015г. он работал в должности оперуполномоченного УФСКН России по &lt;адрес&gt;. ДД.ММ.ГГГГ он совместно с оперуполномоченным УФСКН России по &lt;адрес&gt; ФИО56 участвовал в ходе проведения оперативно–розыскного мероприятия «наблюдение» за квартирой № &lt;адрес&gt;. 28.10.2015г. около 15.00 часов из наблюдаемого адреса вышел ФИО4, а ФИО2 закрыл за ним дверь квартиры. Затем ФИО4 направился на остановку общественного транспорта и совершая проверочные действия около 15 часов 55 минут 28.10.2015г. ФИО4 вышел на остановке общественного транспорта микрорайона «&lt;адрес&gt; и пошел в сторону частного сектора (&lt;адрес&gt; ключи &lt;адрес&gt;), где, совершая проверочные действия (беспричинно останавливался, осматривал проходящих мимо людей), стал совершать действия, похожие на совершение сокрытия «закладок» с наркотическим средством, каждый раз что-то записывая в свой телефон. Около 16 часов 40 минут 28.10.2015г. ФИО4 вышел из частного сектора и зашел во двор &lt;адрес&gt;&lt;адрес&gt;&lt;адрес&gt; у возле 3-го подъезда сокрыл небольшой предмет, похожий на сверток, в кустарнике, расположенном с правой стороны при входе в указанный подъезд. После этого ФИО4, что-то записал в мобильный телефон. Затем ФИО4 пошел дальше по микрорайону, выполняя проверочные действия (беспричинно останавливался, осматривал проходящих мимо людей) стал совершать действия похожие на совершение сокрытия «закладок» с наркотическим средством по адресам: &lt;адрес&gt;&lt;адрес&gt;. Данные адреса сотрудниками УФСКН в последующем проверялись, но ничего обнаружено и изъято не было. Около 17 часов 05 минут ДД.ММ.ГГГГ ФИО4 пошел в сторону &lt;адрес&gt;, где был оставлен без наблюдения. Около 17 часов 40 минут 28.10.2015г. пост наблюдения был выставлен рядом с &lt;адрес&gt;. 27 по &lt;адрес&gt;. В тот же день около 18 часов 05 минут ФИО4 подошел к &lt;адрес&gt;, дверь которой открыл ФИО2 и оба наблюдаемых вошли в квартиру. ДД.ММ.ГГГГ в период с 16 часов 30 минут по 16 часов 35 минут он присутствовал при проведении личного досмотра ФИО12, досмотр которого проводил оперуполномоченный ФИО57 В ходе производства личного досмотра ФИО12 было обнаружено и изъято: в левом кармане кофты - сверток из фольги серебристого цвета, внутри которого находился пакетик из полимерного материала прозрачного цвета с полоской фиксатором, внутри которого находилось вещество растительного происхождения буро - зеленого цвета. В левом кармане джинсовых брюк был изъят мобильный телефон марки «IPhone 5S» в чехле с сим – картой «YOTA» и документы, удостоверяющие личность ФИО12 В тот же день, 29.10.2015г. около 18.00 - 18 часов 30 минут он проводил личный досмотр ФИО4 Т.В., в помещении УФСКН России по &lt;адрес&gt;. В ходе проведения личного досмотра у ФИО4 Т.В. были обнаружены и изъяты: денежные купюры на общую сумму 28000 рублей, паспорт, миграционная карта на имя ФИО4 Т.В., сотовый телефон марки «Нокиа» черного цвета с установленной в него сим картой оператора сотовой связи «Теле2», мобильный телефон марки «LG» в корпусе белого цвета, в кармане куртки обнаружена пластиковая карта банка «Сбербанк» и пластиковые карты Украинского банка «ПриватБанк» в количестве 3 штук. - показаниями свидетеля ФИО13, из которых следует, что в исследуемый судом период он работал в должности оперуполномоченного УФСКН России по &lt;адрес&gt;. 28.10.2015г. около 18.00-19.00 часов он совместно с оперуполномоченным ФИО68 участвовал при проведении оперативно-розыскного мероприятия «обследование помещений, зданий, сооружений, участков местности, транспортных средств». Они обследовали участок местности возле &lt;адрес&gt; по &lt;адрес&gt;, где был обнаружен и изъят сверток из фольги серебристого цвета, внутри которого находился пакетик из полимерного материала прозрачного цвета с полоской фиксатором, внутри которого находилось порошкообразное вещество белого цвета. Со слов ФИО58 ему стало известно, что закладку данного наркотического средства совершил ФИО4. 29.10.2015г. было принято решение о задержании ФИО2, ФИО4 ФИО59, проживавших по адресу: &lt;адрес&gt;. В осмотре указанной квартиры он не участвовал, после входа сотрудников УФСКН в квартиры, на служебной автомашине увез с квартиры ФИО4 в здание УФСКН РФ по &lt;адрес&gt;, ФИО66 увез на другой машине ФИО60 ФИО2 какое-то время оставался в квартире с сотрудниками УФСКН. При ФИО4 были обнаружены деньги около 20000 рублей, документы, миграционная карта, 2 мобильных телефона пластиковые банковские карты. 29.10.2015г. он задерживал ФИО63, составил акт его личного досмотра с участием понятых ФИО64. В ходе личного досмотра ФИО61 был обнаружен и изъят в кармане сверток из фольги серебристого цвета, внутри которого находился пакетик из полимерного материала прозрачного цвета с полоской фиксатором, внутри которого находилось вещество растительного происхождения. Также у ФИО67 был изъят мобильный телефон марки «IPhone 5S» в чехле с SIM-картой сотового оператора «YOTA», документы удостоверяющие личность ФИО62 С ФИО65 они общались на русском языке, который тот хорошо понимал. - показаниями свидетеля ФИО14, из которых следует, что в 2015г. по приглашению сотрудников полиции участвовала в качестве понятой при обследовании участка местности у одного из домов на &lt;адрес&gt; В ее присутствии сотрудники полиции изъяли из кустов сверток с каким-то веществом. Все это сфотографировали и составили акт, который она сама и второй понятой подписали. Она полностью подтверждает обстоятельства проведения обследования местности и его результаты, изложенные в акте – т. 1 л.д.48-51. - показаниями свидетеля ФИО15 в суде, а также ее показаниями, данными в ходе предварительного следствия и оглашенными в суде (т.5 л.д.26-29), из которых следует, что в ее собственности находится квартира по адресу: &lt;адрес&gt;, которую сдавала в аренду. Примерно 17.09.2015г. ей на телефон поступил звонок от ранее не знакомого гражданина ФИО4. Она с ним сначала заключила посуточный договор на аренду квартиры и он внес оплату за 3 или 4 суток, исходя из стоимости найма квартиры по 1500 рублей за сутки. 22.09.2015г., когда пришло время его выезда из квартиры, она пришла за ключами, на что ФИО4 ей сообщил, что желает продлить срок проживания в квартире на 3 месяца. Она предложила изначально заключить договор на один месяц и, если квартира будет в нормальном состоянии, они будут продлять их договор. 22.09.2015г. они заключили с ФИО4 договор аренды квартиры на 1 месяц, он заплатил за проживание 19000 рублей. Квартиру в течение месяца она ни разу не посещала, думала, что ФИО4 проживал там один. 22.10.2015г., созвонившись с ФИО4, она пришла в квартиру, где находился еще один парень, которого ФИО4 представил, как ФИО69 ФИО4 сообщил, что через неделю он уезжает в Италию к маме, и теперь ее квартиру будет снимать Назар. Она с ФИО70 ФИО2 заключила договор аренды жилого помещения на 1 месяц, до 22.11.2015г. ФИО2 тут же внес оплату за квартиру в размере 20000 рублей. Спустя примерно одну неделю она начала звонить на телефон, который ей оставил ФИО2, но он был не доступен. 21.11.2015г. она пришла на квартиру, т.к. срок аренды квартиры истекал, но дома никого не обнаружила, в ней царил беспорядок. С ФИО4 и ФИО2 она общалась на русском языке, который они хорошо понимали. Кроме того, виновность подсудимых в совершении преступления подтверждается письменными материалами дела: - рапортами об обнаружении признаков преступления от 12.04.2016г. и 09.11.2015г., согласно которых 28.10.2015г. в период времени с 18.00 часов до 18 часов 20 минут при проведении ОРМ «Обследование помещений, зданий, сооружений, участков местности, транспортных средств» сотрудниками УФСКН России по &lt;адрес&gt; задокументирована преступная деятельность ФИО4 Т.В., ФИО2, неустановленного лица №, неустановленного лица №, которые, действуя совместно, в период времени, предшествующий 18.00 часам 28.10.2015г., между ветками у основания кустарника, расположенного с правой стороны при входе в подъезд № &lt;адрес&gt;, с целью сбыта наркотиков тайниковым способом заложили «закладку» с наркотическим средством – производным наркотического средства N-метилэфедрон-2-пирролидиновалероферон, массой 0,48г в значительном размере (т.1 л.д.23, 40). - актом обследования зданий, сооружений, участков местности, транспортных средств от 28.10.2015г., согласно которого на участке местности, расположенном с правой стороны при входе в 3-й подъезд &lt;адрес&gt; по &lt;адрес&gt; у кустарника на земле был обнаружен и изъят 1 сверток из фольги, внутри которого находится прозрачный полимерный пакет с полосой-фиксатором, внутри которого находится порошкообразное вещество белого цвета (т.1 л.д.48-51, 53-57). - справкой об исследовании от № от 29.10.2015г., согласно которой, представленное на исследование вещество массой 0,48г содержит в своем составе производное наркотического средства N-метилэфедрон-2-пирролидиновалероферон и является наркотическим средством. На проведение исследования израсходовано 0,010г вещества, масса вещества после проведения исследования составляет 0,47г (т. 1 л.д.62-64, 65). - справкой о проведении ОРМ «наблюдение» от ДД.ММ.ГГГГ, согласно которой сотрудники УФСКН России по &lt;адрес&gt; ФИО16 и ФИО17 производили наблюдение за &lt;адрес&gt;. 27 по &lt;адрес&gt;, в которой проживает гражданин ФИО4 ФИО2 28.10.2015г. около 15.00 часов указанную квартиру покинул ФИО4 Т.В. (ФИО2 остался, закрыв за ним дверь), проследовал с пересадками на общественном транспорте в микрорайон &lt;адрес&gt;. Далее, ФИО4 Т.В. проследовал в сторону частного сектора (&lt;адрес&gt; ключи &lt;адрес&gt;), совершая по ходу своего движения проверочные действия (беспричинно останавливался, осматривал проходящих мимо людей), стал совершать действия, похожие на совершение тайниковых «закладок», каждый раз что-то записывая в свой телефон. Около 16 часов 40 минут ФИО4 Т.В. вышел из частного сектора, зашел во двор &lt;адрес&gt;, подошел к 3-му подъезду дома и положил небольшой предмет, похожий на сверток, в кустарник, расположенный с правой стороны от входа в подъезд № &lt;адрес&gt;. После этого ФИО4 Т.В. сделал запись в мобильный телефон. Затем ФИО4 Т.В. пошел далее по микрорайону, где, совершая проверочные действия, стал совершать действия, похожие на совершение тайниковых «закладок» по следующим адресам: &lt;адрес&gt;&lt;адрес&gt;. В 18 часов 05 минут ФИО4 Т.В. подошел к &lt;адрес&gt;, дверь которой открыл ФИО2, после чего оба наблюдаемых вошли внутрь квартиры (т. 1 л.д. 66, 67-68). - протоколом выемки от ДД.ММ.ГГГГ, согласно которого у оперуполномоченного 4 отдела УФСКН России по &lt;адрес&gt; ФИО16 было изъято наркотическое средство – производное наркотического средства N-метилэфедрон-2-пирролидиновалероферон массой 0,47г (т. 1 л.д. 229-230). - заключением эксперта № от 11.02.2016г., согласно которого, представленное на экспертизу вещество массой 0,47г содержит в своем составе производное наркотического средства – N-метилэфедрон-2-пирролидиновалероферон и является наркотическим средством. На проведение исследования израсходовано 0,010г вещества, масса вещества после проведения исследования составляет 0,46г (т.2 л.д. 107-111, 112-113). - протоколом осмотра предметов (документов) от 14.03.2016г., согласно которого были осмотрены: фрагмент фольги серебристо-серого цвета, пакет из прозрачного полимерного материала с полосой фиксатором, внутри которого находится сверток из фрагмента фольги с порошкообразным веществом бледно-кремового цвета, являющееся, согласно заключению эксперта № от ДД.ММ.ГГГГ, наркотическим средством (т.2 л.д. 117-118, 119-120). - постановлением № от 26.10.2015г. &lt;адрес&gt;, согласно которого в отношении неустановленного мужчины по имени ФИО71ФИО2), имеющего в своем пользовании мобильный телефон с абонентским номером №, разрешено проведение оперативно-розыскных мероприятий по прослушиванию телефонных и иных переговоров с 26.10.2015г. (т.1 л.д. 178-179). - протоколом прослушивания аудиозаписей, произведенных в период с 26.10.2015г. по 29.10.2015г. в ходе проведения оперативно-розыскного мероприятия «прослушивание телефонных переговоров в отношении неустановленного мужчина по имени ФИО72в дальнейшем установленного, как ФИО2), имеющего в пользовании мобильный телефон № (оптический диск №с), а также протоколом осмотра предметов от 22.02.2016г. Из записи следует, что ФИО73ФИО2) ведет переговоры с неустановленным лицом, а также с ФИО4, с применением условных фраз, сленговых выражений о незаконных операциях с наркотическими средствами. При этом ФИО2 предлагает неустановленному мужчине заняться незаконным сбытом наркотиков (т.1 л.д.180-185, т.3 л.д.1-7). - заключением эксперта № от 24.03.2016г., согласно которого голос и речь мужчины, принимающего участие в разговоре, реплики которого начинаются со слов «Алло. ФИО74 и заканчиваются словом «А?», находящемся в файле № в папках «0_75-31481-15», «2015-10-27» на оптическом диске CD-R №с с записью ОРМ «Прослушивание телефонных переговоров» в отношении ФИО2, принадлежат ФИО2 (т.3 л.д. 19-35). - заключением эксперта № от 24.03.2016г., согласно которого голос и речь мужчины, принимающего участие в разговоре, реплики которого начинаются со слов «А-а» и заканчиваются словами «Ты тоже», находящемся в файле № в папках «0_75-31481-15», «2015-10-27» на оптическом диске CD-R №с с записью ОРМ «Прослушивание телефонных переговоров» в отношении ФИО2, принадлежат ФИО2 (т. 3 л.д. 48-69). - протоколом осмотра предметов от 28.02.2016г., согласно которого с участием переводчика ФИО18 был осмотрен оптический диск №с», с содержащимися на нем аудиозаписями оперативно-розыскного мероприятия «прослушивание телефонных переговоров» в отношении ФИО2, использовавшего абонентский №, проведенные на основании постановления &lt;адрес&gt; № от 26.10.2015г. Разговоры ведутся на этническом языке, между участниками разговоров происходит обсуждение их действий при осуществлении незаконной деятельности по сбыту наркотических средств (т. 4 л.д. 201-217). - сообщением ПАО «ВымпелКом», согласно которого абонентский № зарегистрирован с 01.09.2015г. на имя Асфондиерова Чимлоха; Абонентский №, зарегистрирован с 15.09.2015г. на имя ФИО3 (т.4 л.д.14). - сообщением ПАО «ВымпелКом», согласно которого предоставлена детализация соединений с позиционированием по абонентскому номеру 9657098379 (номер имели в пользовании ФИО4 и Басараб) за период времени с ДД.ММ.ГГГГ по 30.10.2015г. (т.4 л.д.6). - сообщение ПАО «ВымпелКом», согласно которого предоставлена детализация соединений с позиционированием по абонентскому номеру 9641417276 за период времени с ДД.ММ.ГГГГ по 30.10.2015г. (т.4 л.д. 12). - протоколом осмотра предметов (документов) от 25.03.2016г., согласно которого осмотрены: 1) соединения абонентского номера 9657098379, находящегося в пользовании ФИО4 Т.В. и ФИО12 за период времени с 01.09.2015г. по 30.10.2015г.; 2) соединения абонентского номера 9641417276, находящегося в пользовании ФИО2 за период с 01.09.2015г. по 30.10.2015г. Указанные абонентские номера использовались ФИО4 Т.В., ФИО12, ФИО2 в ходе совместной преступной деятельности для связи (т.4 л.д. 15-180). По эпизоду от 29.10.2017г. (помимо вышеуказанных): - показаниями свидетеля ФИО19 в суде, а также его показаниями, данными в ходе предварительного следствия и оглашенными в суде (т.5 л.д.21-25), из которых следует, что 29.10.2015г. около 11 часов 15 минут он и его отец были приглашены сотрудниками УФСКН РФ по &lt;адрес&gt; в качестве понятых. В их присутствии сотрудники полиции обследовали участок местности, расположенный возле &lt;адрес&gt;. Возле красного забора был обнаружен сверток из серебристой фольги с веществом. Сотрудники полиции сообщили, что это «закладка» с наркотиком. - показаниями свидетеля ФИО20 в суде, а также его показания, данные в ходе предварительного следствия и оглашенные в суде (т. 5 л.д. 1-5), из которых следует, что 29.10.2015г. около 17 часов 50 минут он был приглашен сотрудниками УФСКН России по &lt;адрес&gt; в качестве понятого для участия в проведении личного досмотра гражданина, ФИО4 Т.В. в здание УФСКН России по &lt;адрес&gt; по адресу: &lt;адрес&gt;. В ходе проведения личного досмотра ФИО4 Т.В. у него было обнаружено и изъято: в левом внутреннем кармане куртки денежные средства в размере 28000 рублей; паспорт на имя ФИО4 Т.В.; миграционная карта, проездной; в правом боковом кармане куртки обнаружен мобильный телефон марки «Nokia» в корпусе черного цвета с SIM-картой сотового оператора «ТеLе2», мобильный телефон марки «LG»; пластиковые карты «Сбербанк» 1 шт. и «ПриватБанк» – 3 шт. Был составлен акт личного досмотра ФИО4 Т.В., который он, ФИО20, подписал. - показаниями свидетеля ФИО21, из которых следует, что осенью 2015г., возможно 29.10.2015г. во второй половине дня он и его знакомый ФИО76 были приглашены сотрудниками полиции для участия в качестве понятых при проведении личного досмотра мужчины – «закладчика» наркотиков. Как потом он узнал фамилия этого мужчины ФИО78. При проведении личного досмотра ФИО77 у него был обнаружен сверток с веществом растительного происхождения. По результатам личного досмотра был составлен акт, в котором они с ФИО79 расписались. Составленный акт соответствовал тому, что происходило в реальности (т. 5 л.д. 10-14). - показаниями свидетеля ФИО22, из которых следует, что около 2-х лет назад на улице в &lt;адрес&gt; его самого и его приятеля ФИО80 остановили сотрудники УФСКН и пригласили поучаствовать в качестве понятых в досмотре гражданина ФИО4. В их присутствии у этого гражданина сотрудники полиции изъяли пакетик с веществом, в котором, как им сообщили, находится наркотическое средство. Был составлен акт, который они с ФИО81 подписали. Он полностью подтверждает обстоятельства проведения личного досмотра Басараба и его результаты, изложенные в акте – т. 1 л.д.109-113. - рапортом об обнаружении признаков преступления, согласно которого 29.10.2015г. около 11 часов 20 минут в ходе проведения ОРМ по обследованию участка местности, у красного забора у &lt;адрес&gt; было обнаружено и изъято наркотическое средство - производное наркотического средства метиловый эфир 3-метил-2-(1-пентил-1Н-индазол-3-карбоксамидо)бутановой кислоты - метиловый эфир 3,3 –диметил -2-(1-циклогексилметил-1Н-индазол-3-карбоксамидо) бутановой кислоты массой 4,81г в крупном размере, которое ФИО4 Т.В. и ФИО12 покушались сбыть неустановленному лицу (т. 1 л.д. 69). - актом обследования помещений, зданий, сооружений, участков местности, транспортных средств от 29.10.2015г., согласно которого на участке местности, расположенном возле красного забора по адресу &lt;адрес&gt; (напротив &lt;адрес&gt;) обнаружен 1 сверток из фрагмента фольги внутри которого находился пакет с полосой-фиксатором, внутри которого находится растительное вещество зеленого цвета (т.1 л.д.77-80, 81-83). - справкой об исследовании № от 29.10.2015г., согласно которой, вещество массой 4,81г, представленное на исследование, содержит в своем составе производное наркотического средства метиловый эфир 3-метил-2-(1-пентил-1Н-индазол-3-карбоксамидо) бутановой кислоты – метиловый эфир 3,3-диметил-2-(1-циклогексилметил-1Н-индазол-3-карбоксамидо) бутановой кислоты и является наркотическим средством. На проведение исследования израсходовано 0,01г вещества. Масса вещества после проведения исследования составила 4,80г (т. 1 л.д.88-90). - справкой о проведении ОРМ «наблюдение» от 29.10.2015г., согласно которой УФСКН России по &lt;адрес&gt; ФИО16 и ФИО17 производили наблюдение за гражданами ФИО4 ФИО2, ФИО4 Т.В., ФИО12, проживавшими в &lt;адрес&gt;. 27 по &lt;адрес&gt;. 29.10.2015г. около 09 часов 30 минут &lt;адрес&gt; покинули ФИО4 Т.В. и ФИО12, проследовали по &lt;адрес&gt;. Около 10 часов 05 минут ФИО4 Т.В. и ФИО12 остановились на углу &lt;адрес&gt;, где ФИО4 Т.В. что-то спрятал в листву рядом с дорогой, а ФИО12 что-то записал в мобильный телефон. В 10 часов 13 минут с торца &lt;адрес&gt; ФИО4 Т.В. вновь что-то спрятал в листву рядом с дорогой, а ФИО12 что-то записал в мобильный телефон. Далее, проводя по ходу своего движения проверочные мероприятия, ФИО4 Т.В. и ФИО12 посетили торговые ряды комплекса «Правобережный», пересекли &lt;адрес&gt; и лесополосой по тропинке пошли в сторону &lt;адрес&gt;, где в 10 часов 43 минуты, подойдя к красному забору у &lt;адрес&gt; (напротив &lt;адрес&gt;), ФИО4 Т.В. положил небольшой предмет серебристого цвета на землю (в это время ФИО12 осматривался по сторонам), потом сказал что-то ФИО12, который что-то записал в мобильный телефон. Далее наблюдаемые через &lt;адрес&gt; перешли &lt;адрес&gt;, направились по &lt;адрес&gt; к дому №, где ФИО4 Т.В. что-то положил под кустарник (в это время ФИО12 осматривался по сторонам), потом сказал что-то ФИО12, который что-то записал в мобильный телефон, после чего совместно проследовали по &lt;адрес&gt; у &lt;адрес&gt; ФИО4 Т.В. и ФИО12 остановились, осмотрелись, после чего стали совершать действия, похожие на раскладку наркотика в тайники «закладки». В 12 часов 27 минут ФИО4 Т.В. и ФИО12 вернулись к себе домой в &lt;адрес&gt;. 27 по &lt;адрес&gt;. В 14 часов 15 минут на балкон &lt;адрес&gt; вышли ФИО2 и ФИО4 Т.В., который стал что-то объяснять ФИО2. В это время ФИО2 стал осматривать проходящих во дворе дома людей. Около 14 часов 30 минут из &lt;адрес&gt; вышли ФИО4 Т.В. и ФИО12, и были задержаны на лестничной площадке, ФИО2 был задержан в &lt;адрес&gt; (т.1 л.д. 91-94). - протоколом выемки от 02.11.2015г., согласно которого у оперуполномоченного УФСКН России по &lt;адрес&gt; ФИО17 следователем было изъято наркотическое средство – производное наркотического средства метиловый эфир 3-метил-2-(1-пентил-1Н-индазол-3-карбоксамидо)бутановой кислоты - метиловый эфир 3,3-диметил-2-(1-циклогексилметил-1Н-индазол-3-карбоксамидо) бутановой кислоты массой 4,80г, находящееся в полимерном пакете (т.1 л.д. 201-202). - заключением эксперта № от 20.01.2016г., согласно которого, вещество массой 4,80г, представленное на экспертизу, содержит в своем составе производное наркотического средства метиловый эфир 3-метил-2-(1-пентил-1Н-индазол-3-карбоксамидо)бутановой кислоты – метиловый эфир 3,3-диметил-2-(1-циклогексилметил-1Н-индазол-3-карбоксамидо) бутановой кислоты и является наркотическим средством. На проведение исследования израсходовано 0,01г вещества. Масса вещества после проведения исследования составила 4,79г (т. 2 л.д. 34-38, 39). - протоколом осмотра предметов (документов) от 17.02.2016г., согласно которого было осмотрено вышеуказанное наркотическое средство (т. 2 л.д. 43-44, 45). - актом личного досмотра гражданина, его транспортного средства, вещей, изъятия вещей и документов от 29.10.2015г. с прилагаемой к нему иллюстрационной таблицей, согласно которого сотрудниками УФСКН России по калужской области по адресу: &lt;адрес&gt; был произведен личный досмотр ФИО4 Т.В., в ходе которого у него были обнаружены и изъяты: - в левом внутреннем кармане куртки денежные средства в размере 28 000 рублей, купюрами достоинством 5000 рублей - 1 шт., 1000 рублей в количестве 23 шт.; - в левом боковом кармане куртки паспорт гражданина ФИО4 на имя ФИО4 Т.В., миграционная карта на имя ФИО4 Т.В., проездной документ БЕ 521795, пластиковая карта «Сбербанк» №, пластиковая карта «ПриватБанк» №, пластиковая карта «ПриватБанк» №, пластиковая карта «ПриватБанк» №; - в правом боком кармане куртки мобильный телефон марки «Nokia» в корпусе черного цвета с SIM-картой сотового оператора «ТеLе2», мобильный телефон марки «LG» в корпусе белого цвета с SIM-картой сотового оператора «ТеLе2». От пояснений ФИО4 Т.В. отказался (т.1 л.д. 95-104, 101-104). - протоколом осмотра предметов (документов) от 27.03.2016г., согласно которого осмотрены денежные средства в размере 28 000 рублей, миграционная карта на имя ФИО4 Т.В., билет на поезд, три пластиковых карты банка «ПриватБанк», пластиковая карта «Сбербанка», изъятые в ходе личного досмотра ФИО4 Т.В. 29.10.2015г. Также осмотрено: блокнот, заявление физического лица на денежный перевод № и 3 приходно-кассовых ордера, заявление физического лица на денежный перевод № и 3 приходных кассовых ордера, договор аренды от 22.09.2015г. на имя ФИО4 Т.В., договор аренды на имя ФИО2, изъятые 29.10.2016г. в ходе проведения осмотра &lt;адрес&gt;.27 по &lt;адрес&gt;. Денежная купюра достоинством 1000 рублей, изъятая в ходе личного досмотра ФИО2 (т. 3 л.д.197-199, 200-233). - актом личного досмотра гражданина от 29.10.2015г. с фототаблицей, согласно которого оперуполномоченным УФСКН России по &lt;адрес&gt; ФИО13 был произведен личный досмотр ФИО12, в ходе которого у последнего, в числе прочего, был изъят в левом переднем кармане джинсов мобильный телефон «IPhone 5S» в чехле черно-серебристого цвета с SIM-картой сотового оператора «YOTA» (т.1 л.д. 109-116). - протоколом медицинского освидетельствования ФИО4 Т.В. от 29.10.2015г., согласно которого признаков состоянии одурманивания, вызванного наркотическими или другими веществами, не выявлено (т. 1 л.д. 188). - протоколом медицинского освидетельствования ФИО12 от 29.10.2015г., согласно которого признаков состоянии одурманивания, вызванного наркотическими или другими веществами, не выявлено (т. 1 л.д. 190). - протоколом медицинского освидетельствования ФИО2 от 29.10.2015г., согласно которого признаков состоянии одурманивания, вызванного наркотическими или другими веществами, не выявлено (т. 1 л.д. 192). По эпизоду от 29.10.2015г. – обследование квартиры по адресу: &lt;адрес&gt; (помимо вышеуказанных): - показаниями свидетеля ФИО23, из которых следует, что осенью 2015г., возможно, 29 октября он был приглашен сотрудниками полиции в качестве понятого. В его присутствии и в присутствии второго понятого сотрудниками полиции была осмотрена &lt;адрес&gt;. 27 по &lt;адрес&gt;, в которой находился ранее не знакомый ему ФИО2. На вопросы сотрудников полиции ФИО2 отвечал на русском языке, хорошо все понимал. В ходе обследования квартиры были обнаружены наркотические средства, у ФИО2 изъяли сотовые телефоны. По результатам обследования квартиры был составлен акт, в котором он сам и второй понятой расписались, поскольку там все было правильно указано. Он полностью подтверждает обстоятельства и результаты обследования указанной квартиры, изложенные в акте – т.1 л.д. 134-137, 138-147. Он не помнит такого, чтобы в ходе обследования квартиры производилась видеосъемка, помнит, что производилось фотографирование. - рапортами об обнаружении признаков преступления от 12.04.2016г., согласно которого 29.10.2015г. в период с 15 часов 55 минут до 16 часов 55 минут в ходе проведения ОРМ оперативно-розыскного мероприятия по обследованию &lt;адрес&gt;. 27 по &lt;адрес&gt;, по месту совместного проживания ФИО4 Т.В., ФИО12, ФИО2 было обнаружено и изъято: - наркотическое средство – производное наркотического средства N-метилэфедрон-2-пирролидиновалероферон, массой 9,32г и 247,96г общей массой 257,28г; - наркотическое средство – производное наркотического средства метиловый эфир 3-метил-2-(1-пентил-1Н-индазол-3-карбоксамидо)бутановой кислоты – метиловый эфир 3,3 – диметил-2-(1-циклогексилметил-1Н-индазол-3-карбоксамидо)бутановой кислоты массой 33,56г; - наркотическое средство – производное наркотического средства метиловый эфир 3-метил-2-(1-пентил-1Н-индазол-3-карбоксамидо) бутановой кислоты- метиловый эфир 3,3 – диметил-2-(1-циклогексилметил-1Н-индазол-3-карбоксамидо) бутановой кислоты и являющееся наркотическим средством массой 4,78г; 29.10.2015г. в период с 16 часов 20 минут до 16 часов 35 минут в ходе проведения сотрудниками УФСКН России по &lt;адрес&gt; личного досмотра ФИО12 было обнаружено и изъято наркотическое средство – производное наркотического средства метиловый эфир 3-метил-2-(1-пентил-1Н-индазол-3-карбоксамидо) бутановой кислоты – метиловый эфир 3,3 –диметил-2-(1-циклогексилметил-1Н-индазол-3-карбоксамидо) бутановой кислоты, массой 4,82г, которые ФИО24 совместно и по предварительному сговору с ФИО4 Т.В., ФИО2, неустановленными лицами № и № в период времени, предшествующий 15 часам 55 минутам 29.10.2015г., покушались незаконно сбыть бесконтактным способом через тайник неопределенному кругу лиц из числа потребителей на территории &lt;адрес&gt; (т.1 л.д. 27, 125). - выпиской из постановления и.о. начальника УФСКН РФ по &lt;адрес&gt; от №с от 29.10.2015г., согласно которого решено: провести в отношении ФИО2, проживающего по адресу: &lt;адрес&gt; оперативно-розыскное мероприятие «обследование зданий, сооружений, участков местности» с ограничением его конституционных прав на неприкосновенность жилища; уведомить заместителя председателя &lt;адрес&gt; о проведении указанного ОРМ; ходатайствовать перед заместителем председателя &lt;адрес&gt; об ограничении конституционных прав на неприкосновенность жилища ФИО2. - постановлением &lt;адрес&gt; № от 30.10.2015г., согласно которого признано законным и обоснованным постановление №с от 29.10.2015г. и.о. начальника УФСКН РФ по &lt;адрес&gt; об ограничении конституционных прав на неприкосновенность жилища ФИО2, проживающего по адресу: &lt;адрес&gt;, в период времени с 29.10.2015г. по ДД.ММ.ГГГГ, Также постановлено ограничить в конституционных правах на неприкосновенность жилища ФИО2, проживающего по адресу: &lt;адрес&gt; разрешить проведение в отношении него оперативно-розыскного мероприятия по обследованию помещений, зданий, сооружений, участков местности сроком на 05 суток, начиная с 30.10.2015г. (т.1 л.д. 132-133). - актом обследования жилища от 29.10.2015г., согласно которого сотрудниками УФСКН России по &lt;адрес&gt; в присутствии понятых, а также ФИО2 была обследована &lt;адрес&gt;.27 по &lt;адрес&gt;. В ходе обследования были обнаружены и изъяты: - следы рук на 6 отрезках ленты-скотч; В комнате на тумбе: - паспорт на имя ФИО2 серийным номером СЕ 445304 от 12.02.2008г.; - миграционная карта серийным номером 1514 3562989 на имя ФИО2; - блокнот с записями - заявление физического лица на перевод денежных средств № «Золотая корона» с кассовыми ордерами от 27.10.2015г., № от 14.10.2015г. - SIM-карта сотового оператора «Билайн» № В левом кармане куртки, одетой на ФИО2: - 1 сверток из фольги, в котором находится полимерный пакет с полосой-фиксатором, в котором находится растительное вещество буро-зеленого цвета; - мобильный телефон «Samsung» в корпусе сине-серого цвета с находящейся в нем SIM-картой сотового оператора «Билайн» и номером №; В заднем кармане джинсов, одетых на ФИО2 обнаружены и изъяты денежные средства в размере 1000 рублей. На барной стойке в кухне обнаружены и изъяты: - мобильный телефон «Samsung» в корпусе синего цвета без SIM-карты; - картонная коробка, внутри которой находятся: - полимерный пакет желтого цвета, в котором находится полимерный пакет серебристого цвета с иероглифами и этикеткой с надписью «Сипин Те Гуань Инь», внутри которого вещество растительного происхождения буро-зеленого цвета; - два полимерных пакета зеленого цвета с иероглифами, один из которых вскрыт, с находящимся внутри порошкообразным веществом; - договор аренды квартиры от 22.09.2015г. на имя ФИО4 Т.В. и договор аренды квартиры на имя ФИО2 - электронные весы в корпусе серебристого цвета, металлическая ложка, фрагменты фольги, полимерные пакеты с полосой-фиксатором, медицинская маска, резиновые перчатки; - полимерный пакет белого цвета с надписями красного цвета, с находящимся внутри порошкообразным веществом белого цвета; В комнате на диване обнаружен мобильный телефон «Samsung» в корпусе черного цвета (т.1 л.д.134-147). - протоколом выемки от 02.11.2015г., согласно которого у оперуполномоченного УФСКН России по &lt;адрес&gt; ФИО16 было изъято наркотическое средство – производное наркотического средства метиловый эфир 3-метил-2-(1-пентил-1Н-индазол-3-карбоксамидо)бутановой кислоты - метиловый эфир 3,3-диметил-2-(1-циклогексилметил-1Н-индазол-3-карбоксамидо) бутановой кислоты массой 4,77г, находящегося в полимерном пакете (т.1 л.д. 216-217). - протоколом выемки от 02.11.2015г., согласно которого у оперуполномоченного УФСКН России по &lt;адрес&gt; ФИО16 были изъяты: медицинская маска, пара синих полимерных перчаток, электронные весы, металлическая ложка, фрагменты фольгированной бумаги, полимерные пакеты с полосой-фиксатором красного цвета, электронные весы, следы пальцев рук, наклеенные на 6 отрезков клейкой ленты-скотч и перекопированные на 6 отрезков бумаги белого цвета (т. 1 л.д. 224-226). - заключением эксперта № от 20.01.2016г., согласно которого в смыве с поверхности площадки для взвешивания представленных на экспертизу весов в следовом количестве обнаружено наркотическое средство 2-пирролилиновалероферон – производное наркотического средства N-метилэфедрон (т. 2 л.д. 158-162, 163-165). - протоколом осмотра предметов (документов) от 17.02.2016г., согласно которого были осмотрены пакет из прозрачного полимерного материала с полосой-фиксатором и полосой красного цвета; коробка с надписью «POCKET SCAIE», внутри которой находятся весы в корпусе серебристо-серого цвета, изъятые 29.10.2015г. при обследования жилища ФИО2 - &lt;адрес&gt;.27 по &lt;адрес&gt; (т. 2 л.д. 169-171). - заключением эксперта № от 18.01.2016г., согласно которого в смывах с поверхности площадки для взвешивания весов и внешних поверхностей резиновых перчаток, представленных на экспертизу, обнаружено в следовых количествах наркотическое средство 2-пирролидиновалероферон - производное наркотического средства N-метилэфедрон (т. 2 л.д. 183-188). - протоколом осмотра предметов (документов) от 14.03.2016г., согласно которому были осмотрены электронные весы в корпусе из полимерного материала светло-серого цвета, резиновые перчатки голубого цвета, в смывах с поверхности которых, согласно заключению эксперта № от 18.01.2016г., обнаружено в следовых количествах наркотическое средство 2-пирролидиновалероферон - производное наркотического средства N-метилэфедрон; металлическая чайная ложка серебристо-серого цвета; пакеты в количестве 97 штук из бесцветного прозрачного полимерного материала с полосой-фиксатором и полосой красного цвета; четыре фрагмента фольги, медицинская маска из ткани (т. 2 л.д. 192-193, 194). - заключением эксперта № от 13.11.2015г., согласно которого на представленных отрезках прозрачной клейкой ленты размером 26х37 мм, 31х40 мм и 31х42 мм имеется по одному следу пальцев рук, а на отрезке прозрачной клейкой ленты размером 36х50 мм два следа пальца руки, пригодные для идентификации личности. Следы пальцев рук на отрезках размером 31х40 мм и 36 х50 мм оставлены одним пальцем руки. След пальца руки на отрезке размером 26х37 мм оставлен средним пальцем левой руки ФИО4 Т.В.. Следы пальцев рук на отрезках прозрачной ленты размером 31х40 мм и 36х50 мм оставлены средним пальцем правой руки ФИО4 Т.В.. След пальца руки на отрезке размером 31х42 мм оставлен указательным пальцем правой руки ФИО12 (т.2 л.д. 206-219). - протоколом осмотра предметов от 27.11.2015г., согласно которого осмотрены вышеуказанные 6 фрагментов прозрачной клейкой ленты прямоугольной формы со следами рук (т. 2 л.д. 223-224). - справкой об исследовании № от 30.10.2015г., согласно которой вещество массой 4,78г, представленное на исследование (изъятое 29.10.2015г. в ходе обследования квартиры по адресу: &lt;адрес&gt; содержит в своем составе производное наркотического средства метиловый эфир 3-метил-2-(1-пентил-1Н-индазол-3-карбоксамидо) бутановой кислоты – метиловый эфир 3,3 диметил-2-(1-циклогексилметил-1Н-индазол-3-карбоксамидо) бутановой кислоты и является наркотическим средством. На проведение исследования израсходована 0,01г вещества, масса вещества после проведения исследования составила 4,77г (т.1 л.д. 152-153, 154). - заключением эксперта № от 26.01.2016г., согласно выводам вещество массой 4,77г, представленное на экспертизу, содержит в своем составе производное наркотического средства метиловый эфир 3-метил-2-(1-пентил-1Н-индазол-3-карбоксамидо) бутановой кислоты – метиловый эфир 3,3 диметил-2-(1-циклогексилметил-1Н-индазол-3-карбоксамидо) бутановой кислоты и является наркотическим средством. На проведение исследования израсходовано 0,01г вещества, масса вещества после проведения исследования составила 4,76г (т. 2 л.д. 58-62, 63). - протоколом осмотра предметов (документов) от 17.02.2016г., согласно которого осмотрено вышеуказанное наркотическое средство (т. 2 л.д. 67-69). - справкой об исследовании № от 30.10.2015г., согласно которой представленные на исследование вещества массой 9,32г и 247,96г, обнаруженные при обследовании квартиры по адресу: &lt;адрес&gt;, содержат в своем составе производное наркотического средства N-метилэфедрон-2-пирролидиновалероферон и являются наркотическим средством. На проведение исследования израсходовано по 0,030г вещества объектов № и №. Массы объектов после проведения исследования составляют 9,29г и 247,93г (т. 1 л.д. 157-160, 161-163). - протоколом выемки от 02.11.2015г., согласно которого у оперуполномоченного УФСКН России по &lt;адрес&gt; ФИО16 было изъято вышеуказанное наркотическое средство – производное наркотического средства N-метилэфедрон-2-пирролидиновалероферон массой 9,32г и 247,96г (т. 1 л.д. 211-212). - заключением эксперта № от 04.02.2016г., согласно которого, представленные на экспертизу вещества массой 9,29 г и 247,93 г содержат в своем составе производное наркотического средства N-метилэфедрон-2-пирролидиновалероферон и являются наркотическим средством. На проведение исследования израсходовано 0,02г вещества объекта № и 0,04г вещества объекта №. Массы объектов после проведения исследования составляют 9,27г (объект №) и 247,89г (объект №) (т 2 л.д. 133-138, 139-140). - протоколом осмотра предметов (документов) от 14.03.2016г., согласно которого осмотрены вышеуказанные наркотические средства (т. 2 л.л.144-145, 146). - справкой об исследовании № от 30.10.2015г., согласно которой представленное на исследование вещество массой 33,56г, изъятое в ходе обследования квартиры по адресу: &lt;адрес&gt; является смесью, содержащей в своем составе производное наркотического средства метиловый эфир 3-метил-2-(1-пентил-1Н-индазол-3-карбоксамидо) бутановой кислоты – метиловый эфир 3,3-диметил-2-(1-циклогексилметил-1Н-индазол-3-карбоксамидо) бутановой кислоты и является наркотическим средством. На проведение исследования израсходовано 0,05г вещества. Масса вещества после исследования составляет 33,51г (т.1 л.д.166-169, 170-172). - протоколом выемки от 02.11.2015г., согласно которому у оперуполномоченного УФСКН России по &lt;адрес&gt; ФИО16 было изъято вышеуказанное наркотическое средство (т. 1 л.д. 220-221). - заключением эксперта № от 05.02.2016г., согласно которого вещество массой 33,51г. представленное на экспертизу, является смесью, содержащей в своем составе производное наркотического средства метиловый эфир 3-метил-2-(1-пентил-1Н-индазол-3-карбоксамидо) бутановой кислоты – метиловый эфир 3,3-диметил-2-(1-циклогексилметил-1Н-индазол-3-карбоксамидо) бутановой кислоты и является наркотическим средством. На проведение исследования израсходовано 0,05г исследуемого вещества. Масса вещества после исследования составляет 33,46г (т. 2 л.д. 82-86, 87-88). - протоколом осмотра предметов (документов) от 14.03.2016г., согласно которого осмотрено вышеуказанное наркотическое средство (т. 2 л.д. 92-93, 94). - рапортом об обнаружении признаков преступления от 30.10.2015г., согласно которого при проведении оперативно-розыскных мероприятий 29.10.2015г. около 14 часов 30 минут возле &lt;адрес&gt;.27 по &lt;адрес&gt; был задержан гражданин ФИО4 ФИО12. В ходе личного досмотра ФИО12 обнаружено наркотическое средство общей массой 4,82г, являющееся производным наркотического средства метиловый эфир 3-метил-2-(1-пентил-1Н-индазол-3-карбоксамидо)бутановой кислоты – метиловый эфир 3,3-диметил-2-2(1-циклогексилметил-1Н-индазол-3-карбоксамидо)бутановой кислоты, которое ФИО12 покушался сбыть неустановленному лицу (т. 1 л.д. 107 ). - справкой об исследовании № от 30.10.2015г., согласно которой вещество массой 4,82г, представленное на исследование, содержит в своем составе производное наркотического средства метиловый эфир 3-метил-2-(1-пентил-1Н-индазол-3-карбоксамидо)бутановой кислоты – метиловый эфир 3,3 – диметил-2-(1-циклогексилметил-1Н-индазол-3-карбоксамидо) бутановой кислоты и является наркотическим средством. На проведение исследования израсходовано 0,01г вещества. Масса вещества после проведения исследования составила 4,81г (т. 1 л.д. 122-123, 124). - протоколом выемки от 02.11.2015г., согласно которого у оперуполномоченного УФСКН России по &lt;адрес&gt; ФИО13 было изъято вышеуказанное наркотическое средство массой 4,82г (т.1 л.д. 206-207). - заключением эксперта № от 21.01.2016г., согласно которого вещество массой 4,81г, представленное на экспертизу, содержит в своем составе производное наркотического средства метиловый эфир 3-метил-2-(1-пентил-1Н-индазол-3-карбоксамидо)бутановой кислоты – метиловый эфир 3,3 – диметил-2-(1-циклогексилметил-1Н-индазол-3-карбоксамидо) бутановой кислоты и является наркотическим средством. На проведение исследования израсходовано 0,01г вещества. Масса вещества после проведения исследования составила 4,80г (т. 2 л.д. 10-15). - протоколом осмотра предметов (документов) от 17.02.2016г., согласно которого осмотрено вышеуказанное наркотическое средство (т. 2 л.д. 19-20, 21). - протоколом осмотра предметов (документов) от 26.03.2016г., согласно которого были осмотрены сотовый телефона марки «IPhone 5S», с установленной в него сим картой оператора связи «YOTA» с №, изъятые в ходе личного досмотра ФИО12 29.10.2015г.; сотовый телефона «LG», IMEI А:№ и IMEI В:№; сим-карта оператора сотовой связи «Билайн» с №; сотовый телефон «Нокиа» с установленной в него сим-картой оператора сотовой связи «Теле 2» с номером 89№, изъятые в ходе личного досмотра ФИО4 Т.В. 29.10.2015г.; сотовый телефон «Самсунг», с установленной в него сим-картой оператора сотовой связи «Билайн» с №; сотовый телефон «Самсунг» IMEI: 357526/06/354339/4 IMEI: 357527/06/354339/2; сотовый телефон «Самсунг», IMEI: 357947/06/939512/8 и IMEI: 357948/06/939512/6, изъятые в ходе проведения оперативно-розыскного мероприятия «Обследование зданий, сооружений, участков местности» 29.10.2015г. в &lt;адрес&gt;.27 по &lt;адрес&gt; по месту жительства ФИО2, ФИО12 и ФИО4 Т.В. (т. 3 л.д. 73-194). - заключением комиссии экспертов № от 27.01.2016г., согласно которого ФИО4 Т.В. хроническим психическим расстройством, слабоумием либо иным болезненным состоянием психики не страдает и не страдал при совершении инкриминируемого ему деяния и по своему психическому состоянию мог в полной мере осознавать фактический характер и общественную опасность своих действий и руководить ими в тот период. На момент содеянного подэкспертный в каком-либо временном болезненном расстройстве не находился. В настоящее время он также может осознавать фактический характер своих действий и руководить ими. В принудительных мерах медицинского характера, предусмотренных ст.ст. - 104 УК РФ , ФИО4 Т.В. не нуждается (т.6 л.д.48-50). - заключением комиссии экспертов № от 27.01.2016г., согласно которого ФИО2 хроническим психическим расстройством, слабоумием либо иным болезненным состоянием психики не страдает и не страдал при совершении инкриминируемого ему деяния и по своему психическому состоянию мог в полной мере осознавать фактический характер и общественную опасность своих действий и руководить ими в тот период. На момент содеянного подэкспертный в каком-либо временном болезненном расстройстве не находился. В настоящее время он также может осознавать фактический характер своих действий и руководить ими. В принудительных мерах медицинского характера, предусмотренных ст.ст. - 104 УК РФ , ФИО2 не нуждается (т.6 л.д.200-202). Принимая решение по делу, суд исходит из того, что в контексте ст. 228.1 УК РФ под сбытом понимаются любые способы распространения наркотических средств – продажа, дарение, обмен, дача взаймы и т.п. В результате этих действий другое лицо становится обладателем наркотических средств или веществ. Форма передачи наркотика в фактическое обладание другого лица не влияет на правовую квалификацию содеянного, точно также как и то, была ли эта передача возмездной или безвозмездной. То есть под сбытом наркотических средств понимаются любые способы их возмездной или безвозмездной передачи лицу, которому они не принадлежат. В соответствии с ч.3 ст. 35 УК РФ преступление признается совершенным организованной группой, если оно совершено устойчивой группой лиц, заранее объединившихся для совершения одного или нескольких преступлений. Доводы ФИО2 о невиновности, непричастности к деятельности ФИО88 по незаконному сбыту наркотиков, а также доводы ФИО2 и ФИО4 о непричастности к сбыту наркотических средств в составе организованной группы, суд отвергает, как недостоверные, которые полностью опровергаются вышеизложенными доказательствами – показаниями свидетелей ФИО82, письменными материалами дела, исследованными в суде, результатами оперативно-розыскных мероприятий. Вышеуказанные доказательства виновности подсудимых в совершении преступлений согласуются между собой, не содержат противоречий, позволяющих усомниться в виновности подсудимых в совершении вышеуказанных преступлений. Так из показаний подозреваемого ФИО4 от 30.10.2015г., оглашенных в суде (т.5 л.д.70-73), следует, что работать в России и получать по 25000 рублей в неделю ему предложил ранее знакомый ФИО2 Назар. По его указанию для работы он приобрел сотовый телефон «LG». Потом ему позвонил какой-то человек, которого он не знает, сказал, что это по поводу работы, и сказал, чтобы он скачал на телефон программу «Jabber». Он скачал программу, и этот человек добавился ему в контакты под ником «KILL», в другой программе он был под ником ФИО83 По указанию этого человека он приехал сначала в &lt;адрес&gt;, где завел банковскую карту «Сбербанка», а затем в &lt;адрес&gt;, где снял квартиру. На банковскую карту ему перечислили 15000 рублей. Спустя 2 недели по указанию этого человека и получив от него адрес, он съездил в &lt;адрес&gt;, забрал в указанном месте кулек из пакетов, в котором было около 200г «спайса» и вернулся в &lt;адрес&gt;. Потом этот человек сказал, что необходимо купить электронные весы и расфасовывать наркотик, заворачивая его в фольгу. За два дня он расфасовал этот товар и разложил его по закладкам. Адреса он должен был выбирать сам, и потом писать адреса этому человеку. После того, как разложил весь наркотик и сообщил об этом тому же человеку, по его указанию он вновь съездил в &lt;адрес&gt;, где забрал 400г «спайса», получив на свою карту еще 15000 рублей. Полученный во второй раз «спайс» он также расфасовал и разложил. В общей сложности за время работы по закладке наркотиков ему было перечислено 70000 – 80000 рублей. Спустя три недели, после того, как он приехал в &lt;адрес&gt;, к нему приехал ФИО92 и они стали жить вдвоем. ФИО86 знал, что он, ФИО4, работает закладчиком. Сам ФИО84 нигде не работал, просто сидел дома, видел, как он фасовал наркотик, знал, что он раскладывает закладки. Находясь в &lt;адрес&gt; он узнал, что его знакомый ФИО87 тоже приехал в &lt;адрес&gt; работать. Потом он, ФИО4, узнал, что и его позвал работать ФИО89. Встретившись в &lt;адрес&gt;, они решили снимать квартиру втроем. ФИО85 сказал, что приехал работать также как он и он, ФИО4, раскладывать «закладки». Он также общался с работодателем по «Jabber». Позже оказалось, что у них один работодатель, тот самый ФИО91. Наркотик они получали от одного человека, на работу их обоих позвал ФИО90. Он понимал, что все это незаконно и решил бросить это дело, вернуться на ФИО4. 29.10.2015г. ФИО93 раскладывал свой товар, а он впервые пошел с ним за компанию. ФИО95 сделал около 15 закладок. Сначала он, ФИО4, шел рядом, а потом, чтобы ФИО97 быстрее разложил свои закладки, он решил ему помочь. Он, ФИО4, делал закладку с наркотиком, а ФИО94 записывал. После того, как они разложили оставшиеся у ФИО96 закладки, они вернулись домой и их задержали сотрудники наркоконтроля. Первоначальные показания ФИО4 об обстоятельствах сбыта наркотиков по эпизоду от 29.10.2015г. путем закладки у &lt;адрес&gt; согласуются с его же показаниями, данными в ходе допроса в качестве обвиняемого от 06.11.2015г. (т.5 л.д.85-86). Из показаний допрошенного в качестве подозреваемого ФИО99 от 30.10.2015г., оглашенных в судебном заседании в связи с его смертью (скончался 30.08.2016г., уголовное преследование прекращено постановлением следователя от 14.12.2016г. в связи с его смертью - т.9 л.д.58-59), следует, что в марте 2015г. ему позвонил знакомый ФИО2 ФИО100 сказал, что у него есть работа в России, платить за нее будут 25000 рублей в неделю. Что это будет за работа, ФИО98 пояснил, сказал, что-то типа курьера. В конце сентября 2015г. он приехал в &lt;адрес&gt; для трудоустройства, проживал, где придется. Переписываясь со знакомыми по Интернету, связался с ФИО3, которого давно знал. ФИО4 рассказал, что снимает квартиру в &lt;адрес&gt; и решил пожить у него. Приехав в &lt;адрес&gt;, он остановился у ФИО4, который проживал вместе с ФИО2 ФИО102 Он догадывался, что ФИО6 работает по предложению Назара курьером и занимается закладками наркотиков. Такую же работу ФИО111 предлагал и емуФИО101 Пока он жил у ФИО6 и ФИО115 они оба вводили его в курс дела относительно работы, которой занимался ФИО6. Сам ФИО103 не работал, все время сидел дома. ФИО6 и ФИО108 рассказали, что нужно заниматься раскладками наркотика по городу, фасовать его. Рассказывали, как надо фасовать, упаковывать в фольгу или в пакетики. Адреса закладок он должен был искать сам, делать закладки, а потом записывать адреса. После того, как его ввели в курс дела относительно работы, ФИО110 предложил ему попробовать также поработать. Назар сказал, что сначала нужно будет попробовать просто раскладывать закладки небольшими партиями, а после этого делать уже больше закладок и получать за это хорошие деньги – около 20000-30000 рублей. У него была своя банковская карта «Альфа банк», на которую ему должны были перечислять зарплату. Когда он, ФИО104, согласился работать, ему дали телефон «Samsung», на который уже были установлены программы «Jabber», «Cover me», а также были другие контакты в телефоне. Этот телефон ему сказал взять ФИО112, пояснив, что ему напишут, что и как делать. Этим телефоном он пользовался для работы. Потом ему на телефон написал пользователь с ником «ФИО113», который вводил его в курс дела, рассказывал нюансы работы. Все интересующие его вопросы он мог выяснить у «ФИО105», но потом стал чаще писать по работе другому пользователю, которому скидывал адреса закладок. В первое время он забирал товар небольшими партиями на территории &lt;адрес&gt; (ему писал оператор, где забрать наркотик). Там был товар по 10-15г «спайса». Около трех раз он забирал наркотик небольшими партиями на территории &lt;адрес&gt;, после чего расфасовывал его сам. Потом ему оставили товар уже в &lt;адрес&gt;. В &lt;адрес&gt; он забрал «спайс» весом около 100г и еще какой-то порошок. Около недели он все это раскладывал и отправлял адреса закладок оператору. Свой товар ФИО6 получал также, как и он в &lt;адрес&gt; у того же оператора. ФИО6 также переписывался с ним по «Jabber». ФИО106 был в курсе его и ФИО6 работы, видел, как они фасовали наркотик. Почему ФИО109 не работал, он не знает, возможно, ФИО114 контролировал их. ФИО107 также говорил ему, что, если он будет больше делать закладок, то будет больше получать за это денег. 29.10.2015г. он раскладывал свой товар. Он боялся, что все делает медленно, поэтому ФИО6 пошел с ним по городу, чтобы разложить все быстрее. ФИО6 стал делать закладки, а он записывал адреса. После того, как весь его товар был разложен, они пошли домой, а когда снова выходили из дома, их задержали. После этого их привезли в здание УФСКН России по &lt;адрес&gt;, где, в присутствии понятых, в ходе его личного досмотра, у него был найден наркотик, о котором он даже не знал. В квартире, где они втроем проживали, в ходе обследования, было найдено около 200г наркотиков Кроме того, в ходе обследования квартиры по адресу: &lt;адрес&gt;, в которой до 29.10.2015г. проживали ФИО2, ФИО4 и ФИО117, в одежде у ФИО2 был обнаружен и изъят сверток с наркотическим средством, аналогичным по виду и упаковке наркотическим средствам, сбываемым ФИО4 ФИО116 путем закладок в &lt;адрес&gt;. В дальнейшем ФИО4 отказался от своих показаний в части того, что приехал в Россию на работу по предложению ФИО2, утверждал, что тот не причастен к его общению с не известными лицами под сетевыми именами «ФИО119». Однако суд отвергает эти утверждения и считает достоверными показания ФИО4, данные им в ходе предварительного следствия 30.10.2015г., поскольку они полностью согласуются с показаниями ФИО118 изложившего ту же схему вербовки его на работу в качестве закладчика наркотиков на территории России, что и у ФИО4, в которой вербовщиком, связующим звеном между закладчиками и иными лицами в организованной группе, выступал ФИО2. ФИО4 30 октября и ДД.ММ.ГГГГг. был допрошен в соответствии с требованиями уголовно-процессуального закона, с участием защитников, протоколы допросов были им прочитаны и подписаны, каких-либо заявлений, дополнений, жалоб от него не поступало. Доводы ФИО4 о непричастности к совершению сбыта наркотиков 29.10.2015г., а также по эпизоду покушения на сбыт наркотиков, обнаруженных на квартире, суд отвергает, как недостоверные, поскольку они опровергаются совокупностью исследованных в суде доказательств – актом наблюдения от 29.10.2015г., показаниями свидетелей ФИО120 и другими вышеуказанными материалами дела. В этой связи суд считает достоверными вышеуказанные показания ФИО4 о совершении им совместно с ФИО2 и другими лицами незаконного сбыта наркотиков 28, ДД.ММ.ГГГГг., о его роли в совершении сбыта наркотиков, ролях ФИО2, и других лиц. Дальнейшие изменения показаний ФИО4 о непричастности ФИО2 к совершению преступлений, суд отвергает, как недостоверные, поскольку они опровергаются вышеуказанными исследованными в суде доказательствами. Кроме того, виновность ФИО2 в совершении вышеуказанных преступлений подтверждается исследованными в суде аудиозаписями его переговоров с неустановленными лицами, в ходе которых ФИО2 пытается вербовать для совершения преступлений другое лицо, ведет разговоры, совершенно очевидно свидетельствующие о его причастности к незаконному сбыту наркотиков. Принадлежность голоса ФИО2 на исследованных аудиозаписях телефонных переговоров, полученных в результате оперативно-розыскных мероприятий по прослушиванию телефонных переговоров, подтверждается фоноскопическими экспертизами. Сам факт ведения этих переговоров не отрицается и подсудимыми. Существенных нарушений уголовно-процессуального закона при возбуждении уголовных дел, их соединении и расследовании, препятствующих вынесению приговора по делу, не допущено. В соответствии со ст. федерального закона «Об оперативно-розыскной деятельности», задачами оперативно-розыскной деятельности, в частности являются: выявление, предупреждение, пресечение и раскрытие преступлений, а также выявление и установление лиц, их подготавливающих, совершающих или совершивших. Как установлено в суде, оперативно-розыскные мероприятия в отношении подсудимых ФИО2 и ФИО4 проводились в полном соответствии с федеральным законом «Об оперативно-розыскной деятельности в РФ». Прослушивание телефонных и иных переговоров в отношении подсудимых проводилось на основании постановлений Калужского областного суда. Вопреки доводам ФИО2 о незаконности действий сотрудников полиции, нарушивших его конституционные права на неприкосновенность жилища, сотрудники УФСКН РФ по &lt;адрес&gt; действовали в соответствии с законом «Об оперативно-розыскной деятельности», на основании постановления и.о. начальника УФСКН РФ по &lt;адрес&gt; №с от 29.10.2015г. о проведении в отношении ФИО2, проживающего по адресу: &lt;адрес&gt; оперативно-розыскного мероприятия «обследование зданий, сооружений, участков местности» с ограничением его конституционных прав на неприкосновенность жилища, о чем был уведомлен заместитель председателя &lt;адрес&gt;. В дальнейшем постановлением &lt;адрес&gt; № от 30.10.2015г. проведение обследования указанной квартиры признано законным (т.1 л.д. 132-133). Каких-либо оснований считать результаты оперативно-розыскных мероприятий недопустимыми доказательствами, у суда не имеется. Действия ФИО2 и ФИО4 по эпизодам от 28 и ДД.ММ.ГГГГг. квалифицированы стороной обвинения, как оконченные преступления, что суд считает неверным. Как следует из предъявленного подсудимым обвинения и установлено в суде свой преступный умысел на незаконный сбыт наркотиков по каждому из вышеуказанных эпизодов преступной деятельности ФИО2 и ФИО4 не смогли завершить по не зависящим от них обстоятельствам. По эпизодам от 28 и ДД.ММ.ГГГГг. подсудимые не сообщали приобретателям наркотиков о местах их закладки, эти сведения они довели до неустановленных членов организованной группы. Сведений о том, что это сделали неустановленные сообщники ФИО2 и ФИО4 стороной обвинения не представлено. Кроме того по указанным эпизодам наркотические средства непосредственно после их закладки были изъяты сотрудниками полиции при обследовании участка местности. Доводы ФИО2 и ФИО4 о том, что они не являлись членами организованной преступной группы, суд отвергает, как недостоверные. ФИО2 и ФИО4 приехали в Россию из другого государства, пользовались услугами транспорта, снимали жилье на длительное время. ФИО4 за свою деятельность по закладке наркотиков получил около 70000 - 80000 рублей, других заработков в России не имел. На момент совершения преступлений трудовой деятельностью, приносящей легальный доход, они не занимались поэтому «работа» по закладке наркотиков в &lt;адрес&gt; носила характер своего рода преступного промысла и являлась источником их дохода. Незаконные операции с наркотическими средствами ФИО2 и ФИО4 совместно с неустановленными лицами совершали без вмешательства сотрудников правоохранительных органов и ранее, до 28.10.2015г., что следует из показаний ФИО4 и Басараба. Это позволяет сделать вывод, что умысел подсудимых был направлен на распространение, т.е. сбыт наркотиков и сформировался он независимо от деятельности сотрудников полиции. В судебном заседании установлено, что в ходе незаконной деятельности по распространению наркотических средств имело место определенное распределение ролей между соучастниками – ФИО2, ФИО4 и другими лицами, что их действия носили согласованный характер, что между ними существовала постоянная связь, что имели место специфические методы деятельности по подготовке и совершению преступных деяний, что преступная деятельность осуществлялась на протяжении длительного времени. Сложные групповые действия ФИО2, ФИО4 и неустановленных лиц при сбыте наркотических средств неопределенному кругу потребителей наркотиков, использование мер конспирации, исключение непосредственного контакта между членами организованной группы, использование технических средств и глобальной сети «Интернет» при совершении преступлений, профессионализм и устойчивость, свидетельствуют о совершении преступлений в составе организованной группы. Доводы ФИО2 и ФИО4 о том, что обследование квартиры и их задержание происходило не 29, а ДД.ММ.ГГГГг., суд считает голословными, поскольку они опровергаются показаниями свидетелей ФИО121, актом обследования квартиры от 29.10.2015г. (т.1 л.д.134-149), актом личного досмотра ФИО4 от 29.10.2015г. (т.1 л.д.95-99), который он подписал собственноручно и не имел каких-либо замечаний, протоколами задержания подозреваемых ФИО2 (т.5 л.д.193-196), ФИО4 (т.5 л.д.62-65), и ФИО122 (т.5 л.д.141-144). Достоверность даты составления акта обследования квартиры подтверждается также истребованной судом справкой о времени содержания ФИО4, ФИО2 и ФИО123 в ИВС УМВД России по &lt;адрес&gt;. Сведения, указанные в справке согласуются с показаниями указанных свидетелей и актом обследования квартиры и соответствуют хронологии исследуемых событий, как 29.10.2015г., так и в последующем. В суде установлено, что оперативно-розыскное мероприятие по обследованию жилища, в котором проживали ФИО4, ФИО124 ФИО2 по адресу: &lt;адрес&gt; проведено именно 29.10.2015г. и в этот же день они фактически были задержаны. Суд учитывает доводы ФИО2 и ФИО4 о плохом знании русского языка, необходимости привлечения переводчика, но считает их несостоятельными. При этом суд исходит из того, что в соответствии со ст. 18 УПК РФ уголовное судопроизводство ведется на русском языке, а также на государственных языках входящих в РФ республик. Участникам уголовного судопроизводства, не владеющим или недостаточно владеющим языком, на котором ведется производство по уголовному делу, должно быть разъяснено и обеспечено право делать заявления, давать объяснения и показания, заявлять ходатайства, приносить жалобы, знакомиться с материалами уголовного дела, выступать на родном языке или другом языке, которым они владеют, а также бесплатно пользоваться помощью переводчика в порядке, установленном УПК РФ. Между тем, в ходе предварительного следствия на протяжении длительного времени с момента задержания ФИО2 и ФИО4 не указывали на то, что они не владеют или недостаточно хорошо владеют русским языком в связи с чем, им необходим переводчик, общались с сотрудниками полиции, свидетелем ФИО125 на русском языке, зафиксированы телефонные переговоры подсудимых на русском языке, как между собой, так и с другими лицами. ФИО2, кроме того, многократно обращался с письменными жалобами на русском языке по различным поводам. В ходе предварительного слушания, а также в подготовительной части судебного заседания и ФИО2, и ФИО4 указали, что русским языком владеют хорошо, в переводчике не нуждаются. В ходе предварительного следствия и в суде ФИО2 и ФИО4 продемонстрировали владение русским языком в достаточной степени, позволяющее считать, что они не нуждаются в услугах переводчика. Уровень владения русским языком у них достаточен для реализации их прав, в том числе, права на защиту. Метиловый эфир 3 – метил – 2 – (1 – пентил – 1Н – индазол – 3 – карбоксамидо) бутановой кислоты и его производные, а также N – метилэфедрон и его производные включены в Перечень наркотических средств, психотропных веществ и их прекурсоров, подлежащих контролю в Российской Федерации, утверждённый Постановлением Правительства РФ от ДД.ММ.ГГГГ № и отнесен к наркотическим средствам, оборот которых в Российской Федерации запрещен в соответствии с законодательством Российской Федерации и международными договорами Российской Федерации. В соответствии с п.2 примечания данного Перечня, контроль распространяется также на препараты, содержащие средства и вещества, указанные в настоящем перечне, независимо от их количества и наличия нейтральных компонентов. Согласно Постановления правительства Российской Федерации от 01.10.2012г. №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Метиловый эфир 3 – метил – 2 – (1 – пентил – 1Н – индазол – 3 – карбоксамидо) бутановой кислоты и его производные массой более 0,25г признаются крупным размером; N – метилэфедрон и его производные массой более 0,2г признаются значительным размером, свыше 1г – крупным, свыше 200г – особо крупным. Вид и размеры наркотических средств, в отношении которых осуществлялись незаконные операции, достоверно установлены в результате проведения химических исследований и экспертиз, с учетом количества вещества, израсходованного на проведение исследований. Оснований поставить под сомнение психическую полноценность ФИО2 и ФИО4 Т.В. не имеется, и суд признает их вменяемыми по отношению к содеянному. Проанализировав вышеуказанные доказательства в их совокупности, суд считает виновность ФИО2 и ФИО4 Т.В. доказанной и квалифицирует деяния подсудимых следующим образом: - по ч.3 ст. , п. «а» ч.4 ст. 228.1 УК РФ (по эпизоду от 28.10.2015г.), поскольку каждый из них совершил покушение на преступление, то есть умышленные действия лица, непосредственно направленные на совершение преступления - незаконного сбыта наркотических средств, совершенного в значительном размере, организованной группой, если при этом преступление не было доведено до конца по не зависящим от этого лица обстоятельствам; - по ч.3 ст. , п.п. «а, г» ч.4 ст. 228.1 УК РФ (по эпизоду от 29.10.2015г.) поскольку каждый из них совершил покушение на преступление, то есть умышленные действия лица, непосредственно направленные на совершение преступления – незаконного сбыта наркотических средств, совершенного организованной группой, в крупном размере, если при этом преступление не было доведено до конца по не зависящим от этого лица обстоятельствам; - по ч.3 ст. , ч.5 ст. 228.1 УК РФ (по факту обнаружения наркотических средств по месту жительства подсудимых 29.10.2015г.), поскольку каждый из них совершил покушение на преступление, то есть умышленные действия лица, непосредственно направленные на совершение преступления – незаконного сбыта наркотических средств, совершенного организованной группой, в особо крупном размере, если при этом преступление не было доведено до конца по не зависящим от этого лица обстоятельствам. Окончательное наказание подсудимому ФИО2 суд назначает в соответствии с ч.2 ст. 69 УК РФ по совокупности преступлений, путем частичного сложения наказаний, а ФИО4 Т.В. – путем поглощения менее строго наказания более строгим. При назначении вида и размера наказания подсудимым, суд учитывает характер и степень общественной опасности совершенных преступлений, личности виновных, а также обстоятельства, смягчающие наказание, влияние назначенного наказания на их исправление и на условия жизни их семей. Суд учитывает также вид и размер наркотических средств, в отношении которых подсудимые проводили незаконные операции. ФИО2 не судим, совершил особо тяжкие преступления против здоровья населения, на учете в наркологическом диспансере не состоит, страдает хроническими заболеваниями, по месту содержания в следственном изоляторе характеризуется удовлетворительно. Обстоятельствами, смягчающими наказание ФИО2 являются наличие хронического заболевания, наличие на иждивении малолетнего ребенка, молодой возраст. Обстоятельств, отягчающих наказание ФИО2, не имеется. ФИО4 Т.В. не судим, совершил особо тяжкие преступления против здоровья населения, на учете в наркологическом диспансере не состоит, страдает хроническим заболеванием, свою вину признал частично, в содеянном раскаивается, по месту содержания в следственном изоляторе характеризуется удовлетворительно. Обстоятельствами, смягчающими наказание ФИО4 Т.В., являются частичное признание своей вины и раскаяние в содеянном, наличие хронического заболевания. Показания ФИО4 Т.В., данные 30.10.2015г. в качестве подозреваемого, суд расценивает, как активное способствование раскрытию и расследованию преступлений, изобличению и уголовному преследованию других соучастников преступлений, молодой возраст. Кроме того, объяснение ФИО4 Т.В., данное сотрудникам полиции 29.10.2015г. (т.1 л.д. 105), суд расценивает, как его явку с повинной по эпизоду закладки наркотиков от 29.10.2015г. Обстоятельств, отягчающих наказание подсудимого ФИО4 Т.В., судом не установлено, в связи с чем, наказание ФИО4 Т.В. суд назначает в соответствии с ч.1 ст. 62 УК РФ . Суд назначает подсудимым ФИО2 и ФИО4 Т.В. наказание по всем эпизодам преступной деятельности в соответствии с ч.3 ст. 66 УК РФ . Учитывая вышеуказанные смягчающие обстоятельства, материальное положение подсудимых суд не назначает подсудимым дополнительные наказания, предусмотренные частями 4 и 5 ст. 228.1 УК РФ . Учитывая особую тяжесть и социальную опасность незаконного сбыта наркотиков, вышеуказанные сведения о личностях подсудимых, суд считает, что предусмотренные ч.2 ст. 43 УК РФ цели наказания – исправление подсудимых, предупреждение совершения новых преступлений, возможно достичь лишь в условиях их изоляции от общества. Применение к подсудимым условного наказания в соответствии со ст. 73 УК РФ , невозможно. Исключительных обстоятельств для назначения обоим подсудимым наказания в соответствии со ст. 64 УК РФ , суд не усматривает. В соответствии с п. «в» ч.1 ст. 58 УК РФ наказание ФИО2 и ФИО4 Т.В. надлежит отбывать в исправительной колонии строгого режима. Учитывая особую тяжесть и социальную опасность, количество совершенных преступлений, личность подсудимого ФИО2, его поведение до и после совершения преступлений, суд назначает ему отбывание первых 5 лет лишения свободы в тюрьме. Оснований для изменения подсудимым категории преступления на менее тяжкую, предусмотренных ч.6 ст. 15 УК РФ , не имеется. До вступления приговора в законную силу избранная в отношении ФИО2 и ФИО4 Т.В. мера пресечения в виде заключения под стражу, отмене или изменению не подлежит. Срок наказания по настоящему приговору суд исчисляет ФИО2 и ФИО4 Т.В. с момента их фактического задержания при обследовании сотрудниками полиции квартиры по адресу: &lt;адрес&gt; - с 29.10.2015г. Решая вопрос о вещественных доказательствах, суд руководствуется положениями ст.ст. , 82 УПК РФ . При этом изъятые у ФИО4 Т.В. деньги в сумме 28000 рублей, полученные в результате совершения преступления, подлежат конфискации, то есть принудительному безвозмездному изъятию и обращению в доход государства. На основании изложенного, и руководствуясь ст.ст. - 309 УПК РФ , суд П Р И Г О В О Р И Л: Признать ФИО2 виновным в совершении преступлений, предусмотренных ч.3 ст. , п. «а» ч.4 ст. 228.1 ; ч.3 ст. , п.п. «а, г» ч.4 ст. 228.1 ; ч.3 ст. , ч.5 ст. 228.1 УК РФ и назначить ему наказание: - по ч.3 ст. , п. «а» ч.4 ст. 228.1 УК РФ (по эпизоду от 28.10.2015г.) – 12 лет лишения свободы; - по ч.3 ст. , п.п. «а, г» ч.4 ст. 228.1 УК РФ (по факту закладки наркотика 29.10.2015г.) – 13 лет лишения свободы; - по ч.3 ст. , ч.5 ст. 228.1 УК РФ (по факту обнаружения наркотических средств по месту жительства 29.10.2015г.) – 14 лет лишения свободы. В соответствии с ч.2 ст. 69 УК РФ по совокупности преступлений, путем частичного сложения наказаний, окончательно назначить ФИО2 наказание в виде 17 лет лишения свободы, с отбыванием наказания в исправительной колонии строгого режима, с отбыванием первых 5 лет лишения свободы в тюрьме. Признать ФИО3 виновным в совершении преступлений, предусмотренных ч.3 ст. , п. «а» ч.4 ст. 228.1 ; ч.3 ст. , п.п. «а, г» ч.4 ст. 228.1 ; ч.3 ст. , ч.5 ст. 228.1 УК РФ и назначить ему наказание: - по ч.3 ст. , п. «а» ч.4 ст. 228.1 УК РФ (по эпизоду от 28.10.2015г.) – 7 лет лишения свободы; - по ч.3 ст. , п.п. «а, г» ч.4 ст. 228.1 УК РФ (по факту закладки наркотика 29.10.2015г.) – 8 лет лишения свободы; - по ч.3 ст. , ч.5 ст. 228.1 УК РФ (по факту обнаружения наркотических средств по месту жительства 29.10.2015г.) – 9 лет лишения свободы. В соответствии с ч.2 ст. 69 УК РФ по совокупности преступлений, путем поглощения менее строгого наказания более строгим, окончательно назначить ФИО4 Т.В. наказание в виде 9 лет лишения свободы, с отбыванием наказания в исправительной колонии строгого режима. Меру пресечения до вступления приговора в законную силу ФИО2 и ФИО4 Т.В. оставить без изменения – в виде заключения под стражу. Срок наказания ФИО2 и ФИО4 Т.В. по настоящему приговору исчислять с ДД.ММ.ГГГГг. Зачесть ФИО2 время содержания под стражей в период с ДД.ММ.ГГГГг. до вступления настоящего приговора в законную силу в срок отбывания наказания в тюрьме. Зачесть ФИО4 Т.В. в срок отбытия наказания время содержания под стражей в период с ДД.ММ.ГГГГг. по ДД.ММ.ГГГГг. включительно. Вещественные доказательства по вступлении приговора в законную силу: - изъятые в ходе расследования уголовного дела наркотические средства с упаковкой, хранить в камере хранения УМВД России по &lt;адрес&gt; до разрешения по существу выделенного уголовного дела; - электронные весы, 97 шт. пакетиков с полосой-фиксатором, резиновые перчатки, ложку, маску медицинскую, фольгу, смывы с поверхности электронных весов, изъятые следы пальцев рук – уничтожить; - оптические диски с записями результатов оперативно-розыскных мероприятий – хранить при уголовном деле; - миграционную карту на имя ФИО4 Т.В.; билет на поезд; блокнот; заявления физического лица на денежный перевод № и №, приходно-кассовые ордера договоры аренды жилого помещения от 22.09.2015г. на имя ФИО4 Т.В. и от 22.10.2015г. на имя ФИО2 – уничтожить; - мобильный телефон «Нокиа» в корпусе черного цвета с СИМ-картой «Теле2»; мобильный телефон «LG» в корпусе белого цвета; пластиковую карту «Сбербанка РФ» №; пластиковые карты «Приватбанка» №, №, № – вернуть ФИО4 Т.В.; - сотовый телефон «iPhon 5S», изъятый в ходе личного досмотра у ФИО12 – хранить при уголовном деле; - сотовый телефон «Samsung» в корпусе сине-серого цвета с Сим-картой «Билайн», абонентский №, денежную купюру достоинством 1000 рублей – вернуть ФИО2; - 2 сотовых телефона «Samsung» в корпусе синего и черного цветов – хранить при уголовном деле; - обнаруженные у ФИО4 Т.В. деньги в сумме 28000 рублей, полученные в результате совершения преступлений - конфисковать, то есть принудительно и безвозмездно изъять и обратить в доход государства. Приговор может быть обжалован в апелляционном порядке в &lt;адрес&gt; в течение 10 суток со дня провозглашения, а осужденным, содержащимся под стражей, в тот же срок со дня вручения ему копии приговора.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о чем он должен указать в апелляционной жалобе, а если дело рассматривается по апелляционному представлению прокурора или по жалобе другого лица, в отдельном ходатайстве или возражениях на жалобу либо представление в течение 10 суток со дня вручения ему копии жалобы или представления, а также поручить осуществление своей защиты избранному им защитнику либо ходатайствовать перед судом о назначении защитника. Председательствующий судья ФИО126 Копия верна. Судья: Справка: Апелляционным определением &lt;адрес&gt; от ДД.ММ.ГГГГ приговор &lt;адрес&gt;&lt;адрес&gt; от ДД.ММ.ГГГГ в отношении ФИО2 и ФИО3 в части принятого решения о вещественных доказательствах изменить. Вещественные доказательства: миграционную карту на имя ФИО4 Т.В., билет, на поезд, блокнот, заявления физического лица на денежный перевод № и №, приходно-кассовые ордера, договоры аренды жилого помещения от ДД.ММ.ГГГГ на имя ФИО4 Т.В. и от ДД.ММ.ГГГГ на имя ФИО2 – хранить при уголовном деле; сотовый телефон «iPhon 5S», изъятый в ходе личного досмотра у ФИО12, возвратить по принадлежности, а в случае отказа в получении – уничтожить; 2 сотовых телефона марки «Samsung» в корпусе синего и черного цветов конфисковать и обратить в собственность государства. Обнаруженные у ФИО4 Т.В. денежные средства в сумме 28000 рублей возвратить по принадлежности ФИО3. Зачесть ФИО2 в срок отбывания наказания в тюрьме время его этапирования в тюрьму после апелляционного рассмотрения дела. В остальном приговор о них оставить без изменения. Приговор вступил в законную силу ДД.ММ.ГГГГ. Судья: Суд: Калужский районный суд (Калужская область) (подробнее) Судьи дела: Рожков Е.А. (судья) (подробнее) Судебная практика по: Контрабанда Судебная практика по применению норм ст. 200.1, 200.2, 226.1, 229.1 УК РФ Соучастие, предварительный сговор Судебная практика по применению норм ст. 34, 35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