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Д.А.Нестерова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Нестерова Дмитрия Аркадьевича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29-ПР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