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Д.А.Мирюка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Мирюка Дмитрия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