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38-П/2025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по требованию гражданина Республики Таджикистан Д.С.Каримова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Республики Таджикистан Каримова Джамшеда Садуллоевича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38-ПР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