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А.П.Громова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Громова Артура Петровича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