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И.М.Фахриева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Фахриева Ильмира Марсиловича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