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С.С.Харитонова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Харитонова Сергея Сергеевича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34-ПР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