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Д.О.Ширабсамбуевой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Ширабсамбуевой Долгор Олзоевны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