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В.В.Лукавова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Лукавова Виктора Владимировича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66-ПР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