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 О.А.М.Волковской и Г.В.Волковской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Волковской Ольги Араз Мухамедовны и Волковской Галины Васильевны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39-ПР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