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37-П/2023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гражданки Т.П.Карагужевой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Карагужевой Татьяны Петровны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37-ПР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