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249812-З/2016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Астахова Павла Васильевича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П.В.Астахова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Астахова Павла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