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гражданки С.П.Прудниковой вопрос о возможности принятия ее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гражданки Прудниковой Светланы Петровны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30-ПР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