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925580-О/2026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Сабирова Марата Халиловича на нарушение его конституционных прав частью второй статьи 771 Уголовно-исполнительного кодекса Российской Федерации и пунктом 12 части четвертой статьи 47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М.Х.Сабирова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М.Х.Сабиров, привлеченный к уголовной ответственности, просит признать не соответствующими статьям 18, 24 (часть 2), 45, 46 (части 1 и 2), 50 (часть 3), 55 (части 2 и 3) и 123 (часть 3) Конституции Российской Федерации часть вторую статьи 771 «Привлечение осужденных к лишению свободы к участию в следственных действиях или судебном разбирательстве» УИК Российской Федерации и пункт 12 части четвертой статьи 47 «Обвиняемый» УПК Российской Федерации. По мнению заявителя, данные нормы не позволяют удовлетворить ходатайство осужденного к лишению свободы о личном ознакомлении с материалами уголовного дела в целях подготовки кассационной жалобы посредством доставления осужденного в суд, постановивший приговор.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второй статьи 771 УИК Российской Федерации при необходимости участия в судебном разбирательстве в качестве свидетеля, потерпевшего, обвиняемого осужденные могут быть по определению суда или постановлению судьи оставлены в следственном изоляторе либо переведены в следственный изолятор из исправительной колонии, воспитательной колонии или тюрьмы. Данное законоположение не регламентирует уголовно-процессуальные отношения (определения Конституционного Суда Российской Федерации от 22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Сабирова Марата Халиловича,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