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Е.Ю.Виноградовой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Виноградовой Елены Юрьевны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