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В.Я.Пинчука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Пинчука Валентина Яковлевича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