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3338-О/2024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Усова Сергея Геннадьевича на нарушение его конституционных прав пунктом 2 статьи 18 Федерального закона «О мобилизационной подготовке и мобилизации в Российской Федерации», пунктом 9 Указа Президента Российской Федерации «Об объявлении частичной мобилизации в Российской Федерации», пунктом 2 Постановления Правительства Российской Федерации «Об утверждении Правил предоставления права на получение отсрочки от призыва на военную службу по мобилизации гражданам Российской Федерации, работающим в организациях оборонно- промышленного комплекса», а также пунктами 3 и 5 данных Правил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С.Г.Усова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С.Г.Усов оспаривает конституционность: пункта 2 статьи 18 Федерального закона от 26 февраля 1997 года № 31- ФЗ «О мобилизационной подготовке и мобилизации в Российской Федерации», закрепляющего, что отсрочка от призыва на военную службу по мобилизации кроме граждан, указанных в пункте 1 данной статьи, 2 предоставляется другим гражданам или отдельным категориям граждан, которым дано такое право указом Президента Российской Федерации; пункта 9 Указа Президента Российской Федерации от 21 сентября 2022 года № 647 «Об объявлении частичной мобилизации в Российской Федерации», согласно которому постановлено предоставить гражданам Российской Федерации, работающим в организациях оборонно- промышленного комплекса, право на отсрочку от призыва на военную службу по мобилизации (на период работы в этих организациях), а также предусмотрено, что категории граждан Российской Федерации, которым предоставляется право на отсрочку, и порядок его предоставления определяются Правительством Российской Федерации; пункта 2 Постановления Правительства Российской Федерации от 30 сентября 2022 года № 1725 «Об утверждении Правил предоставления права на получение отсрочки от призыва на военную службу по мобилизации гражданам Российской Федерации, работающим в организациях оборонно- промышленного комплекса» (далее – Постановление № 1725) о том, что данное Постановление вступает в силу со дня его официального опубликования и распространяется на правоотношения, возникшие с 21 сентября 2022 года; положений Правил предоставления права на получение отсрочки от призыва на военную службу по мобилизации гражданам Российской Федерации, работающим в организациях оборонно-промышленного комплекса (утверждены Постановлением № 1725; далее – Правила), в силу которых перечень организаций оборонно-промышленного комплекса разрабатывается Министерством промышленности и торговли Российской Федерации с разбивкой по субъектам Российской Федерации с учетом предложений Государственной корпорации по атомной энергии «Росатом» и Государственной корпорации по космической деятельности «Роскосмос», утверждается в 5-дневный срок со дня вступления в силу данных Правил и направляется в Министерство обороны Российской Федерации (пункт 3); отсрочка от призыва на военную службу по мобилизации в соответствии с 3 Указом Президента Российской Федерации «Об объявлении частичной мобилизации в Российской Федерации» предоставляется гражданам Российской Федерации – руководителям, специалистам и рабочим, работающим в организациях оборонно-промышленного комплекса и участвующим в выполнении заданий государственного оборонного заказа, призывными комиссиями по мобилизации граждан на основании списков граждан, направляемых руководителями организаций, в 3-дневный срок после получения указанных списков граждан; в списках граждан указываются фамилия, имя и отчество (при наличии) граждан, год и место их рождения, категория из числа указанных в пункте 2 данных Правил, а также степень их участия в выполнении заданий государственного оборонного заказа (пункт 5). Как следует из представленных материалов, 13 апреля 2023 года С.Г.Усов обратился в суд с административным исковым заявлением, в котором просил, в частности, признать незаконными решения призывных комиссий по мобилизации граждан, касающиеся призыва его 29 сентября 2022 года на военную службу по мобилизации, и с ходатайством о восстановлении срока обращения в суд. Решением Выборгского городского суда Ленинградской области от 13 июня 2023 года данные требования были удовлетворены на том основании, что с учетом действия Постановления № 1725 с обратной силой право на отсрочку от призыва на военную службу в соответствии с Указом Президента Российской Федерации «Об объявлении частичной мобилизации в Российской Федерации» возникло у заявителя, который работал в организации оборонно-промышленного комплекса и участвовал в выполнении заданий государственного оборонного заказа, с 21 сентября 2022 года, но не было им реализовано по независящим от него причинам (в связи с отсутствием порядка реализации этого права). Однако апелляционным определением судебной коллегии по административным делам Ленинградского областного суда от 23 ноября 2023 года, с которым согласились вышестоящие суды, решение суда первой инстанции было отменено, принято новое решение об отказе в 4 удовлетворении требований С.Г.Усова. При этом суды исходили из того, что отсрочка от призыва на военную службу по мобилизации могла быть предоставлена С.Г.Усову только после включения организации – работодателя С.Г.Усова в перечень организаций оборонно-промышленного комплекса в соответствии с пунктом 3 Правил (20 октября 2022 года), а следовательно, решение о призыве С.Г.Усова на военную службу по мобилизации, принятое ранее этой даты, является законным. По мнению заявителя, оспариваемые положения не соответствуют статьям 1, 2, 15 (части 1, 2 и 4), 18, 19 (части 1 и 2), 37 (части 1 и 5), 54 (часть 1), 55 (части 2 и 3) и 59 (часть 2) Конституции Российской Федерации, поскольку позволяют: не предоставлять гражданину право на отсрочку от призыва на военную службу по мобилизации, предусмотренное Указом Президента Российской Федерации «Об объявлении частичной мобилизации в Российской Федерации», в связи с отсутствием на момент его призыва на военную службу по мобилизации необходимых правовых актов и вопреки тому, что Постановление № 1725 распространяется на правоотношения, возникшие с 21 сентября 2022 года; отказывать в признании незаконным решения о призыве на военную службу по мобилизации гражданина, работавшего в организации оборонно- промышленного комплекса и участвовавшего в выполнении заданий государственного оборонного заказа, если такое решение принято до утверждения Правил и до включения организации – работодателя гражданина в разрабатываемый Министерством промышленности и торговли Российской Федерации перечень организаций оборонно-промышленного комплекса и внесения этого гражданина в список граждан, имеющих право на отсрочку от призыва на военную службу по мобилизации.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5 Согласно статье 59 (части 1 и 2) Конституции Российской Федерации защита Отечества является долгом и обязанностью гражданина Российской Федерации; гражданин Российской Федерации несет военную службу в соответствии с федеральным законом. С учетом того что в период мобилизации воинская обязанность граждан определяется федеральными конституционными законами, федеральными законами, иными нормативными правовыми актами Российской Федерации и также предусматривает, в частности, призыв на военную службу по мобилизации и прохождение военной службы в период мобилизации (пункт 2 статьи 1 Федерального закона от 28 марта 1998 года № 53-ФЗ «О воинской обязанности и военной службе»), предполагается, как подчеркнул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Усова Сергея Геннадьевича,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