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2055-О/2024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19 декабря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ходатайства гражданки Сельковой Елены Андреевны об официальном разъяснении Постановления Конституционного Суда Российской Федерации от 19 декабря 2023 года № 59-П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заслушав заключение судьи С.П.Маврина, проводившего на основании статьи 41 Федерального конституционного закона «О Конституционном Суде Российской Федерации» предварительное изучение ходатайства гражданки Е.А.Сельковой,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Конституционного Суда Российской Федерации от 19 декабря 2023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смыслу статьи 83 Федерального конституционного закона «О Конституционном Суде Российской Федерации» официальное разъяснение постановления Конституционного Суда Российской Федерации по ходатайству в том числе стороны дела, по которому вынесено данное постановление, дается только в рамках этого постановления и лишь по тем требующим дополнительного истолкования вопросам, которые были предметом рассмотрения в судебном заседании и нашли отражение в принятом постановлении. Исходя из этого ходатайство о даче такого разъяснения не подлежит удовлетворению, если поставленные в нем вопросы не требуют какого-либо дополнительного истолкования самого постановления или же предполагают необходимость формулирования новых правовых позиций, не нашедших отражения в постановлении. Как следует из содержания ходатайства, заявительница, формально требуя разъяснить Постановление Конституционного Суда Российской Федерации от 19 декабря 2023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ходатайства гражданки Сельковой Елены Андреевны об официальном разъяснении Постановления Конституционного Суда Российской Федерации от 19 декабря 2023 года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данному ходатайству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