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927915-П/2026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Баева Александра Александровича на нарушение его конституционных прав положениями статьи 75 и главы 401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А.А.Баева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А.А.Баев, в основу обвинительного приговора которого положены в числе прочего показания лица, заключившего досудебное соглашение о сотрудничестве, просит признать положения статьи 75 «Недопустимые доказательства» и главы 401 «Особый порядок принятия судебного решения при заключении досудебного соглашения о сотрудничестве» УПК Российской Федерации не соответствующими статьям 19, 21, 46, 50 и 51 Конституции Российской Федерации. Как утверждает заявитель, оспариваемые им законоположения позволяют стороне обвинения принуждать лицо к оговору третьих лиц, угрожая отказом в заключении 2 досудебного соглашения о сотрудничестве, а суду – использовать показания такого лица в качестве доказательства вины других лиц, не проводя их надлежащую проверку.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Нормы уголовно-процессуального закона применительно к вопросу о необходимости предупреждения лица, с которым заключено досудебное соглашение о сотрудничестве, об уголовной ответственности за дачу заведомо ложных показаний и отказ от дачи показаний при допросе в судебном заседании в отношении других соучастников преступления ранее выступали предметом рассмотрения Конституционного Суда Российской Федерации и были признаны не противоречащими Конституции Российской Федерации (Постановление от 20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Баева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