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Лихаревой Ярославны Алексеевны о разъяснении Определения Конституционного Суда Российской Федерации от 29 мая 2025 года № 1263-О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гражданки Я.А.Лихаревой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Я.А.Лихаревой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Лихаревой Ярославны Алексеевны о разъяснении Определения Конституционного Суда Российской Федерации от 29 мая 2025 года № 1263- 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