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2065-О/2025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июля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Лукашевского Сергея Марковича на нарушение конституционных прав региональной общественной организации «Общественная комиссия по сохранению наследия академика Сахарова» частью четвертой статьи 14 и абзацем третьим части первой статьи 44 Федерального закона «Об общественных объединениях»</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гражданина С.М.Лукашевского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С.М.Лукашевский, который являлся исполнительным директором региональной общественной организации «Общественная комиссия по сохранению наследия академика Сахарова» (далее – Сахаровский центр), оспаривает конституционность части четвертой статьи 14 «Территориальная сфера деятельности российских общественных объединений» и абзаца третьего части первой статьи 44 «Ликвидация общественного объединения и запрет на его деятельность в случаях 2 нарушения им законодательства Российской Федерации» Федерального закона от 19 мая 1995 года № 82-ФЗ «Об общественных объединениях». Из представленных материалов следует, что решением суда общей юрисдикции, с которым согласились вышестоящие суды, удовлетворено административное исковое заявление ГУ Минюста России по Москве о ликвидации Сахаровского центра. Суды установили, что организацией допущены грубые и неустранимые нарушения законодательства и собственного устава, а именно систематическое осуществление деятельности вопреки определенной уставом территориальной сферы деятельности, неоднократное распространение материалов без соответствующей маркировки организации, выполняющей функции иностранного агента, и несоответствие положений устава организации требованиям законодательства. С.М.Лукашевский просит признать оспариваемые законоположения не соответствующими статьям 29 (часть 4), 30 (часть 1), 54 (часть 2) и 55 (части 2 и 3) Конституции Российской Федерации, поскольку они позволяют ограничивать возможность любой деятельности общественной организации за пределами указанной в ее уставе территории и рассматривать участие ее представителей-экспертов в дистанционно проводимых мероприятиях за пределами этой территории в качестве грубого нарушения общественной организацией территориальной сферы деятельности, влекущего ее ликвидацию.</w:t>
      </w:r>
    </w:p>
    <w:p>
      <w:pPr>
        <w:pStyle w:val="Heading3"/>
      </w:pPr>
      <w:r>
        <w:rPr>
          <w:rFonts w:ascii="Times New Roman" w:hAnsi="Times New Roman" w:eastAsia="Times New Roman" w:cs="Times New Roman"/>
          <w:b/>
          <w:i w:val="0"/>
          <w:sz w:val="22"/>
        </w:rPr>
        <w:t>Пункт 2. Анализ нормы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Право каждого на объединение, как следует из статьи 30 (часть 1) Конституции Российской Федерации во взаимосвязи с ее статьями 1 (часть 1), 2, 13, 17 (часть 1) и 29 (части 1 и 3), относится к базовым ценностям общества и государства, основанным на принципах господства права и демократии. Гарантируя каждому право на объединение, Конституция 3 Российской Федерации непосредственно не закрепляет порядок реализации этого права. Кроме того, право каждого на объединение и свобода деятельности общественных объединений не являются абсолютными и в соответствии со статьями 17 (часть 3) и 55 (часть 3) Конституции Российской Федерации могут быть ограничены федеральным законом только в той мере, в какой это необходимо в целях защиты основ конституционного строя, нравственности, здоровья, прав и законных интересов других лиц, обеспечения обороны страны и безопасности государства. Согласно статье 14 Федерального закона «Об общественных объединениях», определяющей территориальную сферу деятельности российских общественных объединений, в Российской Федерации создаются и действуют общероссийские, межрегиональные, региональные и местные общественные объединения (часть первая); под региональным общественным объединением понимается объединение, деятельность которого в соответствии с его уставными целями осуществляется в пределах территории одного субъекта Российской Федерации (часть четвертая). При этом в соответствии со статьей 20 указанного Федерального закона устав общественного объединения должен предусматривать структуру общественного объединения, сведения о территории, в пределах которой общественное объединение осуществляет свою деятельность, и месте его нахождения (пункт 2 части первой). Данное регулирование направлено с учетом правовой природы и предназначения общественных объединений на их структурирование по территориальной сфере деятельности. В соответствии с абзацем вторым части первой статьи 29 Федерального закона «Об общественных объединениях» общественное объединение обязано соблюдать законодательство Российской Федерации, общепризнанные принципы и нормы международного права, касающиеся сферы его деятельности, а также нормы, предусмотренные его уставом и иными учредительными документами. При этом неоднократные или грубые нарушения общественным объединением Конституции Российской 4 Федерации, федеральных конституционных законов, федеральных законов или иных нормативных правовых актов либо систематическое осуществление общественным объединением деятельности, противоречащей его уставным целям, являются основаниями его ликвидации (абзац третий части первой статьи 44 названного Федерального закона). Данное регулирование основано на статье 15 Конституции Российской Федерации, не предполагает принятия произвольного решения о ликвидации общественного объединения, требует установления и исследования фактических обстоятельств конкретного дела и их оценки судом. Таким образом, сами по себе оспариваемые законоположения не могут рассматриваться как нарушающие конституционные права общественных объединений в указанных в жалобе заявителя аспектах. Разрешение же вопроса о том, образуют ли конкретные действия нарушение требований части четвертой статьи 14 Федерального закона «Об общественных объединениях» и определенной на ее основании самим общественным объединением в собственном уставе территориальной сферы деятельности, равно как и оценка правильности и обоснованности выводов судов о наличии оснований для ликвидации общественного объединения – как в связи с нарушением требований статьи 14 названного Федерального закона, так в связи с иными грубыми неоднократными нарушениями законодательства, которые согласно выводам судов сами по себе являются основанием для ликвидации общественного объединения, будучи связанными с установлением и исследованием фактических обстоятельств конкретного дела, не относится к компетенции Конституционного Суда Российской Федерации (статья 125 Конституции Российской Федерации и статья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Лукашевского Сергея Марковича,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