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2498-О/2025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Мамаева Бориса Альбертовича на нарушение его конституционных прав частями 15 и 16 статьи 2 Федерального закона «О социальных гарантиях сотрудникам органов внутренних дел Российской Федерации и внесении изменений в отдельные законодательные акты Российской Федерации» и пунктом 13 приложения к Постановлению Правительства Российской Федерации «О размерах коэффициентов и процентных надбавок и порядке их применения для расчета денежного довольствия военнослужащих, проходящих военную службу по контракту, и сотрудников некоторых федеральных органов исполнительной власти, проходящих военную службу (службу) в районах Крайнего Севера и приравненных к ним местностях, а также в других местностях с неблагоприятными климатическими или экологическими условиями, в том числе отдаленных местностях, высокогорных районах, пустынных и безводных местностях Российской Федерации, и признании утратившими силу некоторых актов и отдельных положений некоторых актов Правительства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Б.А.Мамаева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Б.А.Мамаев оспаривает конституционность следующих норм: положений статьи 2 Федерального закона от 19 июля 2011 года № 247- ФЗ «О социальных гарантиях сотрудникам органов внутренних дел Российской Федерации и внесении изменений в отдельные законодательные акты Российской Федерации», согласно которым к денежному довольствию сотрудников, проходящих службу в районах Крайнего Севера, приравненных к ним местностях и других местностях с неблагоприятными климатическими или экологическими условиями, в том числе отдаленных, устанавливаются коэффициенты (районные, за службу в высокогорных районах, за службу в пустынных и безводных местностях) и процентные надбавки к денежному довольствию за службу в районах Крайнего Севера, приравненных к ним местностях и других местностях с неблагоприятными климатическими или экологическими условиями, в том числе отдаленных, в высокогорных районах, пустынных и безводных местностях, предусмотренные законодательством Российской Федерации; для применения указанных коэффициентов и процентных надбавок в составе денежного довольствия учитываются: 1) должностной оклад; 2) оклад по специальному званию; 3) ежемесячная надбавка к окладу денежного содержания за стаж службы (выслугу лет); 4) ежемесячная надбавка к должностному окладу за квалификационное звание; 5) ежемесячная надбавка к должностному окладу за особые условия службы; 6) ежемесячная надбавка к должностному окладу за работу со сведениями, составляющими государственную тайну (часть 15); порядок применения коэффициентов и выплаты процентных надбавок, указанных в части 15 данной статьи, и размеры таких коэффициентов и процентных надбавок определяются Правительством Российской Федерации (часть 16); пункта 13 приложения к Постановлению Правительства Российской Федерации от 23 января 2023 года № 58 «О размерах коэффициентов и процентных надбавок и порядке их применения для расчета денежного довольствия военнослужащих, проходящих военную службу по контракту, и 3 сотрудников некоторых федеральных органов исполнительной власти, проходящих военную службу (службу) в районах Крайнего Севера и приравненных к ним местностях, а также в других местностях с неблагоприятными климатическими или экологическими условиями, в том числе отдаленных местностях, высокогорных районах, пустынных и безводных местностях Российской Федерации, и признании утратившими силу некоторых актов и отдельных положений некоторых актов Правительства Российской Федерации», в соответствии с которым размер коэффициента 1,2 за военную службу (службу) в высокогорных районах Российской Федерации применяется на территории Кош-Агачского, Улаганского муниципальных районов Республики Алтай, расположенных на высоте 1500–2000 метров над уровнем моря. По мнению заявителя, оспариваемые нормы, примененные судом в его деле об установлении коэффициента за службу в высокогорном районе, взыскании недоначисленного и невыплаченного денежного довольствия, компенсации морального вреда, противоречат статьям 17 (части 1 и 3) и 39 (часть 1) Конституции Российской Федерации, поскольку предоставляют Правительству Российской Федерации право устанавливать названный коэффициент исходя из высоты расположения территории над уровнем моря и позволяют не применять такой коэффициент в случае нахождения места службы сотрудника органов внутренних дел не на указанной высоте.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Часть 15 статьи 2 Федерального закона «О социальных гарантиях сотрудникам органов внутренних дел Российской Федерации и внесении изменений в отдельные законодательные акты Российской Федерации» предусматривает для сотрудников, проходящих службу в районах Крайнего Севера, приравненных к ним местностях и других местностях с неблагоприятными климатическими или экологическими условиями, в том числе отдаленных, коэффициенты и процентные надбавки к денежному 4 довольствию. Данные выплаты установлены в целях защиты интересов указанной категории сотрудников, вследствие чего оспариваемая норма не может рассматриваться как нарушающая какие-либо права граждан. Во исполнение положения части 16 названной статьи, а также положений иных федеральных законов Постановлением Правительства Российской Федерации от 23 января 2023 года № 58 с учетом особенностей соответствующих территорий определены величины коэффициентов и процентных надбавок к денежному довольствию военнослужащих, проходящих военную службу по контракту, и сотрудников некоторых федеральных органов исполнительной власти. При этом, поскольку размеры ряда коэффициентов устанавливаются за военную службу (службу) именно в высокогорных районах Российской Федерации, в данном Постановлении указаны конкретные высоты в районах, в которых эти коэффициенты применяются. Такое правовое регулирование учитывает специфику службы в неблагоприятных природно-климатических условиях, направлено на увеличение уровня денежного довольствия военнослужащих (сотрудников) и не может расцениваться как нарушающее права сотрудников органов внутренних дел, не проходящих службу в таких условиях.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Мамаева Бориса Альбертовича,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