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418-О/2025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Агеева Сергея Владимировича, Агеевой Софии Сергеевны и Агеевой Татьяны Вячеславовны на нарушение их конституционных прав пунктами 3, 17 и 25 Правил предоставления единовременной социальной выплаты для приобретения или строительства жилого помещения сотрудникам, проходящим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 С.В.Агеева, С.С.Агеевой и Т.В.Агеевой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С.В.Агеев, С.С.Агеева и Т.В.Агеева оспаривают конституционность пунктов 3, 17 и 25 Правил предоставления единовременной социальной выплаты для приобретения или строительства жилого помещения сотрудникам, проходящим службу в учреждениях и органах уголовно- исполнительной системы, органах принудительного исполнения Российской 2 Федерации, федеральной противопожарной службе Государственной противопожарной службы и таможенных органах Российской Федерации (утверждены Постановлением Правительства Российской Федерации от 24 апреля 2013 года № 369; далее – Правила), предусматривающих, в частности, что расчет размера единовременной социальной выплаты для приобретения или строительства жилого помещения (далее – единовременная выплата) осуществляется с учетом показателей средней рыночной стоимости 1 кв.м общей площади жилья по субъектам Российской Федерации, определяемых Министерством строительства и жилищно-коммунального хозяйства Российской Федерации ежеквартально. Как следует из представленных материалов, приказом директора ФСИН России от 30 сентября 2022 года С.В.Агееву с учетом состава его семьи предоставлена единовременная выплата, перечисленная 5 октября того же года на его счет в кредитной организации. Расчет данной выплаты был произведен на основе показателя средней рыночной стоимости 1 кв.м общей площади по субъектам Российской Федерации, установленного уполномоченным органом на III квартал 2022 года. Заявители, полагая, что определение размера единовременной выплаты должно осуществляться исходя из более высоких показателей, утвержденных приказом Минстроя России от 20 сентября 2022 года № 773/пр на IV квартал 2022 года, обратились в суд общей юрисдикции с административным иском об оспаривании упомянутого приказа директора ФСИН России. Решением суда в удовлетворении требования было отказано, с чем согласились суды вышестоящих инстанций. Суды указали, что оспариваемый документ принят ранее 8 октября 2022 года – даты вступления в силу приказа Минстроя России от 20 сентября 2022 года № 773/пр, а соответственно, не мог основываться на его положениях. По мнению заявителей, оспариваемые нормативные положения противоречат статьям 7, 18, 19 (часть 1) и 40 (часть 3) Конституции Российской Федерации, поскольку они позволяют признавать правомерными приказы, устанавливающие размер единовременной выплаты в последний день 3 квартального периода, в то время как она будет предоставлена сотруднику и членам его семьи в следующем квартале.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Агеева Сергея Владимировича, Агеевой Софии Сергеевны и Агеевой Татьяны Вячеславовны,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