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З.А.Можаровой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Можаровой Зинаиды Александровны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40-ПР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