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1935-О/2025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17 июля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гражданки Назаровой Елены Эдуардовны на нарушение ее конституционных прав пунктом 1 статьи 152 Гражданского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А.Н.Кокотова, А.В.Коновалова, М.Б.Лобова, В.А.Сивицкого, Е.В.Тарибо, рассмотрев вопрос о возможности принятия жалобы гражданки Е.Э.Назаровой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Гражданка Е.Э.Назарова оспаривает конституционность пункта 1 статьи 152 «Защита чести, достоинства и деловой репутации» ГК Российской Федерации. Из представленных материалов следует, что решением суда общей юрисдикции, с которым согласились суды вышестоящих инстанций, заявительнице отказано в признании сведений, содержащихся в обращениях ее соседей в государственные органы и органы местного самоуправления, не соответствующими действительности, порочащими ее честь, достоинство и деловую репутацию. Суды при этом исходили из того, что все указанные 2 обращения утверждений о фактах не содержат и выражают просьбу проверить информацию и оказать содействие. По мнению заявительницы, оспариваемая норма противоречит статье 21 (часть 1) Конституции Российской Федерации, поскольку не позволяет защитить честь, достоинство и деловую репутацию гражданина, в случае если порочащие их сведения распространены другим гражданином при реализации его конституционных прав и свобод, в частности права на обращение в государственные органы и органы местного самоуправления и свободы слова.</w:t>
      </w:r>
    </w:p>
    <w:p>
      <w:pPr>
        <w:pStyle w:val="Heading3"/>
      </w:pPr>
      <w:r>
        <w:rPr>
          <w:rFonts w:ascii="Times New Roman" w:hAnsi="Times New Roman" w:eastAsia="Times New Roman" w:cs="Times New Roman"/>
          <w:b/>
          <w:i w:val="0"/>
          <w:sz w:val="22"/>
        </w:rPr>
        <w:t>Пункт 2. Анализ нормы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Статья 152 ГК Российской Федерации, включая положения ее пункта 1 о праве гражданина требовать по суду опровержения порочащих его честь, достоинство или деловую репутацию сведений, если распространивший такие сведения не докажет, что они соответствуют действительности, направлена на реализацию конституционного права на защиту чести и доброго имени (статья 23, часть 1, Конституции Российской Федерации), находится в общей системе конституционно-правового регулирования, а потому, как неоднократно подчеркивал</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гражданки Назаровой Елены Эдуардовны,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