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Украины Науменко Александра Александровича на нарушение его конституционных прав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Украины А.А.Науменко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Украины А.А.Науменко ранее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Украины Науменко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