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Эверстова Алексея Ивановича на нарушение его конституционных прав частью 42 статьи 121 Федерального закона «О противодействии коррупции»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А.И.Эверстова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А.И.Эверстов оспаривает конституционность части 42 статьи 121 Федерального закона от 25 декабря 2008 года № 273-ФЗ «О противодействии коррупции», предусматривающей, что 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представляет сведения о доходах, об имуществе и обязательствах имущественного характера в течение четырех месяцев со дня избрания депутатом, передачи ему вакантного депутатского мандата. 2 Из представленных материалов следует, что вступившим в законную силу решением Верховного Суда Российской Федерации заявителю и гражданину В., которые были избраны депутатами представительных органов муниципальных образований, отказано в удовлетворении их административного искового заявления о признании недействующими письма Министерства труда и социальной защиты Российской Федерации от 5 мая 2023 года № 28-7/10/П-3518 и приложения к нему в виде инструктивно- методических материалов по отдельным вопросам предоставления сведений о доходах, расходах, об имуществе и обязательствах имущественного характера региональными и муниципальными депутатами. Верховный Суд Российской Федерации пришел к выводу, что оспариваемый акт издан уполномоченным федеральным органом исполнительной власти, а прилагаемые к нему материалы носят рекомендательный характер и не содержат нормативных положений. Кроме того, Верховный Суд Российской Федерации отметил, что указанные в оспариваемом акте случаи предоставления депутатами сведений о доходах, об имуществе и об обязательствах имущественного характера не противоречат законодательству о противодействии коррупции. По мнению А.И.Эверстова, оспариваемое законоположение не соответствует Конституции Российской Федерации, поскольку, возлагая на муниципальных депутатов обязанность по представлению сведений о доходах, об имуществе и обязательствах имущественного характера в течение четырех месяцев со дня избрания депутатом, не предусматривает отчетные даты и отчетный период, за который подлежат представлению данные сведения.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3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Эверстова Алексея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