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по требованию гражданина И.П.Павлова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Павлова Ивана Павловича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