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Н.Н.Попова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Попова Николая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