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Караваева Константина Юрьевича на нарушение его конституционных прав статьями 72, 281 и 3892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К.Ю.Караваева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К.Ю.Караваев, осужденный приговором суда, просит признать: статью 72 «Обстоятельства, исключающие участие в производстве по уголовному делу защитника, представителя потерпевшего, гражданского истца или гражданского ответчика» УПК Российской Федерации не соответствующей статье 48 Конституции Российской Федерации, поскольку она не предусматривает возможность заявить отвод адвокату в связи с недоверием ему и ненадлежащим исполнением им профессиональных обязанностей; 2 статью 281 «Оглашение показаний потерпевшего и свидетеля» УПК Российской Федерации не соответствующей статьям 45 (часть 2) и 123 (часть 3) Конституции Российской Федерации в той мере, в какой оглашение в суде с согласия сторон показаний потерпевшего препятствует его последующему вызову для допроса, чем нарушается право на защиту, а судебный процесс лишается состязательности и равноправия; статью 3892 «Судебные решения, подлежащие апелляционному обжалованию» УПК Российской Федерации не соответствующей статье 46 (части 1 и 2) Конституции Российской Федерации, как препятствующую самостоятельному (до принятия итогового решения по уголовному делу) обжалованию промежуточных судебных решений, затрагивающих конституционные права участников уголовного судопроизводства, в частности постановления об отказе в удовлетворении заявления об отводе защитника. Также заявитель ходатайствует о восстановлении пропущенного годичного срока на подачу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3 которого выступает в качестве самостоятельного обстоятельства, исключающего допустимость обращения в Конституционный Суд Российской Федерации)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Караваева Константина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