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«Нефтяная компания «Нефтеленск» на нарушение его конституционных прав Положением о Министерстве природных ресурсов и экологии Российской Федерации и Положением о Федеральном агентстве по недропользованию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«Нефтяная компания «Нефтеленск»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«Нефтяная компания «Нефтеленск» (далее также – ООО «НК «Нефтеленск») оспаривает конституционность Положения о Министерстве природных ресурсов и экологии Российской Федерации (утверждено Постановлением Правительства Российской Федерации от 11 ноября 2015 года № 1219) и Положения о Федеральном агентстве по недропользованию (утверждено Постановлением Правительства Российской Федерации от 17 июня 2004 года № 293). 2 Как следует из представленных материалов, вступившими в законную силу актами арбитражных судов ООО «НК «Нефтеленск» отказано в признании незаконным решения уполномоченного органа о выдаче третьему лицу лицензии на пользование недрами, в отзыве указанной лицензии и признании права заявителя на разработку месторождения. По мнению ООО «НК «Нефтеленск», оспариваемые нормативные акты противоречат статье 72 (пункт «в» части 1) Конституции Российской Федерации, поскольку рассматриваются как позволяющие Министерству природных ресурсов и экологии Российской Федерации и Федеральному агентству по недропользованию распоряжаться недрами, притом что, как полагает заявитель, такими полномочиями данные акты эти органы не наделяют. Заявитель также просит приостановить действие лицензий, выданных на основании оспариваемых нормативных положений, и предписать выдать ему лицензию на пользование недрами на указанном им месторождении.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в совместном ведении Российской Федерации и субъектов Федерации находятся вопросы владения, пользования и распоряжения землей, недрами, водными и другими природными ресурсами (статья 72, пункт «в» части 1);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Во исполнение Закона Российской Федерации от 21 февраля 1992 года № 2395-I «О недрах», основывающегося в том числе на указанных конституционных положениях, Правительством Российской Федерации, действующим в пределах предоставленных ему Конституцией Российской Федерации, Федеральным конституционным законом от 6 ноября 2020 года 3 № 4-ФКЗ «О Правительстве Российской Федерации» и указами Президента Российской Федерации полномочий, определен федеральный орган управления государственным фондом недр, осуществляющий оформление, государственную регистрацию и выдачу лицензий на пользование недрами – Федеральное агентство по недропользованию (пункт 5.3.8 Положения о Федеральном агентстве по недропользованию), а полномочие по определению порядка оформления, государственной регистрации и выдачи лицензий на пользование недрами возложено на Министерство природных ресурсов и экологии Российской Федерации (пункт 5.2.81 Положения о Министерстве природных ресурсов и экологии Российской Федерации). Таким образом, оспариваемые Положение о Министерстве природных ресурсов и экологии Российской Федерации и Положение о Федеральном агентстве по недропользованию не могут рассматриваться как нарушающие конституционные права заявителя в указанном в жалобе аспекте. Доводы жалобы заявителя свидетельствуют о том, что, формально оспаривая конституционность соответствующих нормативных актов, он фактически выражает несогласие с решениями правоприменительных органов и судов и тем самым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«Нефтяная компания «Нефтеленск», 4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