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618-О/2025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Крючкова Евгения Александровича на нарушение его конституционных прав статьей 40110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Е.А.Крючкова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Е.А.Крючков, осужденный и отбывающий наказание, утверждает, что применением статьи 40110 «Действия суда кассационной инстанции при поступлении кассационных жалобы, представления» УПК Российской Федерации при рассмотрении судьей Верховного Суда Российской Федерации его кассационной жалобы на приговор были нарушены права, гарантированные статьями 17, 18, 19 (части 1 и 2), 24 (часть 2), 29 (часть 4), 33, 45, 46 (части 1 и 2), 49 (части 2 и 3), 50 (часть 2), 52, 55 (часть 3), 118 (часть 1), 120 (часть 2) и 123 (часть 3) Конституции Российской Федерации. 2</w:t>
      </w:r>
    </w:p>
    <w:p>
      <w:pPr>
        <w:pStyle w:val="Heading3"/>
      </w:pPr>
      <w:r>
        <w:rPr>
          <w:rFonts w:ascii="Times New Roman" w:hAnsi="Times New Roman" w:eastAsia="Times New Roman" w:cs="Times New Roman"/>
          <w:b/>
          <w:i w:val="0"/>
          <w:sz w:val="22"/>
        </w:rPr>
        <w:t>Пункт 2.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40110 УПК Российской Федерации закрепляет, что в случаях, предусмотренных частями третьей и шестой статьи 4013 данного Кодекса, судья суда кассационной инстанции изучает кассационные жалобу, представление, поданные в соответствии с правилами, установленными его статьями 4012–4014, по документам, приложенным к ним, либо по материалам истребованного судьей уголовного дела (часть первая) и по результатам этого выносит постановление об отказе в передаче кассационных жалобы, представления для рассмотрения в судебном заседании суда кассационной инстанции, если отсутствуют основания для пересмотра судебных решений в кассационном порядке, либо о передаче кассационных жалобы, представления с уголовным делом для рассмотрения в судебном заседании суда кассационной инстанции (часть вторая).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Крючкова Евгения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