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А.В.Королева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Королева Андрея Владимировича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