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1473-О/2025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Немыкина Петра Петровича на нарушение его конституционных прав подпунктом 1 пункта 1 статьи 1 Федерального закона «О беженцах»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П.П.Немыкина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П.П.Немыкин оспаривает конституционность подпункта 1 пункта 1 статьи 1 Федерального закона от 19 февраля 1993 года № 4528-I «О беженцах», предусматривающего, что беженец – это лицо, которое не является гражданином Российской Федерации и которое в силу вполне обоснованных опасений стать жертвой преследований по признаку расы, вероисповедания, гражданства, национальности, принадлежности к определенной социальной группе или политических убеждений находится вне страны своей гражданской принадлежности и не может пользоваться защитой этой страны или не желает пользоваться такой защитой вследствие таких опасений или, не имея определенного гражданства и находясь вне 2 страны своего прежнего обычного местожительства в результате подобных событий, не может или не желает вернуться в нее вследствие таких опасений. Как следует из представленных материалов, решением Октябрьского районного суда города Владимира от 3 ноября 2022 года, с которым согласились вышестоящие суды, было отказано в удовлетворении административного искового заявления П.П.Немыкина о признании незаконным решения уполномоченного органа об отказе в признании его беженцем в связи с отсутствием доказательств, подтверждающих, что заявитель соответствует требованиям, предусмотренным подпунктом 1 пункта 1 статьи 1 Федерального закона «О беженцах». При этом суды приняли во внимание возможность приобретения П.П.Немыкиным гражданства Российской Федерации в соответствии с Федеральным конституционным законом от 4 октября 2022 года № 5-ФКЗ «О принятии в Российскую Федерацию Донецкой Народной Республики и образовании в составе Российской Федерации нового субъекта – Донецкой Народной Республики», а также указали на наличие у него права обратиться с заявлением о предоставлении временного убежища на территории Российской Федерации. По мнению заявителя, выражающего несогласие с принятыми по его делу судебными актами, оспариваемое законоположение (в частности, во взаимосвязи с пунктом 3 статьи 3 Федерального закона «О беженцах» и иными правовыми актами) не соответствует статьям 2, 7 (части 1 и 2), 15 (части 1, 2 и 4), 17 (части 1 и 2), 18, 19 (часть 2), 39 (части 1 и 2), 41 (часть 1), 45, 46 (части 1 и 2), 47 (часть 1), 55 (части 1 и 2), 63 (часть 1) и 71 (пункты «а», «в») Конституции Российской Федерации, поскольку позволяет необоснованно отказывать в признании лица беженцем. Кроме того, П.П.Немыкин просит отменить принятые по его делу судебные акты, направить его административное дело на новое рассмотрение, а также признать его и иных лиц беженцами, обязать уполномоченные органы выдать соответствующие подтверждающие документы и разрешить вопрос о назначении пенсии.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 непосредственно не предусматривает порядок и условия признания лица беженцем. Решение этих вопросов, как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Немыкина Петра Петровича,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