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гражданки М.Б.Сафроновой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Сафроновой Марины Борисовны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14-ПР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