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гражданина В.А.Вингилевского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Вингилевского Владимира Александровича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6-ПР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