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В.М.Романчука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Романчука Валерия Михайловича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