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Цивилева Андрея Станиславовича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А.С.Цивилева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19 декабря 2023 года гражданину А.С.Цивилеву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А.С.Цивилев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«а» части 4 статьи 125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Цивилева Андрея Станиславовича,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