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Шабанова Хидирнаби Яхьяевича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Х.Я.Шабанова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Шабанова Хидирнаби Яхьяевича,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