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Л.В.Горбуновой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Горбуновой Лидии Васильевны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