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А.В.Сибиркина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Сибиркина Александра Васильевича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