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Н.Б.Кирилина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Кирилина Никиты Борисовича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