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И.А.Жигалова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Жигалова Игоря Алевтиновича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