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Г.А.Харичева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Харичева Григория Анатольевича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