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52-П/2025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по требованию гражданина С.Н.Николаева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Николаева Сергея Николаевича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52-ПР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