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Прокопенко Алексея Львовича на нарушение его конституционных прав частями третьей и четвертой статьи 47, частями первой и второй статьи 61, статьями 266 и 267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А.Л.Прокопенко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А.Л.Прокопенко, осужденный к лишению свободы, просит признать не соответствующими статьям 2, 3 (часть 4), 15 (часть 4), 17 (части 1 и 2), 18, 19 (часть 1), 24 (часть 2), 41 (часть 3), 45, 46 (часть 1), 49 (части 2 и 3), 52, 55 (части 1 и 2), 56 (часть 3), 64, 118 (часть 1), 120 (часть 1), 121 (часть 2), 123 (часть 3) и 125 Конституции Российской Федерации: части третью и четвертую статьи 47 «Обвиняемый», а также статью 267 «Разъяснение подсудимому его прав» УПК Российской Федерации, поскольку они не закрепляют обязанности правоприменителей разъяснять привлекаемому к уголовной ответственности лицу смысл понятий 2 «внутреннее убеждение» и «совесть», что препятствует осуществлению защиты, а также объективному и справедливому правосудию; части первую и вторую статьи 61 «Обстоятельства, исключающие участие в производстве по уголовному делу», а также статью 266 «Объявление состава суда, других участников судебного разбирательства и разъяснение им права отвода» УПК Российской Федерации в той мере, в какой они не предусматривают возможность обосновать отвод следователю, прокурору или судье их уклонением от приобщения к делу и непредоставлением для ознакомления стороне защиты информации и документов об источниках и границах своих полномочий, а равно медицинских документов, исключающих сомнения в отсутствии у названных лиц влияющих на оценку и проверку доказательств психолого- психиатрических или неврологических расстройств, которые могут существенно изменять их разумность и адекватность.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Оспариваемые А.Л.Прокопенко положения уголовно-процессуального закона, устанавливающие права обвиняемого и обязанность их разъяснения судом, в том числе право заявить отвод составу суда и другим участникам судебного разбирательства, обстоятельства, исключающие участие в производстве по уголовному делу, носят гарантийный характер и не могут расцениваться как нарушающие его права. Таким образом,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Прокопенко Алексея Львовича,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